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2A5356"/>
          <w:sz w:val="56"/>
        </w:rPr>
        <w:t>ES-002 — Moving Toward Hope</w:t>
      </w:r>
    </w:p>
    <w:p>
      <w:pPr>
        <w:jc w:val="center"/>
      </w:pPr>
      <w:r>
        <w:rPr>
          <w:rFonts w:ascii="Georgia" w:hAnsi="Georgia"/>
          <w:i/>
          <w:color w:val="5A5A5A"/>
          <w:sz w:val="26"/>
        </w:rPr>
        <w:t>Old Man Winter's Map and the Wisdom That Taught Me Direction Matters More Than Motion</w:t>
      </w:r>
    </w:p>
    <w:p>
      <w:pPr>
        <w:widowControl/>
        <w:jc w:val="center"/>
      </w:pPr>
      <w:r>
        <w:rPr>
          <w:i/>
        </w:rPr>
        <w:t>A CHIA•TEA Estate Story</w:t>
      </w:r>
    </w:p>
    <w:p>
      <w:pPr>
        <w:widowControl/>
        <w:jc w:val="center"/>
      </w:pPr>
      <w:r>
        <w:rPr>
          <w:i/>
        </w:rPr>
        <w:t>Collection 001 • Reauthored Master Edition</w:t>
      </w:r>
    </w:p>
    <w:p>
      <w:r>
        <w:br w:type="page"/>
      </w:r>
    </w:p>
    <w:p>
      <w:pPr>
        <w:pStyle w:val="Heading1"/>
        <w:keepNext/>
      </w:pPr>
      <w:r>
        <w:t>Welcome Home</w:t>
      </w:r>
    </w:p>
    <w:p>
      <w:pPr>
        <w:widowControl/>
      </w:pPr>
      <w:r>
        <w:rPr>
          <w:i w:val="0"/>
        </w:rPr>
        <w:t>Welcome home.</w:t>
      </w:r>
    </w:p>
    <w:p>
      <w:pPr>
        <w:widowControl/>
      </w:pPr>
      <w:r>
        <w:rPr>
          <w:i w:val="0"/>
        </w:rPr>
        <w:t>The first story opened the gate.</w:t>
      </w:r>
    </w:p>
    <w:p>
      <w:pPr>
        <w:widowControl/>
      </w:pPr>
      <w:r>
        <w:rPr>
          <w:i w:val="0"/>
        </w:rPr>
        <w:t>This story asks where the road leads.</w:t>
      </w:r>
    </w:p>
    <w:p>
      <w:pPr>
        <w:widowControl/>
      </w:pPr>
      <w:r>
        <w:rPr>
          <w:i w:val="0"/>
        </w:rPr>
        <w:t>Hope is often described as a feeling.</w:t>
      </w:r>
    </w:p>
    <w:p>
      <w:pPr>
        <w:widowControl/>
      </w:pPr>
      <w:r>
        <w:rPr>
          <w:i w:val="0"/>
        </w:rPr>
        <w:t>In my life, it has more often behaved like direction.</w:t>
      </w:r>
    </w:p>
    <w:p>
      <w:pPr>
        <w:widowControl/>
      </w:pPr>
      <w:r>
        <w:rPr>
          <w:i w:val="0"/>
        </w:rPr>
        <w:t>A quiet sense that even when the whole road is hidden, one next step can still be chosen with purpose.</w:t>
      </w:r>
    </w:p>
    <w:p>
      <w:pPr>
        <w:widowControl/>
      </w:pPr>
      <w:r>
        <w:rPr>
          <w:i w:val="0"/>
        </w:rPr>
        <w:t>That understanding did not begin with a map spread across a table.</w:t>
      </w:r>
    </w:p>
    <w:p>
      <w:pPr>
        <w:widowControl/>
      </w:pPr>
      <w:r>
        <w:rPr>
          <w:i w:val="0"/>
        </w:rPr>
        <w:t>It began with a man.</w:t>
      </w:r>
    </w:p>
    <w:p>
      <w:pPr>
        <w:widowControl/>
      </w:pPr>
      <w:r>
        <w:rPr>
          <w:i w:val="0"/>
        </w:rPr>
        <w:t>A mentor.</w:t>
      </w:r>
    </w:p>
    <w:p>
      <w:pPr>
        <w:widowControl/>
      </w:pPr>
      <w:r>
        <w:rPr>
          <w:i w:val="0"/>
        </w:rPr>
        <w:t>A sentence.</w:t>
      </w:r>
    </w:p>
    <w:p>
      <w:pPr>
        <w:widowControl/>
      </w:pPr>
      <w:r>
        <w:rPr>
          <w:i w:val="0"/>
        </w:rPr>
        <w:t>Eight words that waited years for my life to explain them.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Without a map, any road will do.</w:t>
      </w:r>
    </w:p>
    <w:p>
      <w:pPr>
        <w:widowControl/>
      </w:pPr>
      <w:r>
        <w:rPr>
          <w:i w:val="0"/>
        </w:rPr>
        <w:t>Dave Winter gave me those words long before I understood how deeply they would shape the Estate.</w:t>
      </w:r>
    </w:p>
    <w:p>
      <w:pPr>
        <w:widowControl/>
      </w:pPr>
      <w:r>
        <w:rPr>
          <w:i w:val="0"/>
        </w:rPr>
        <w:t>He did not tell me exactly which road to take.</w:t>
      </w:r>
    </w:p>
    <w:p>
      <w:pPr>
        <w:widowControl/>
      </w:pPr>
      <w:r>
        <w:rPr>
          <w:i w:val="0"/>
        </w:rPr>
        <w:t>He taught me why direction mattered.</w:t>
      </w:r>
    </w:p>
    <w:p>
      <w:pPr>
        <w:widowControl/>
      </w:pPr>
      <w:r>
        <w:rPr>
          <w:i w:val="0"/>
        </w:rPr>
        <w:t>That is the heart of Moving Toward Hope.</w:t>
      </w:r>
    </w:p>
    <w:p>
      <w:pPr>
        <w:widowControl/>
      </w:pPr>
      <w:r>
        <w:rPr>
          <w:i w:val="0"/>
        </w:rPr>
        <w:t>Not knowing every turn.</w:t>
      </w:r>
    </w:p>
    <w:p>
      <w:pPr>
        <w:widowControl/>
      </w:pPr>
      <w:r>
        <w:rPr>
          <w:i w:val="0"/>
        </w:rPr>
        <w:t>Knowing what we are moving toward.</w:t>
      </w:r>
    </w:p>
    <w:p>
      <w:pPr>
        <w:pStyle w:val="Heading1"/>
        <w:keepNext/>
      </w:pPr>
      <w:r>
        <w:t>Why This Story Matters</w:t>
      </w:r>
    </w:p>
    <w:p>
      <w:pPr>
        <w:widowControl/>
      </w:pPr>
      <w:r>
        <w:rPr>
          <w:i w:val="0"/>
        </w:rPr>
        <w:t>There are people whose influence is measured by the number of lives they touch.</w:t>
      </w:r>
    </w:p>
    <w:p>
      <w:pPr>
        <w:widowControl/>
      </w:pPr>
      <w:r>
        <w:rPr>
          <w:i w:val="0"/>
        </w:rPr>
        <w:t>Then there are people whose influence is measured by the number of lives touched by the people they mentored.</w:t>
      </w:r>
    </w:p>
    <w:p>
      <w:pPr>
        <w:widowControl/>
      </w:pPr>
      <w:r>
        <w:rPr>
          <w:i w:val="0"/>
        </w:rPr>
        <w:t>Dave Winter belonged to the second group.</w:t>
      </w:r>
    </w:p>
    <w:p>
      <w:pPr>
        <w:widowControl/>
      </w:pPr>
      <w:r>
        <w:rPr>
          <w:i w:val="0"/>
        </w:rPr>
        <w:t>Most people will never know his name.</w:t>
      </w:r>
    </w:p>
    <w:p>
      <w:pPr>
        <w:widowControl/>
      </w:pPr>
      <w:r>
        <w:rPr>
          <w:i w:val="0"/>
        </w:rPr>
        <w:t>They will never shake his hand.</w:t>
      </w:r>
    </w:p>
    <w:p>
      <w:pPr>
        <w:widowControl/>
      </w:pPr>
      <w:r>
        <w:rPr>
          <w:i w:val="0"/>
        </w:rPr>
        <w:t>They will never hear his laugh.</w:t>
      </w:r>
    </w:p>
    <w:p>
      <w:pPr>
        <w:widowControl/>
      </w:pPr>
      <w:r>
        <w:rPr>
          <w:i w:val="0"/>
        </w:rPr>
        <w:t>Yet because one man quietly shared practical wisdom instead of seeking recognition, countless people may one day find hope through the CHIA•TEA Estate.</w:t>
      </w:r>
    </w:p>
    <w:p>
      <w:pPr>
        <w:widowControl/>
      </w:pPr>
      <w:r>
        <w:rPr>
          <w:i w:val="0"/>
        </w:rPr>
        <w:t>That is how legacy works.</w:t>
      </w:r>
    </w:p>
    <w:p>
      <w:pPr>
        <w:widowControl/>
      </w:pPr>
      <w:r>
        <w:rPr>
          <w:i w:val="0"/>
        </w:rPr>
        <w:t>It rarely announces itself.</w:t>
      </w:r>
    </w:p>
    <w:p>
      <w:pPr>
        <w:widowControl/>
      </w:pPr>
      <w:r>
        <w:rPr>
          <w:i w:val="0"/>
        </w:rPr>
        <w:t>It simply continues.</w:t>
      </w:r>
    </w:p>
    <w:p>
      <w:pPr>
        <w:widowControl/>
      </w:pPr>
      <w:r>
        <w:rPr>
          <w:i w:val="0"/>
        </w:rPr>
        <w:t>This story is not preserved because Dave was perfect.</w:t>
      </w:r>
    </w:p>
    <w:p>
      <w:pPr>
        <w:widowControl/>
      </w:pPr>
      <w:r>
        <w:rPr>
          <w:i w:val="0"/>
        </w:rPr>
        <w:t>It is preserved because he understood something many people spend an entire lifetime chasing: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Purpose always comes before progress.</w:t>
      </w:r>
    </w:p>
    <w:p>
      <w:pPr>
        <w:widowControl/>
      </w:pPr>
      <w:r>
        <w:rPr>
          <w:i w:val="0"/>
        </w:rPr>
        <w:t>The title Moving Toward Hope asks us to look beyond the map itself.</w:t>
      </w:r>
    </w:p>
    <w:p>
      <w:pPr>
        <w:widowControl/>
      </w:pPr>
      <w:r>
        <w:rPr>
          <w:i w:val="0"/>
        </w:rPr>
        <w:t>A map matters because it helps movement become meaningful.</w:t>
      </w:r>
    </w:p>
    <w:p>
      <w:pPr>
        <w:widowControl/>
      </w:pPr>
      <w:r>
        <w:rPr>
          <w:i w:val="0"/>
        </w:rPr>
        <w:t>Without direction, activity can look like progress while carrying us nowhere we actually want to go.</w:t>
      </w:r>
    </w:p>
    <w:p>
      <w:pPr>
        <w:widowControl/>
      </w:pPr>
      <w:r>
        <w:rPr>
          <w:i w:val="0"/>
        </w:rPr>
        <w:t>Hope begins to change when it becomes more than a wish.</w:t>
      </w:r>
    </w:p>
    <w:p>
      <w:pPr>
        <w:widowControl/>
      </w:pPr>
      <w:r>
        <w:rPr>
          <w:i w:val="0"/>
        </w:rPr>
        <w:t>When it becomes a direction.</w:t>
      </w:r>
    </w:p>
    <w:p>
      <w:pPr>
        <w:widowControl/>
      </w:pPr>
      <w:r>
        <w:rPr>
          <w:i w:val="0"/>
        </w:rPr>
        <w:t>A value.</w:t>
      </w:r>
    </w:p>
    <w:p>
      <w:pPr>
        <w:widowControl/>
      </w:pPr>
      <w:r>
        <w:rPr>
          <w:i w:val="0"/>
        </w:rPr>
        <w:t>A compass.</w:t>
      </w:r>
    </w:p>
    <w:p>
      <w:pPr>
        <w:widowControl/>
      </w:pPr>
      <w:r>
        <w:rPr>
          <w:i w:val="0"/>
        </w:rPr>
        <w:t>A reason for choosing one road over another.</w:t>
      </w:r>
    </w:p>
    <w:p>
      <w:pPr>
        <w:pStyle w:val="Heading1"/>
        <w:keepNext/>
      </w:pPr>
      <w:r>
        <w:t>Chapter One — The Man Who Taught Me to Look Ahead</w:t>
      </w:r>
    </w:p>
    <w:p>
      <w:pPr>
        <w:widowControl/>
      </w:pPr>
      <w:r>
        <w:rPr>
          <w:i w:val="0"/>
        </w:rPr>
        <w:t>Every mentor earns a nickname.</w:t>
      </w:r>
    </w:p>
    <w:p>
      <w:pPr>
        <w:widowControl/>
      </w:pPr>
      <w:r>
        <w:rPr>
          <w:i w:val="0"/>
        </w:rPr>
        <w:t>Mine became Old Man Winter.</w:t>
      </w:r>
    </w:p>
    <w:p>
      <w:pPr>
        <w:widowControl/>
      </w:pPr>
      <w:r>
        <w:rPr>
          <w:i w:val="0"/>
        </w:rPr>
        <w:t>Not because of his age.</w:t>
      </w:r>
    </w:p>
    <w:p>
      <w:pPr>
        <w:widowControl/>
      </w:pPr>
      <w:r>
        <w:rPr>
          <w:i w:val="0"/>
        </w:rPr>
        <w:t>Not because of gray hair.</w:t>
      </w:r>
    </w:p>
    <w:p>
      <w:pPr>
        <w:widowControl/>
      </w:pPr>
      <w:r>
        <w:rPr>
          <w:i w:val="0"/>
        </w:rPr>
        <w:t>Because there was something wonderfully steady about him.</w:t>
      </w:r>
    </w:p>
    <w:p>
      <w:pPr>
        <w:widowControl/>
      </w:pPr>
      <w:r>
        <w:rPr>
          <w:i w:val="0"/>
        </w:rPr>
        <w:t>Like winter itself.</w:t>
      </w:r>
    </w:p>
    <w:p>
      <w:pPr>
        <w:widowControl/>
      </w:pPr>
      <w:r>
        <w:rPr>
          <w:i w:val="0"/>
        </w:rPr>
        <w:t>Reliable.</w:t>
      </w:r>
    </w:p>
    <w:p>
      <w:pPr>
        <w:widowControl/>
      </w:pPr>
      <w:r>
        <w:rPr>
          <w:i w:val="0"/>
        </w:rPr>
        <w:t>Predictable.</w:t>
      </w:r>
    </w:p>
    <w:p>
      <w:pPr>
        <w:widowControl/>
      </w:pPr>
      <w:r>
        <w:rPr>
          <w:i w:val="0"/>
        </w:rPr>
        <w:t>Honest.</w:t>
      </w:r>
    </w:p>
    <w:p>
      <w:pPr>
        <w:widowControl/>
      </w:pPr>
      <w:r>
        <w:rPr>
          <w:i w:val="0"/>
        </w:rPr>
        <w:t>You always knew where you stood.</w:t>
      </w:r>
    </w:p>
    <w:p>
      <w:pPr>
        <w:widowControl/>
      </w:pPr>
      <w:r>
        <w:rPr>
          <w:i w:val="0"/>
        </w:rPr>
        <w:t>Dave possessed a quiet confidence that never needed to dominate a room.</w:t>
      </w:r>
    </w:p>
    <w:p>
      <w:pPr>
        <w:widowControl/>
      </w:pPr>
      <w:r>
        <w:rPr>
          <w:i w:val="0"/>
        </w:rPr>
        <w:t>He was not interested in impressing people.</w:t>
      </w:r>
    </w:p>
    <w:p>
      <w:pPr>
        <w:widowControl/>
      </w:pPr>
      <w:r>
        <w:rPr>
          <w:i w:val="0"/>
        </w:rPr>
        <w:t>He was interested in helping them think.</w:t>
      </w:r>
    </w:p>
    <w:p>
      <w:pPr>
        <w:widowControl/>
      </w:pPr>
      <w:r>
        <w:rPr>
          <w:i w:val="0"/>
        </w:rPr>
        <w:t>Looking back now, I realize something I did not fully appreciate at the time.</w:t>
      </w:r>
    </w:p>
    <w:p>
      <w:pPr>
        <w:widowControl/>
      </w:pPr>
      <w:r>
        <w:rPr>
          <w:i w:val="0"/>
        </w:rPr>
        <w:t>He rarely solved my problems.</w:t>
      </w:r>
    </w:p>
    <w:p>
      <w:pPr>
        <w:widowControl/>
      </w:pPr>
      <w:r>
        <w:rPr>
          <w:i w:val="0"/>
        </w:rPr>
        <w:t>Instead, he changed the way I looked at them.</w:t>
      </w:r>
    </w:p>
    <w:p>
      <w:pPr>
        <w:widowControl/>
      </w:pPr>
      <w:r>
        <w:rPr>
          <w:i w:val="0"/>
        </w:rPr>
        <w:t>That is a much greater gift.</w:t>
      </w:r>
    </w:p>
    <w:p>
      <w:pPr>
        <w:widowControl/>
      </w:pPr>
      <w:r>
        <w:rPr>
          <w:i w:val="0"/>
        </w:rPr>
        <w:t>Anyone can give advice.</w:t>
      </w:r>
    </w:p>
    <w:p>
      <w:pPr>
        <w:widowControl/>
      </w:pPr>
      <w:r>
        <w:rPr>
          <w:i w:val="0"/>
        </w:rPr>
        <w:t>Very few people teach another human being how to reason through uncertainty.</w:t>
      </w:r>
    </w:p>
    <w:p>
      <w:pPr>
        <w:widowControl/>
      </w:pPr>
      <w:r>
        <w:rPr>
          <w:i w:val="0"/>
        </w:rPr>
        <w:t>Dave did.</w:t>
      </w:r>
    </w:p>
    <w:p>
      <w:pPr>
        <w:widowControl/>
      </w:pPr>
      <w:r>
        <w:rPr>
          <w:i w:val="0"/>
        </w:rPr>
        <w:t>Again and again.</w:t>
      </w:r>
    </w:p>
    <w:p>
      <w:pPr>
        <w:widowControl/>
      </w:pPr>
      <w:r>
        <w:rPr>
          <w:i w:val="0"/>
        </w:rPr>
        <w:t>At the time, those conversations simply felt like conversations.</w:t>
      </w:r>
    </w:p>
    <w:p>
      <w:pPr>
        <w:widowControl/>
      </w:pPr>
      <w:r>
        <w:rPr>
          <w:i w:val="0"/>
        </w:rPr>
        <w:t>Years later, I realized they had become part of the way I chose direction.</w:t>
      </w:r>
    </w:p>
    <w:p>
      <w:pPr>
        <w:pStyle w:val="Heading1"/>
        <w:keepNext/>
      </w:pPr>
      <w:r>
        <w:t>Chapter Two — The Conversation I Did Not Know I Needed</w:t>
      </w:r>
    </w:p>
    <w:p>
      <w:pPr>
        <w:widowControl/>
      </w:pPr>
      <w:r>
        <w:rPr>
          <w:i w:val="0"/>
        </w:rPr>
        <w:t>I honestly do not remember exactly where we were.</w:t>
      </w:r>
    </w:p>
    <w:p>
      <w:pPr>
        <w:widowControl/>
      </w:pPr>
      <w:r>
        <w:rPr>
          <w:i w:val="0"/>
        </w:rPr>
        <w:t>I do not remember what we had been discussing.</w:t>
      </w:r>
    </w:p>
    <w:p>
      <w:pPr>
        <w:widowControl/>
      </w:pPr>
      <w:r>
        <w:rPr>
          <w:i w:val="0"/>
        </w:rPr>
        <w:t>I do not remember the weather, the date, or what happened immediately afterward.</w:t>
      </w:r>
    </w:p>
    <w:p>
      <w:pPr>
        <w:widowControl/>
      </w:pPr>
      <w:r>
        <w:rPr>
          <w:i w:val="0"/>
        </w:rPr>
        <w:t>Funny how memory works.</w:t>
      </w:r>
    </w:p>
    <w:p>
      <w:pPr>
        <w:widowControl/>
      </w:pPr>
      <w:r>
        <w:rPr>
          <w:i w:val="0"/>
        </w:rPr>
        <w:t>Sometimes entire afternoons disappear while one sentence lives forever.</w:t>
      </w:r>
    </w:p>
    <w:p>
      <w:pPr>
        <w:widowControl/>
      </w:pPr>
      <w:r>
        <w:rPr>
          <w:i w:val="0"/>
        </w:rPr>
        <w:t>We had been talking about planning.</w:t>
      </w:r>
    </w:p>
    <w:p>
      <w:pPr>
        <w:widowControl/>
      </w:pPr>
      <w:r>
        <w:rPr>
          <w:i w:val="0"/>
        </w:rPr>
        <w:t>About decisions.</w:t>
      </w:r>
    </w:p>
    <w:p>
      <w:pPr>
        <w:widowControl/>
      </w:pPr>
      <w:r>
        <w:rPr>
          <w:i w:val="0"/>
        </w:rPr>
        <w:t>About trying to figure out the next right move.</w:t>
      </w:r>
    </w:p>
    <w:p>
      <w:pPr>
        <w:widowControl/>
      </w:pPr>
      <w:r>
        <w:rPr>
          <w:i w:val="0"/>
        </w:rPr>
        <w:t>Dave listened far longer than he spoke.</w:t>
      </w:r>
    </w:p>
    <w:p>
      <w:pPr>
        <w:widowControl/>
      </w:pPr>
      <w:r>
        <w:rPr>
          <w:i w:val="0"/>
        </w:rPr>
        <w:t>He had that habit.</w:t>
      </w:r>
    </w:p>
    <w:p>
      <w:pPr>
        <w:widowControl/>
      </w:pPr>
      <w:r>
        <w:rPr>
          <w:i w:val="0"/>
        </w:rPr>
        <w:t>He never rushed to fill silence.</w:t>
      </w:r>
    </w:p>
    <w:p>
      <w:pPr>
        <w:widowControl/>
      </w:pPr>
      <w:r>
        <w:rPr>
          <w:i w:val="0"/>
        </w:rPr>
        <w:t>He seemed to trust that good questions usually produced better answers than quick opinions.</w:t>
      </w:r>
    </w:p>
    <w:p>
      <w:pPr>
        <w:widowControl/>
      </w:pPr>
      <w:r>
        <w:rPr>
          <w:i w:val="0"/>
        </w:rPr>
        <w:t>Finally, he smiled, looked at me, and said: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Without a map, any road will do.</w:t>
      </w:r>
    </w:p>
    <w:p>
      <w:pPr>
        <w:widowControl/>
      </w:pPr>
      <w:r>
        <w:rPr>
          <w:i w:val="0"/>
        </w:rPr>
        <w:t>That was it.</w:t>
      </w:r>
    </w:p>
    <w:p>
      <w:pPr>
        <w:widowControl/>
      </w:pPr>
      <w:r>
        <w:rPr>
          <w:i w:val="0"/>
        </w:rPr>
        <w:t>No lecture.</w:t>
      </w:r>
    </w:p>
    <w:p>
      <w:pPr>
        <w:widowControl/>
      </w:pPr>
      <w:r>
        <w:rPr>
          <w:i w:val="0"/>
        </w:rPr>
        <w:t>No dramatic explanation.</w:t>
      </w:r>
    </w:p>
    <w:p>
      <w:pPr>
        <w:widowControl/>
      </w:pPr>
      <w:r>
        <w:rPr>
          <w:i w:val="0"/>
        </w:rPr>
        <w:t>Just eight words.</w:t>
      </w:r>
    </w:p>
    <w:p>
      <w:pPr>
        <w:widowControl/>
      </w:pPr>
      <w:r>
        <w:rPr>
          <w:i w:val="0"/>
        </w:rPr>
        <w:t>Then the conversation continued.</w:t>
      </w:r>
    </w:p>
    <w:p>
      <w:pPr>
        <w:widowControl/>
      </w:pPr>
      <w:r>
        <w:rPr>
          <w:i w:val="0"/>
        </w:rPr>
        <w:t>If someone had asked me that evening what the most important thing Dave had said that day was, I probably could not have answered.</w:t>
      </w:r>
    </w:p>
    <w:p>
      <w:pPr>
        <w:widowControl/>
      </w:pPr>
      <w:r>
        <w:rPr>
          <w:i w:val="0"/>
        </w:rPr>
        <w:t>Wisdom often arrives long before experience explains it.</w:t>
      </w:r>
    </w:p>
    <w:p>
      <w:pPr>
        <w:widowControl/>
      </w:pPr>
      <w:r>
        <w:rPr>
          <w:i w:val="0"/>
        </w:rPr>
        <w:t>At the time, it was simply another sentence.</w:t>
      </w:r>
    </w:p>
    <w:p>
      <w:pPr>
        <w:widowControl/>
      </w:pPr>
      <w:r>
        <w:rPr>
          <w:i w:val="0"/>
        </w:rPr>
        <w:t>Years later, it became a way of moving toward hope.</w:t>
      </w:r>
    </w:p>
    <w:p>
      <w:pPr>
        <w:pStyle w:val="Heading1"/>
        <w:keepNext/>
      </w:pPr>
      <w:r>
        <w:t>Chapter Three — When Life Explained the Map</w:t>
      </w:r>
    </w:p>
    <w:p>
      <w:pPr>
        <w:widowControl/>
      </w:pPr>
      <w:r>
        <w:rPr>
          <w:i w:val="0"/>
        </w:rPr>
        <w:t>Some lessons cannot be understood in classrooms.</w:t>
      </w:r>
    </w:p>
    <w:p>
      <w:pPr>
        <w:widowControl/>
      </w:pPr>
      <w:r>
        <w:rPr>
          <w:i w:val="0"/>
        </w:rPr>
        <w:t>They require seasons.</w:t>
      </w:r>
    </w:p>
    <w:p>
      <w:pPr>
        <w:widowControl/>
      </w:pPr>
      <w:r>
        <w:rPr>
          <w:i w:val="0"/>
        </w:rPr>
        <w:t>Failure.</w:t>
      </w:r>
    </w:p>
    <w:p>
      <w:pPr>
        <w:widowControl/>
      </w:pPr>
      <w:r>
        <w:rPr>
          <w:i w:val="0"/>
        </w:rPr>
        <w:t>Waiting.</w:t>
      </w:r>
    </w:p>
    <w:p>
      <w:pPr>
        <w:widowControl/>
      </w:pPr>
      <w:r>
        <w:rPr>
          <w:i w:val="0"/>
        </w:rPr>
        <w:t>Unexpected detours.</w:t>
      </w:r>
    </w:p>
    <w:p>
      <w:pPr>
        <w:widowControl/>
      </w:pPr>
      <w:r>
        <w:rPr>
          <w:i w:val="0"/>
        </w:rPr>
        <w:t>Life has a remarkable way of explaining what mentors first introduce.</w:t>
      </w:r>
    </w:p>
    <w:p>
      <w:pPr>
        <w:widowControl/>
      </w:pPr>
      <w:r>
        <w:rPr>
          <w:i w:val="0"/>
        </w:rPr>
        <w:t>When I eventually found myself facing decisions that carried real weight—moving, starting over, building something that had never existed before—those eight words quietly returned.</w:t>
      </w:r>
    </w:p>
    <w:p>
      <w:pPr>
        <w:widowControl/>
      </w:pPr>
      <w:r>
        <w:rPr>
          <w:i w:val="0"/>
        </w:rPr>
        <w:t>Without a map, any road will do.</w:t>
      </w:r>
    </w:p>
    <w:p>
      <w:pPr>
        <w:widowControl/>
      </w:pPr>
      <w:r>
        <w:rPr>
          <w:i w:val="0"/>
        </w:rPr>
        <w:t>I suddenly understood what Dave had really been saying.</w:t>
      </w:r>
    </w:p>
    <w:p>
      <w:pPr>
        <w:widowControl/>
      </w:pPr>
      <w:r>
        <w:rPr>
          <w:i w:val="0"/>
        </w:rPr>
        <w:t>If I never defined success, the world would gladly define it for me.</w:t>
      </w:r>
    </w:p>
    <w:p>
      <w:pPr>
        <w:widowControl/>
      </w:pPr>
      <w:r>
        <w:rPr>
          <w:i w:val="0"/>
        </w:rPr>
        <w:t>If I never identified my values, circumstances would choose them.</w:t>
      </w:r>
    </w:p>
    <w:p>
      <w:pPr>
        <w:widowControl/>
      </w:pPr>
      <w:r>
        <w:rPr>
          <w:i w:val="0"/>
        </w:rPr>
        <w:t>If I never decided who I wanted to become, life would happily keep me busy becoming whoever happened to emerge.</w:t>
      </w:r>
    </w:p>
    <w:p>
      <w:pPr>
        <w:widowControl/>
      </w:pPr>
      <w:r>
        <w:rPr>
          <w:i w:val="0"/>
        </w:rPr>
        <w:t>Movement is not purpose.</w:t>
      </w:r>
    </w:p>
    <w:p>
      <w:pPr>
        <w:widowControl/>
      </w:pPr>
      <w:r>
        <w:rPr>
          <w:i w:val="0"/>
        </w:rPr>
        <w:t>Activity is not progress.</w:t>
      </w:r>
    </w:p>
    <w:p>
      <w:pPr>
        <w:widowControl/>
      </w:pPr>
      <w:r>
        <w:rPr>
          <w:i w:val="0"/>
        </w:rPr>
        <w:t>Being busy is not the same thing as moving toward a meaningful life.</w:t>
      </w:r>
    </w:p>
    <w:p>
      <w:pPr>
        <w:widowControl/>
      </w:pPr>
      <w:r>
        <w:rPr>
          <w:i w:val="0"/>
        </w:rPr>
        <w:t>That realization changed everything.</w:t>
      </w:r>
    </w:p>
    <w:p>
      <w:pPr>
        <w:widowControl/>
      </w:pPr>
      <w:r>
        <w:rPr>
          <w:i w:val="0"/>
        </w:rPr>
        <w:t>I stopped asking only: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should I do next?</w:t>
      </w:r>
    </w:p>
    <w:p>
      <w:pPr>
        <w:widowControl/>
      </w:pPr>
      <w:r>
        <w:rPr>
          <w:i w:val="0"/>
        </w:rPr>
        <w:t>I began asking: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Who am I trying to become?</w:t>
      </w:r>
    </w:p>
    <w:p>
      <w:pPr>
        <w:widowControl/>
      </w:pPr>
      <w:r>
        <w:rPr>
          <w:i w:val="0"/>
        </w:rPr>
        <w:t>Those are completely different questions.</w:t>
      </w:r>
    </w:p>
    <w:p>
      <w:pPr>
        <w:widowControl/>
      </w:pPr>
      <w:r>
        <w:rPr>
          <w:i w:val="0"/>
        </w:rPr>
        <w:t>One creates schedules.</w:t>
      </w:r>
    </w:p>
    <w:p>
      <w:pPr>
        <w:widowControl/>
      </w:pPr>
      <w:r>
        <w:rPr>
          <w:i w:val="0"/>
        </w:rPr>
        <w:t>The other creates direction.</w:t>
      </w:r>
    </w:p>
    <w:p>
      <w:pPr>
        <w:widowControl/>
      </w:pPr>
      <w:r>
        <w:rPr>
          <w:i w:val="0"/>
        </w:rPr>
        <w:t>One fills time.</w:t>
      </w:r>
    </w:p>
    <w:p>
      <w:pPr>
        <w:widowControl/>
      </w:pPr>
      <w:r>
        <w:rPr>
          <w:i w:val="0"/>
        </w:rPr>
        <w:t>The other builds legacy.</w:t>
      </w:r>
    </w:p>
    <w:p>
      <w:pPr>
        <w:widowControl/>
      </w:pPr>
      <w:r>
        <w:rPr>
          <w:i w:val="0"/>
        </w:rPr>
        <w:t>Hope became more useful when I stopped treating it as a destination and started treating it as a direction.</w:t>
      </w:r>
    </w:p>
    <w:p>
      <w:pPr>
        <w:pStyle w:val="Heading1"/>
        <w:keepNext/>
      </w:pPr>
      <w:r>
        <w:t>Chapter Four — Hope Needs a North</w:t>
      </w:r>
    </w:p>
    <w:p>
      <w:pPr>
        <w:widowControl/>
      </w:pPr>
      <w:r>
        <w:rPr>
          <w:i w:val="0"/>
        </w:rPr>
        <w:t>People often say they want more hope.</w:t>
      </w:r>
    </w:p>
    <w:p>
      <w:pPr>
        <w:widowControl/>
      </w:pPr>
      <w:r>
        <w:rPr>
          <w:i w:val="0"/>
        </w:rPr>
        <w:t>But hope without direction can remain vague.</w:t>
      </w:r>
    </w:p>
    <w:p>
      <w:pPr>
        <w:widowControl/>
      </w:pPr>
      <w:r>
        <w:rPr>
          <w:i w:val="0"/>
        </w:rPr>
        <w:t>A beautiful feeling with nowhere to go.</w:t>
      </w:r>
    </w:p>
    <w:p>
      <w:pPr>
        <w:widowControl/>
      </w:pPr>
      <w:r>
        <w:rPr>
          <w:i w:val="0"/>
        </w:rPr>
        <w:t>Dave's map gave me another way to understand it.</w:t>
      </w:r>
    </w:p>
    <w:p>
      <w:pPr>
        <w:widowControl/>
      </w:pPr>
      <w:r>
        <w:rPr>
          <w:i w:val="0"/>
        </w:rPr>
        <w:t>Hope needs a north.</w:t>
      </w:r>
    </w:p>
    <w:p>
      <w:pPr>
        <w:widowControl/>
      </w:pPr>
      <w:r>
        <w:rPr>
          <w:i w:val="0"/>
        </w:rPr>
        <w:t>A value strong enough to guide the next decision.</w:t>
      </w:r>
    </w:p>
    <w:p>
      <w:pPr>
        <w:widowControl/>
      </w:pPr>
      <w:r>
        <w:rPr>
          <w:i w:val="0"/>
        </w:rPr>
        <w:t>A picture of the person we are becoming.</w:t>
      </w:r>
    </w:p>
    <w:p>
      <w:pPr>
        <w:widowControl/>
      </w:pPr>
      <w:r>
        <w:rPr>
          <w:i w:val="0"/>
        </w:rPr>
        <w:t>A reason to keep walking when the road becomes inconvenient.</w:t>
      </w:r>
    </w:p>
    <w:p>
      <w:pPr>
        <w:widowControl/>
      </w:pPr>
      <w:r>
        <w:rPr>
          <w:i w:val="0"/>
        </w:rPr>
        <w:t>The map does not remove uncertainty.</w:t>
      </w:r>
    </w:p>
    <w:p>
      <w:pPr>
        <w:widowControl/>
      </w:pPr>
      <w:r>
        <w:rPr>
          <w:i w:val="0"/>
        </w:rPr>
        <w:t>It helps us move through uncertainty without surrendering our purpose.</w:t>
      </w:r>
    </w:p>
    <w:p>
      <w:pPr>
        <w:widowControl/>
      </w:pPr>
      <w:r>
        <w:rPr>
          <w:i w:val="0"/>
        </w:rPr>
        <w:t>That distinction matters.</w:t>
      </w:r>
    </w:p>
    <w:p>
      <w:pPr>
        <w:widowControl/>
      </w:pPr>
      <w:r>
        <w:rPr>
          <w:i w:val="0"/>
        </w:rPr>
        <w:t>A map is not a promise that the road will be easy.</w:t>
      </w:r>
    </w:p>
    <w:p>
      <w:pPr>
        <w:widowControl/>
      </w:pPr>
      <w:r>
        <w:rPr>
          <w:i w:val="0"/>
        </w:rPr>
        <w:t>It is a reminder that the road is connected to something larger than the discomfort of the moment.</w:t>
      </w:r>
    </w:p>
    <w:p>
      <w:pPr>
        <w:widowControl/>
      </w:pPr>
      <w:r>
        <w:rPr>
          <w:i w:val="0"/>
        </w:rPr>
        <w:t>When I was moving toward independence, hope pointed toward growth.</w:t>
      </w:r>
    </w:p>
    <w:p>
      <w:pPr>
        <w:widowControl/>
      </w:pPr>
      <w:r>
        <w:rPr>
          <w:i w:val="0"/>
        </w:rPr>
        <w:t>When I was building the Estate, hope pointed toward service.</w:t>
      </w:r>
    </w:p>
    <w:p>
      <w:pPr>
        <w:widowControl/>
      </w:pPr>
      <w:r>
        <w:rPr>
          <w:i w:val="0"/>
        </w:rPr>
        <w:t>When I was learning to trust myself, hope pointed toward integrity.</w:t>
      </w:r>
    </w:p>
    <w:p>
      <w:pPr>
        <w:widowControl/>
      </w:pPr>
      <w:r>
        <w:rPr>
          <w:i w:val="0"/>
        </w:rPr>
        <w:t>The road changed.</w:t>
      </w:r>
    </w:p>
    <w:p>
      <w:pPr>
        <w:widowControl/>
      </w:pPr>
      <w:r>
        <w:rPr>
          <w:i w:val="0"/>
        </w:rPr>
        <w:t>The north remained.</w:t>
      </w:r>
    </w:p>
    <w:p>
      <w:pPr>
        <w:pStyle w:val="Heading1"/>
        <w:keepNext/>
      </w:pPr>
      <w:r>
        <w:t>Chapter Five — Drawing the Estate Before Building It</w:t>
      </w:r>
    </w:p>
    <w:p>
      <w:pPr>
        <w:widowControl/>
      </w:pPr>
      <w:r>
        <w:rPr>
          <w:i w:val="0"/>
        </w:rPr>
        <w:t>Years later, while building CHIA•TEA, I smiled more than once thinking about Dave.</w:t>
      </w:r>
    </w:p>
    <w:p>
      <w:pPr>
        <w:widowControl/>
      </w:pPr>
      <w:r>
        <w:rPr>
          <w:i w:val="0"/>
        </w:rPr>
        <w:t>Because I finally understood something that had escaped me for years.</w:t>
      </w:r>
    </w:p>
    <w:p>
      <w:pPr>
        <w:widowControl/>
      </w:pPr>
      <w:r>
        <w:rPr>
          <w:i w:val="0"/>
        </w:rPr>
        <w:t>The Estate itself was a map.</w:t>
      </w:r>
    </w:p>
    <w:p>
      <w:pPr>
        <w:widowControl/>
      </w:pPr>
      <w:r>
        <w:rPr>
          <w:i w:val="0"/>
        </w:rPr>
        <w:t>Not a database.</w:t>
      </w:r>
    </w:p>
    <w:p>
      <w:pPr>
        <w:widowControl/>
      </w:pPr>
      <w:r>
        <w:rPr>
          <w:i w:val="0"/>
        </w:rPr>
        <w:t>Not a filing cabinet.</w:t>
      </w:r>
    </w:p>
    <w:p>
      <w:pPr>
        <w:widowControl/>
      </w:pPr>
      <w:r>
        <w:rPr>
          <w:i w:val="0"/>
        </w:rPr>
        <w:t>Not an operations manual.</w:t>
      </w:r>
    </w:p>
    <w:p>
      <w:pPr>
        <w:widowControl/>
      </w:pPr>
      <w:r>
        <w:rPr>
          <w:i w:val="0"/>
        </w:rPr>
        <w:t>A map.</w:t>
      </w:r>
    </w:p>
    <w:p>
      <w:pPr>
        <w:widowControl/>
      </w:pPr>
      <w:r>
        <w:rPr>
          <w:i w:val="0"/>
        </w:rPr>
        <w:t>The Companion became a map.</w:t>
      </w:r>
    </w:p>
    <w:p>
      <w:pPr>
        <w:widowControl/>
      </w:pPr>
      <w:r>
        <w:rPr>
          <w:i w:val="0"/>
        </w:rPr>
        <w:t>The Estate Stories became landmarks.</w:t>
      </w:r>
    </w:p>
    <w:p>
      <w:pPr>
        <w:widowControl/>
      </w:pPr>
      <w:r>
        <w:rPr>
          <w:i w:val="0"/>
        </w:rPr>
        <w:t>The Visual Frameworks became trail markers.</w:t>
      </w:r>
    </w:p>
    <w:p>
      <w:pPr>
        <w:widowControl/>
      </w:pPr>
      <w:r>
        <w:rPr>
          <w:i w:val="0"/>
        </w:rPr>
        <w:t>The Tea Leaves became signposts.</w:t>
      </w:r>
    </w:p>
    <w:p>
      <w:pPr>
        <w:widowControl/>
      </w:pPr>
      <w:r>
        <w:rPr>
          <w:i w:val="0"/>
        </w:rPr>
        <w:t>The Drops of Hope became places to rest.</w:t>
      </w:r>
    </w:p>
    <w:p>
      <w:pPr>
        <w:widowControl/>
      </w:pPr>
      <w:r>
        <w:rPr>
          <w:i w:val="0"/>
        </w:rPr>
        <w:t>Even the Master Index became another way of helping future travelers know where they were and where they could go next.</w:t>
      </w:r>
    </w:p>
    <w:p>
      <w:pPr>
        <w:widowControl/>
      </w:pPr>
      <w:r>
        <w:rPr>
          <w:i w:val="0"/>
        </w:rPr>
        <w:t>Without ever intending to, Dave influenced every part of the Estate.</w:t>
      </w:r>
    </w:p>
    <w:p>
      <w:pPr>
        <w:widowControl/>
      </w:pPr>
      <w:r>
        <w:rPr>
          <w:i w:val="0"/>
        </w:rPr>
        <w:t>Not because I copied his work.</w:t>
      </w:r>
    </w:p>
    <w:p>
      <w:pPr>
        <w:widowControl/>
      </w:pPr>
      <w:r>
        <w:rPr>
          <w:i w:val="0"/>
        </w:rPr>
        <w:t>Because I inherited his way of thinking.</w:t>
      </w:r>
    </w:p>
    <w:p>
      <w:pPr>
        <w:widowControl/>
      </w:pPr>
      <w:r>
        <w:rPr>
          <w:i w:val="0"/>
        </w:rPr>
        <w:t>That may be the greatest legacy any mentor can leave behind.</w:t>
      </w:r>
    </w:p>
    <w:p>
      <w:pPr>
        <w:widowControl/>
      </w:pPr>
      <w:r>
        <w:rPr>
          <w:i w:val="0"/>
        </w:rPr>
        <w:t>Not followers.</w:t>
      </w:r>
    </w:p>
    <w:p>
      <w:pPr>
        <w:widowControl/>
      </w:pPr>
      <w:r>
        <w:rPr>
          <w:i w:val="0"/>
        </w:rPr>
        <w:t>Thinkers.</w:t>
      </w:r>
    </w:p>
    <w:p>
      <w:pPr>
        <w:widowControl/>
      </w:pPr>
      <w:r>
        <w:rPr>
          <w:i w:val="0"/>
        </w:rPr>
        <w:t>Not dependence.</w:t>
      </w:r>
    </w:p>
    <w:p>
      <w:pPr>
        <w:widowControl/>
      </w:pPr>
      <w:r>
        <w:rPr>
          <w:i w:val="0"/>
        </w:rPr>
        <w:t>Confidence.</w:t>
      </w:r>
    </w:p>
    <w:p>
      <w:pPr>
        <w:widowControl/>
      </w:pPr>
      <w:r>
        <w:rPr>
          <w:i w:val="0"/>
        </w:rPr>
        <w:t>Not answers.</w:t>
      </w:r>
    </w:p>
    <w:p>
      <w:pPr>
        <w:widowControl/>
      </w:pPr>
      <w:r>
        <w:rPr>
          <w:i w:val="0"/>
        </w:rPr>
        <w:t>Direction.</w:t>
      </w:r>
    </w:p>
    <w:p>
      <w:pPr>
        <w:pStyle w:val="Heading1"/>
        <w:keepNext/>
      </w:pPr>
      <w:r>
        <w:t>Chapter Six — Becoming Someone Else's Map</w:t>
      </w:r>
    </w:p>
    <w:p>
      <w:pPr>
        <w:widowControl/>
      </w:pPr>
      <w:r>
        <w:rPr>
          <w:i w:val="0"/>
        </w:rPr>
        <w:t>There came a day when I realized something that stopped me in my tracks.</w:t>
      </w:r>
    </w:p>
    <w:p>
      <w:pPr>
        <w:widowControl/>
      </w:pPr>
      <w:r>
        <w:rPr>
          <w:i w:val="0"/>
        </w:rPr>
        <w:t>I was not only hearing Dave's words anymore.</w:t>
      </w:r>
    </w:p>
    <w:p>
      <w:pPr>
        <w:widowControl/>
      </w:pPr>
      <w:r>
        <w:rPr>
          <w:i w:val="0"/>
        </w:rPr>
        <w:t>I was speaking them.</w:t>
      </w:r>
    </w:p>
    <w:p>
      <w:pPr>
        <w:widowControl/>
      </w:pPr>
      <w:r>
        <w:rPr>
          <w:i w:val="0"/>
        </w:rPr>
        <w:t>Not intentionally.</w:t>
      </w:r>
    </w:p>
    <w:p>
      <w:pPr>
        <w:widowControl/>
      </w:pPr>
      <w:r>
        <w:rPr>
          <w:i w:val="0"/>
        </w:rPr>
        <w:t>Not because I had memorized them.</w:t>
      </w:r>
    </w:p>
    <w:p>
      <w:pPr>
        <w:widowControl/>
      </w:pPr>
      <w:r>
        <w:rPr>
          <w:i w:val="0"/>
        </w:rPr>
        <w:t>Because somewhere along the journey they had become part of the way I understood life.</w:t>
      </w:r>
    </w:p>
    <w:p>
      <w:pPr>
        <w:widowControl/>
      </w:pPr>
      <w:r>
        <w:rPr>
          <w:i w:val="0"/>
        </w:rPr>
        <w:t>That realization humbled me.</w:t>
      </w:r>
    </w:p>
    <w:p>
      <w:pPr>
        <w:widowControl/>
      </w:pPr>
      <w:r>
        <w:rPr>
          <w:i w:val="0"/>
        </w:rPr>
        <w:t>The greatest mentors do not create imitators.</w:t>
      </w:r>
    </w:p>
    <w:p>
      <w:pPr>
        <w:widowControl/>
      </w:pPr>
      <w:r>
        <w:rPr>
          <w:i w:val="0"/>
        </w:rPr>
        <w:t>They create people capable of mentoring others.</w:t>
      </w:r>
    </w:p>
    <w:p>
      <w:pPr>
        <w:widowControl/>
      </w:pPr>
      <w:r>
        <w:rPr>
          <w:i w:val="0"/>
        </w:rPr>
        <w:t>There is a profound difference.</w:t>
      </w:r>
    </w:p>
    <w:p>
      <w:pPr>
        <w:widowControl/>
      </w:pPr>
      <w:r>
        <w:rPr>
          <w:i w:val="0"/>
        </w:rPr>
        <w:t>Imitators repeat information.</w:t>
      </w:r>
    </w:p>
    <w:p>
      <w:pPr>
        <w:widowControl/>
      </w:pPr>
      <w:r>
        <w:rPr>
          <w:i w:val="0"/>
        </w:rPr>
        <w:t>Mentors multiply wisdom.</w:t>
      </w:r>
    </w:p>
    <w:p>
      <w:pPr>
        <w:widowControl/>
      </w:pPr>
      <w:r>
        <w:rPr>
          <w:i w:val="0"/>
        </w:rPr>
        <w:t>One afternoon, while outlining what would eventually become the CHIA•TEA Estate, I stepped back from my desk and looked at the pages spread across the room.</w:t>
      </w:r>
    </w:p>
    <w:p>
      <w:pPr>
        <w:widowControl/>
      </w:pPr>
      <w:r>
        <w:rPr>
          <w:i w:val="0"/>
        </w:rPr>
        <w:t>Episode ideas.</w:t>
      </w:r>
    </w:p>
    <w:p>
      <w:pPr>
        <w:widowControl/>
      </w:pPr>
      <w:r>
        <w:rPr>
          <w:i w:val="0"/>
        </w:rPr>
        <w:t>Story concepts.</w:t>
      </w:r>
    </w:p>
    <w:p>
      <w:pPr>
        <w:widowControl/>
      </w:pPr>
      <w:r>
        <w:rPr>
          <w:i w:val="0"/>
        </w:rPr>
        <w:t>Visual Framework sketches.</w:t>
      </w:r>
    </w:p>
    <w:p>
      <w:pPr>
        <w:widowControl/>
      </w:pPr>
      <w:r>
        <w:rPr>
          <w:i w:val="0"/>
        </w:rPr>
        <w:t>Sticky notes.</w:t>
      </w:r>
    </w:p>
    <w:p>
      <w:pPr>
        <w:widowControl/>
      </w:pPr>
      <w:r>
        <w:rPr>
          <w:i w:val="0"/>
        </w:rPr>
        <w:t>Questions.</w:t>
      </w:r>
    </w:p>
    <w:p>
      <w:pPr>
        <w:widowControl/>
      </w:pPr>
      <w:r>
        <w:rPr>
          <w:i w:val="0"/>
        </w:rPr>
        <w:t>Quotes I never wanted to lose.</w:t>
      </w:r>
    </w:p>
    <w:p>
      <w:pPr>
        <w:widowControl/>
      </w:pPr>
      <w:r>
        <w:rPr>
          <w:i w:val="0"/>
        </w:rPr>
        <w:t>At first glance, it looked like chaos.</w:t>
      </w:r>
    </w:p>
    <w:p>
      <w:pPr>
        <w:widowControl/>
      </w:pPr>
      <w:r>
        <w:rPr>
          <w:i w:val="0"/>
        </w:rPr>
        <w:t>Then I smiled.</w:t>
      </w:r>
    </w:p>
    <w:p>
      <w:pPr>
        <w:widowControl/>
      </w:pPr>
      <w:r>
        <w:rPr>
          <w:i w:val="0"/>
        </w:rPr>
        <w:t>I was not organizing documents.</w:t>
      </w:r>
    </w:p>
    <w:p>
      <w:pPr>
        <w:widowControl/>
      </w:pPr>
      <w:r>
        <w:rPr>
          <w:i w:val="0"/>
        </w:rPr>
        <w:t>I was drawing a map.</w:t>
      </w:r>
    </w:p>
    <w:p>
      <w:pPr>
        <w:widowControl/>
      </w:pPr>
      <w:r>
        <w:rPr>
          <w:i w:val="0"/>
        </w:rPr>
        <w:t>Every page connected to another.</w:t>
      </w:r>
    </w:p>
    <w:p>
      <w:pPr>
        <w:widowControl/>
      </w:pPr>
      <w:r>
        <w:rPr>
          <w:i w:val="0"/>
        </w:rPr>
        <w:t>Every lesson pointed somewhere.</w:t>
      </w:r>
    </w:p>
    <w:p>
      <w:pPr>
        <w:widowControl/>
      </w:pPr>
      <w:r>
        <w:rPr>
          <w:i w:val="0"/>
        </w:rPr>
        <w:t>Every story opened another trail.</w:t>
      </w:r>
    </w:p>
    <w:p>
      <w:pPr>
        <w:widowControl/>
      </w:pPr>
      <w:r>
        <w:rPr>
          <w:i w:val="0"/>
        </w:rPr>
        <w:t>Every framework became another landmark.</w:t>
      </w:r>
    </w:p>
    <w:p>
      <w:pPr>
        <w:widowControl/>
      </w:pPr>
      <w:r>
        <w:rPr>
          <w:i w:val="0"/>
        </w:rPr>
        <w:t>A map does not exist to make life predictable.</w:t>
      </w:r>
    </w:p>
    <w:p>
      <w:pPr>
        <w:widowControl/>
      </w:pPr>
      <w:r>
        <w:rPr>
          <w:i w:val="0"/>
        </w:rPr>
        <w:t>It exists to make uncertainty navigable.</w:t>
      </w:r>
    </w:p>
    <w:p>
      <w:pPr>
        <w:pStyle w:val="Heading1"/>
        <w:keepNext/>
      </w:pPr>
      <w:r>
        <w:t>Chapter Seven — Roads That Cannot Be Walked for Someone Else</w:t>
      </w:r>
    </w:p>
    <w:p>
      <w:pPr>
        <w:widowControl/>
      </w:pPr>
      <w:r>
        <w:rPr>
          <w:i w:val="0"/>
        </w:rPr>
        <w:t>There is a temptation every mentor eventually faces.</w:t>
      </w:r>
    </w:p>
    <w:p>
      <w:pPr>
        <w:widowControl/>
      </w:pPr>
      <w:r>
        <w:rPr>
          <w:i w:val="0"/>
        </w:rPr>
        <w:t>The temptation to solve other people's lives.</w:t>
      </w:r>
    </w:p>
    <w:p>
      <w:pPr>
        <w:widowControl/>
      </w:pPr>
      <w:r>
        <w:rPr>
          <w:i w:val="0"/>
        </w:rPr>
        <w:t>It usually begins with compassion.</w:t>
      </w:r>
    </w:p>
    <w:p>
      <w:pPr>
        <w:widowControl/>
      </w:pPr>
      <w:r>
        <w:rPr>
          <w:i w:val="0"/>
        </w:rPr>
        <w:t>You see someone struggling.</w:t>
      </w:r>
    </w:p>
    <w:p>
      <w:pPr>
        <w:widowControl/>
      </w:pPr>
      <w:r>
        <w:rPr>
          <w:i w:val="0"/>
        </w:rPr>
        <w:t>You know the shortcut.</w:t>
      </w:r>
    </w:p>
    <w:p>
      <w:pPr>
        <w:widowControl/>
      </w:pPr>
      <w:r>
        <w:rPr>
          <w:i w:val="0"/>
        </w:rPr>
        <w:t>You have already walked the difficult road.</w:t>
      </w:r>
    </w:p>
    <w:p>
      <w:pPr>
        <w:widowControl/>
      </w:pPr>
      <w:r>
        <w:rPr>
          <w:i w:val="0"/>
        </w:rPr>
        <w:t>Naturally, you want to spare them the pain.</w:t>
      </w:r>
    </w:p>
    <w:p>
      <w:pPr>
        <w:widowControl/>
      </w:pPr>
      <w:r>
        <w:rPr>
          <w:i w:val="0"/>
        </w:rPr>
        <w:t>Dave never did that.</w:t>
      </w:r>
    </w:p>
    <w:p>
      <w:pPr>
        <w:widowControl/>
      </w:pPr>
      <w:r>
        <w:rPr>
          <w:i w:val="0"/>
        </w:rPr>
        <w:t>Not because he lacked compassion.</w:t>
      </w:r>
    </w:p>
    <w:p>
      <w:pPr>
        <w:widowControl/>
      </w:pPr>
      <w:r>
        <w:rPr>
          <w:i w:val="0"/>
        </w:rPr>
        <w:t>Because he understood something I would only appreciate years later.</w:t>
      </w:r>
    </w:p>
    <w:p>
      <w:pPr>
        <w:widowControl/>
      </w:pPr>
      <w:r>
        <w:rPr>
          <w:i w:val="0"/>
        </w:rPr>
        <w:t>Some roads must be walked.</w:t>
      </w:r>
    </w:p>
    <w:p>
      <w:pPr>
        <w:widowControl/>
      </w:pPr>
      <w:r>
        <w:rPr>
          <w:i w:val="0"/>
        </w:rPr>
        <w:t>Not observed.</w:t>
      </w:r>
    </w:p>
    <w:p>
      <w:pPr>
        <w:widowControl/>
      </w:pPr>
      <w:r>
        <w:rPr>
          <w:i w:val="0"/>
        </w:rPr>
        <w:t>Not explained.</w:t>
      </w:r>
    </w:p>
    <w:p>
      <w:pPr>
        <w:widowControl/>
      </w:pPr>
      <w:r>
        <w:rPr>
          <w:i w:val="0"/>
        </w:rPr>
        <w:t>Walked.</w:t>
      </w:r>
    </w:p>
    <w:p>
      <w:pPr>
        <w:widowControl/>
      </w:pPr>
      <w:r>
        <w:rPr>
          <w:i w:val="0"/>
        </w:rPr>
        <w:t>He could hand me a map.</w:t>
      </w:r>
    </w:p>
    <w:p>
      <w:pPr>
        <w:widowControl/>
      </w:pPr>
      <w:r>
        <w:rPr>
          <w:i w:val="0"/>
        </w:rPr>
        <w:t>He could point toward north.</w:t>
      </w:r>
    </w:p>
    <w:p>
      <w:pPr>
        <w:widowControl/>
      </w:pPr>
      <w:r>
        <w:rPr>
          <w:i w:val="0"/>
        </w:rPr>
        <w:t>He could warn me about dangerous turns.</w:t>
      </w:r>
    </w:p>
    <w:p>
      <w:pPr>
        <w:widowControl/>
      </w:pPr>
      <w:r>
        <w:rPr>
          <w:i w:val="0"/>
        </w:rPr>
        <w:t>But he could never take the steps for me.</w:t>
      </w:r>
    </w:p>
    <w:p>
      <w:pPr>
        <w:widowControl/>
      </w:pPr>
      <w:r>
        <w:rPr>
          <w:i w:val="0"/>
        </w:rPr>
        <w:t>Neither can I.</w:t>
      </w:r>
    </w:p>
    <w:p>
      <w:pPr>
        <w:widowControl/>
      </w:pPr>
      <w:r>
        <w:rPr>
          <w:i w:val="0"/>
        </w:rPr>
        <w:t>One of the greatest responsibilities of a Brewmaster is resisting the urge to become someone else's rescuer.</w:t>
      </w:r>
    </w:p>
    <w:p>
      <w:pPr>
        <w:widowControl/>
      </w:pPr>
      <w:r>
        <w:rPr>
          <w:i w:val="0"/>
        </w:rPr>
        <w:t>Hope grows differently.</w:t>
      </w:r>
    </w:p>
    <w:p>
      <w:pPr>
        <w:widowControl/>
      </w:pPr>
      <w:r>
        <w:rPr>
          <w:i w:val="0"/>
        </w:rPr>
        <w:t>It grows when people discover they are stronger than they believed.</w:t>
      </w:r>
    </w:p>
    <w:p>
      <w:pPr>
        <w:widowControl/>
      </w:pPr>
      <w:r>
        <w:rPr>
          <w:i w:val="0"/>
        </w:rPr>
        <w:t>Not when someone constantly carries them.</w:t>
      </w:r>
    </w:p>
    <w:p>
      <w:pPr>
        <w:widowControl/>
      </w:pPr>
      <w:r>
        <w:rPr>
          <w:i w:val="0"/>
        </w:rPr>
        <w:t>That does not mean we abandon people.</w:t>
      </w:r>
    </w:p>
    <w:p>
      <w:pPr>
        <w:widowControl/>
      </w:pPr>
      <w:r>
        <w:rPr>
          <w:i w:val="0"/>
        </w:rPr>
        <w:t>We walk beside them.</w:t>
      </w:r>
    </w:p>
    <w:p>
      <w:pPr>
        <w:widowControl/>
      </w:pPr>
      <w:r>
        <w:rPr>
          <w:i w:val="0"/>
        </w:rPr>
        <w:t>We encourage.</w:t>
      </w:r>
    </w:p>
    <w:p>
      <w:pPr>
        <w:widowControl/>
      </w:pPr>
      <w:r>
        <w:rPr>
          <w:i w:val="0"/>
        </w:rPr>
        <w:t>We ask questions.</w:t>
      </w:r>
    </w:p>
    <w:p>
      <w:pPr>
        <w:widowControl/>
      </w:pPr>
      <w:r>
        <w:rPr>
          <w:i w:val="0"/>
        </w:rPr>
        <w:t>We offer perspective.</w:t>
      </w:r>
    </w:p>
    <w:p>
      <w:pPr>
        <w:widowControl/>
      </w:pPr>
      <w:r>
        <w:rPr>
          <w:i w:val="0"/>
        </w:rPr>
        <w:t>We remind them that difficult roads are still roads.</w:t>
      </w:r>
    </w:p>
    <w:p>
      <w:pPr>
        <w:widowControl/>
      </w:pPr>
      <w:r>
        <w:rPr>
          <w:i w:val="0"/>
        </w:rPr>
        <w:t>But we also trust that they possess more strength than fear wants them to believe.</w:t>
      </w:r>
    </w:p>
    <w:p>
      <w:pPr>
        <w:widowControl/>
      </w:pPr>
      <w:r>
        <w:rPr>
          <w:i w:val="0"/>
        </w:rPr>
        <w:t>That trust may be one of the greatest gifts we can offer another human being.</w:t>
      </w:r>
    </w:p>
    <w:p>
      <w:pPr>
        <w:pStyle w:val="Heading1"/>
        <w:keepNext/>
      </w:pPr>
      <w:r>
        <w:t>Chapter Eight — Every Estate Needs a Compass</w:t>
      </w:r>
    </w:p>
    <w:p>
      <w:pPr>
        <w:widowControl/>
      </w:pPr>
      <w:r>
        <w:rPr>
          <w:i w:val="0"/>
        </w:rPr>
        <w:t>As the Estate continued to grow, I found myself returning to Dave's words over and over again.</w:t>
      </w:r>
    </w:p>
    <w:p>
      <w:pPr>
        <w:widowControl/>
      </w:pPr>
      <w:r>
        <w:rPr>
          <w:i w:val="0"/>
        </w:rPr>
        <w:t>Whenever we redesigned Airtable.</w:t>
      </w:r>
    </w:p>
    <w:p>
      <w:pPr>
        <w:widowControl/>
      </w:pPr>
      <w:r>
        <w:rPr>
          <w:i w:val="0"/>
        </w:rPr>
        <w:t>Whenever we reorganized the Companion.</w:t>
      </w:r>
    </w:p>
    <w:p>
      <w:pPr>
        <w:widowControl/>
      </w:pPr>
      <w:r>
        <w:rPr>
          <w:i w:val="0"/>
        </w:rPr>
        <w:t>Whenever we questioned whether another document should exist.</w:t>
      </w:r>
    </w:p>
    <w:p>
      <w:pPr>
        <w:widowControl/>
      </w:pPr>
      <w:r>
        <w:rPr>
          <w:i w:val="0"/>
        </w:rPr>
        <w:t>Whenever we debated how an episode should be preserved.</w:t>
      </w:r>
    </w:p>
    <w:p>
      <w:pPr>
        <w:widowControl/>
      </w:pPr>
      <w:r>
        <w:rPr>
          <w:i w:val="0"/>
        </w:rPr>
        <w:t>The same question quietly surfaced: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Does this help people find their way?</w:t>
      </w:r>
    </w:p>
    <w:p>
      <w:pPr>
        <w:widowControl/>
      </w:pPr>
      <w:r>
        <w:rPr>
          <w:i w:val="0"/>
        </w:rPr>
        <w:t>If the answer was no, it did not belong.</w:t>
      </w:r>
    </w:p>
    <w:p>
      <w:pPr>
        <w:widowControl/>
      </w:pPr>
      <w:r>
        <w:rPr>
          <w:i w:val="0"/>
        </w:rPr>
        <w:t>Because the purpose of an Estate is not accumulation.</w:t>
      </w:r>
    </w:p>
    <w:p>
      <w:pPr>
        <w:widowControl/>
      </w:pPr>
      <w:r>
        <w:rPr>
          <w:i w:val="0"/>
        </w:rPr>
        <w:t>It is navigation.</w:t>
      </w:r>
    </w:p>
    <w:p>
      <w:pPr>
        <w:widowControl/>
      </w:pPr>
      <w:r>
        <w:rPr>
          <w:i w:val="0"/>
        </w:rPr>
        <w:t>An Estate filled with information but lacking wisdom is simply a warehouse.</w:t>
      </w:r>
    </w:p>
    <w:p>
      <w:pPr>
        <w:widowControl/>
      </w:pPr>
      <w:r>
        <w:rPr>
          <w:i w:val="0"/>
        </w:rPr>
        <w:t>The CHIA•TEA Estate was never meant to become a warehouse.</w:t>
      </w:r>
    </w:p>
    <w:p>
      <w:pPr>
        <w:widowControl/>
      </w:pPr>
      <w:r>
        <w:rPr>
          <w:i w:val="0"/>
        </w:rPr>
        <w:t>It was meant to become a place where weary travelers could stop, rest, gather perspective, and continue their own journey with greater confidence.</w:t>
      </w:r>
    </w:p>
    <w:p>
      <w:pPr>
        <w:widowControl/>
      </w:pPr>
      <w:r>
        <w:rPr>
          <w:i w:val="0"/>
        </w:rPr>
        <w:t>That is why every story matters.</w:t>
      </w:r>
    </w:p>
    <w:p>
      <w:pPr>
        <w:widowControl/>
      </w:pPr>
      <w:r>
        <w:rPr>
          <w:i w:val="0"/>
        </w:rPr>
        <w:t>Every worksheet.</w:t>
      </w:r>
    </w:p>
    <w:p>
      <w:pPr>
        <w:widowControl/>
      </w:pPr>
      <w:r>
        <w:rPr>
          <w:i w:val="0"/>
        </w:rPr>
        <w:t>Every Tea Leaf.</w:t>
      </w:r>
    </w:p>
    <w:p>
      <w:pPr>
        <w:widowControl/>
      </w:pPr>
      <w:r>
        <w:rPr>
          <w:i w:val="0"/>
        </w:rPr>
        <w:t>Every Drop of Hope.</w:t>
      </w:r>
    </w:p>
    <w:p>
      <w:pPr>
        <w:widowControl/>
      </w:pPr>
      <w:r>
        <w:rPr>
          <w:i w:val="0"/>
        </w:rPr>
        <w:t>Every Visual Framework.</w:t>
      </w:r>
    </w:p>
    <w:p>
      <w:pPr>
        <w:widowControl/>
      </w:pPr>
      <w:r>
        <w:rPr>
          <w:i w:val="0"/>
        </w:rPr>
        <w:t>Every Companion page.</w:t>
      </w:r>
    </w:p>
    <w:p>
      <w:pPr>
        <w:widowControl/>
      </w:pPr>
      <w:r>
        <w:rPr>
          <w:i w:val="0"/>
        </w:rPr>
        <w:t>Each one becomes another signpost quietly whispering: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are still on the path.</w:t>
      </w:r>
    </w:p>
    <w:p>
      <w:pPr>
        <w:widowControl/>
      </w:pPr>
      <w:r>
        <w:rPr>
          <w:i w:val="0"/>
        </w:rPr>
        <w:t>Moving toward hope does not mean never getting lost.</w:t>
      </w:r>
    </w:p>
    <w:p>
      <w:pPr>
        <w:widowControl/>
      </w:pPr>
      <w:r>
        <w:rPr>
          <w:i w:val="0"/>
        </w:rPr>
        <w:t>It means having enough direction to begin again.</w:t>
      </w:r>
    </w:p>
    <w:p>
      <w:pPr>
        <w:pStyle w:val="Heading1"/>
        <w:keepNext/>
      </w:pPr>
      <w:r>
        <w:t>Brewmaster Insight</w:t>
      </w:r>
    </w:p>
    <w:p>
      <w:pPr>
        <w:widowControl/>
      </w:pPr>
      <w:r>
        <w:rPr>
          <w:i w:val="0"/>
        </w:rPr>
        <w:t>The older I become, the less interested I am in being remembered for what I accomplished.</w:t>
      </w:r>
    </w:p>
    <w:p>
      <w:pPr>
        <w:widowControl/>
      </w:pPr>
      <w:r>
        <w:rPr>
          <w:i w:val="0"/>
        </w:rPr>
        <w:t>Instead, I hope to be remembered for helping someone else discover what they were capable of accomplishing.</w:t>
      </w:r>
    </w:p>
    <w:p>
      <w:pPr>
        <w:widowControl/>
      </w:pPr>
      <w:r>
        <w:rPr>
          <w:i w:val="0"/>
        </w:rPr>
        <w:t>That is the difference between building a reputation and leaving a legacy.</w:t>
      </w:r>
    </w:p>
    <w:p>
      <w:pPr>
        <w:widowControl/>
      </w:pPr>
      <w:r>
        <w:rPr>
          <w:i w:val="0"/>
        </w:rPr>
        <w:t>Dave taught me that without ever saying those words.</w:t>
      </w:r>
    </w:p>
    <w:p>
      <w:pPr>
        <w:widowControl/>
      </w:pPr>
      <w:r>
        <w:rPr>
          <w:i w:val="0"/>
        </w:rPr>
        <w:t>His life demonstrated them.</w:t>
      </w:r>
    </w:p>
    <w:p>
      <w:pPr>
        <w:widowControl/>
      </w:pPr>
      <w:r>
        <w:rPr>
          <w:i w:val="0"/>
        </w:rPr>
        <w:t>The title Moving Toward Hope reveals the deeper purpose of his map.</w:t>
      </w:r>
    </w:p>
    <w:p>
      <w:pPr>
        <w:widowControl/>
      </w:pPr>
      <w:r>
        <w:rPr>
          <w:i w:val="0"/>
        </w:rPr>
        <w:t>A map is not an artifact to admire.</w:t>
      </w:r>
    </w:p>
    <w:p>
      <w:pPr>
        <w:widowControl/>
      </w:pPr>
      <w:r>
        <w:rPr>
          <w:i w:val="0"/>
        </w:rPr>
        <w:t>It is a tool for movement.</w:t>
      </w:r>
    </w:p>
    <w:p>
      <w:pPr>
        <w:widowControl/>
      </w:pPr>
      <w:r>
        <w:rPr>
          <w:i w:val="0"/>
        </w:rPr>
        <w:t>Direction becomes hope when it helps a person take the next meaningful step.</w:t>
      </w:r>
    </w:p>
    <w:p>
      <w:pPr>
        <w:widowControl/>
      </w:pPr>
      <w:r>
        <w:rPr>
          <w:i w:val="0"/>
        </w:rPr>
        <w:t>That is what Dave gave me.</w:t>
      </w:r>
    </w:p>
    <w:p>
      <w:pPr>
        <w:widowControl/>
      </w:pPr>
      <w:r>
        <w:rPr>
          <w:i w:val="0"/>
        </w:rPr>
        <w:t>Not a finished route.</w:t>
      </w:r>
    </w:p>
    <w:p>
      <w:pPr>
        <w:widowControl/>
      </w:pPr>
      <w:r>
        <w:rPr>
          <w:i w:val="0"/>
        </w:rPr>
        <w:t>A way to choose one.</w:t>
      </w:r>
    </w:p>
    <w:p>
      <w:pPr>
        <w:pStyle w:val="Heading1"/>
        <w:keepNext/>
      </w:pPr>
      <w:r>
        <w:t>Tea Leaves</w:t>
      </w:r>
    </w:p>
    <w:p>
      <w:pPr>
        <w:pStyle w:val="ListBullet"/>
        <w:widowControl/>
      </w:pPr>
      <w:r>
        <w:t>Great mentors create thinkers, not followers.</w:t>
      </w:r>
    </w:p>
    <w:p>
      <w:pPr>
        <w:pStyle w:val="ListBullet"/>
        <w:widowControl/>
      </w:pPr>
      <w:r>
        <w:t>Wisdom multiplies when it is preserved and shared.</w:t>
      </w:r>
    </w:p>
    <w:p>
      <w:pPr>
        <w:pStyle w:val="ListBullet"/>
        <w:widowControl/>
      </w:pPr>
      <w:r>
        <w:t>Maps reduce fear by providing direction.</w:t>
      </w:r>
    </w:p>
    <w:p>
      <w:pPr>
        <w:pStyle w:val="ListBullet"/>
        <w:widowControl/>
      </w:pPr>
      <w:r>
        <w:t>Purpose should guide every decision.</w:t>
      </w:r>
    </w:p>
    <w:p>
      <w:pPr>
        <w:pStyle w:val="ListBullet"/>
        <w:widowControl/>
      </w:pPr>
      <w:r>
        <w:t>Hope becomes practical when it gives us a direction.</w:t>
      </w:r>
    </w:p>
    <w:p>
      <w:pPr>
        <w:pStyle w:val="ListBullet"/>
        <w:widowControl/>
      </w:pPr>
      <w:r>
        <w:t>Movement is not the same thing as progress.</w:t>
      </w:r>
    </w:p>
    <w:p>
      <w:pPr>
        <w:pStyle w:val="ListBullet"/>
        <w:widowControl/>
      </w:pPr>
      <w:r>
        <w:t>Walk beside people; do not try to carry them.</w:t>
      </w:r>
    </w:p>
    <w:p>
      <w:pPr>
        <w:pStyle w:val="ListBullet"/>
        <w:widowControl/>
      </w:pPr>
      <w:r>
        <w:t>Every preserved lesson can become someone else's signpost.</w:t>
      </w:r>
    </w:p>
    <w:p>
      <w:pPr>
        <w:pStyle w:val="ListBullet"/>
        <w:widowControl/>
      </w:pPr>
      <w:r>
        <w:t>A map does not remove uncertainty; it makes uncertainty navigable.</w:t>
      </w:r>
    </w:p>
    <w:p>
      <w:pPr>
        <w:pStyle w:val="ListBullet"/>
        <w:widowControl/>
      </w:pPr>
      <w:r>
        <w:t>Moving toward hope begins by deciding what hope means.</w:t>
      </w:r>
    </w:p>
    <w:p>
      <w:pPr>
        <w:pStyle w:val="Heading1"/>
        <w:keepNext/>
      </w:pPr>
      <w:r>
        <w:t>Drops of Hope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A mentor gives you more than answers. They help you ask better questions.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Draw your map before you choose your road.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Purpose transforms movement into meaningful progress.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 greatest legacy is teaching someone else how to navigate life with confidence.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Hope is not only a feeling. Sometimes it is a direction.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 road can change while your north remains.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do not need the whole route to take the next meaningful step.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A difficult road is still a road.</w:t>
      </w:r>
    </w:p>
    <w:p>
      <w:pPr>
        <w:pStyle w:val="Heading1"/>
        <w:keepNext/>
      </w:pPr>
      <w:r>
        <w:t>Brewmaster Reflection</w:t>
      </w:r>
    </w:p>
    <w:p>
      <w:pPr>
        <w:widowControl/>
      </w:pPr>
      <w:r>
        <w:rPr>
          <w:i w:val="0"/>
        </w:rPr>
        <w:t>As I reflect on Dave's influence, I realize the greatest gift he gave me was not instruction.</w:t>
      </w:r>
    </w:p>
    <w:p>
      <w:pPr>
        <w:widowControl/>
      </w:pPr>
      <w:r>
        <w:rPr>
          <w:i w:val="0"/>
        </w:rPr>
        <w:t>It was trust.</w:t>
      </w:r>
    </w:p>
    <w:p>
      <w:pPr>
        <w:widowControl/>
      </w:pPr>
      <w:r>
        <w:rPr>
          <w:i w:val="0"/>
        </w:rPr>
        <w:t>He trusted that I could think.</w:t>
      </w:r>
    </w:p>
    <w:p>
      <w:pPr>
        <w:widowControl/>
      </w:pPr>
      <w:r>
        <w:rPr>
          <w:i w:val="0"/>
        </w:rPr>
        <w:t>That I could grow.</w:t>
      </w:r>
    </w:p>
    <w:p>
      <w:pPr>
        <w:widowControl/>
      </w:pPr>
      <w:r>
        <w:rPr>
          <w:i w:val="0"/>
        </w:rPr>
        <w:t>That I could eventually become someone capable of helping others.</w:t>
      </w:r>
    </w:p>
    <w:p>
      <w:pPr>
        <w:widowControl/>
      </w:pPr>
      <w:r>
        <w:rPr>
          <w:i w:val="0"/>
        </w:rPr>
        <w:t>His confidence quietly became part of my own.</w:t>
      </w:r>
    </w:p>
    <w:p>
      <w:pPr>
        <w:widowControl/>
      </w:pPr>
      <w:r>
        <w:rPr>
          <w:i w:val="0"/>
        </w:rPr>
        <w:t>Now I ask myself a different question.</w:t>
      </w:r>
    </w:p>
    <w:p>
      <w:pPr>
        <w:widowControl/>
      </w:pPr>
      <w:r>
        <w:rPr>
          <w:i w:val="0"/>
        </w:rPr>
        <w:t>Whose confidence am I quietly building today?</w:t>
      </w:r>
    </w:p>
    <w:p>
      <w:pPr>
        <w:widowControl/>
      </w:pPr>
      <w:r>
        <w:rPr>
          <w:i w:val="0"/>
        </w:rPr>
        <w:t>Because one encouraging conversation, one thoughtful question, or one sentence spoken at exactly the right moment may become someone else's compass years from now.</w:t>
      </w:r>
    </w:p>
    <w:p>
      <w:pPr>
        <w:widowControl/>
      </w:pPr>
      <w:r>
        <w:rPr>
          <w:i w:val="0"/>
        </w:rPr>
        <w:t>We rarely know when we are planting legacy.</w:t>
      </w:r>
    </w:p>
    <w:p>
      <w:pPr>
        <w:widowControl/>
      </w:pPr>
      <w:r>
        <w:rPr>
          <w:i w:val="0"/>
        </w:rPr>
        <w:t>That is why every conversation matters.</w:t>
      </w:r>
    </w:p>
    <w:p>
      <w:pPr>
        <w:widowControl/>
      </w:pPr>
      <w:r>
        <w:rPr>
          <w:i w:val="0"/>
        </w:rPr>
        <w:t>Moving toward hope is not always dramatic.</w:t>
      </w:r>
    </w:p>
    <w:p>
      <w:pPr>
        <w:widowControl/>
      </w:pPr>
      <w:r>
        <w:rPr>
          <w:i w:val="0"/>
        </w:rPr>
        <w:t>Sometimes it is one person helping another see north.</w:t>
      </w:r>
    </w:p>
    <w:p>
      <w:pPr>
        <w:pStyle w:val="Heading1"/>
        <w:keepNext/>
      </w:pPr>
      <w:r>
        <w:t>Brewmaster Journal</w:t>
      </w:r>
    </w:p>
    <w:p>
      <w:pPr>
        <w:widowControl/>
      </w:pPr>
      <w:r>
        <w:rPr>
          <w:i w:val="0"/>
        </w:rPr>
        <w:t>What are you moving toward right now?</w:t>
      </w:r>
    </w:p>
    <w:p>
      <w:pPr>
        <w:widowControl/>
      </w:pPr>
      <w:r>
        <w:rPr>
          <w:i w:val="0"/>
        </w:rPr>
        <w:t>What values define north for you?</w:t>
      </w:r>
    </w:p>
    <w:p>
      <w:pPr>
        <w:widowControl/>
      </w:pPr>
      <w:r>
        <w:rPr>
          <w:i w:val="0"/>
        </w:rPr>
        <w:t>Where are you busy without feeling purposeful?</w:t>
      </w:r>
    </w:p>
    <w:p>
      <w:pPr>
        <w:widowControl/>
      </w:pPr>
      <w:r>
        <w:rPr>
          <w:i w:val="0"/>
        </w:rPr>
        <w:t>Who helped you ask better questions?</w:t>
      </w:r>
    </w:p>
    <w:p>
      <w:pPr>
        <w:widowControl/>
      </w:pPr>
      <w:r>
        <w:rPr>
          <w:i w:val="0"/>
        </w:rPr>
        <w:t>Whose confidence are you building?</w:t>
      </w:r>
    </w:p>
    <w:p>
      <w:pPr>
        <w:widowControl/>
      </w:pPr>
      <w:r>
        <w:rPr>
          <w:i w:val="0"/>
        </w:rPr>
        <w:t>What one decision today moves you toward the person you hope to become?</w:t>
      </w:r>
    </w:p>
    <w:p>
      <w:pPr>
        <w:pStyle w:val="Heading1"/>
        <w:keepNext/>
      </w:pPr>
      <w:r>
        <w:t>Try This Today</w:t>
      </w:r>
    </w:p>
    <w:p>
      <w:pPr>
        <w:widowControl/>
      </w:pPr>
      <w:r>
        <w:rPr>
          <w:i w:val="0"/>
        </w:rPr>
        <w:t>Take out a sheet of paper.</w:t>
      </w:r>
    </w:p>
    <w:p>
      <w:pPr>
        <w:widowControl/>
      </w:pPr>
      <w:r>
        <w:rPr>
          <w:i w:val="0"/>
        </w:rPr>
        <w:t>Across the top, write: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kind of person am I becoming?</w:t>
      </w:r>
    </w:p>
    <w:p>
      <w:pPr>
        <w:widowControl/>
      </w:pPr>
      <w:r>
        <w:rPr>
          <w:i w:val="0"/>
        </w:rPr>
        <w:t>Answer honestly.</w:t>
      </w:r>
    </w:p>
    <w:p>
      <w:pPr>
        <w:widowControl/>
      </w:pPr>
      <w:r>
        <w:rPr>
          <w:i w:val="0"/>
        </w:rPr>
        <w:t>Not with achievements.</w:t>
      </w:r>
    </w:p>
    <w:p>
      <w:pPr>
        <w:widowControl/>
      </w:pPr>
      <w:r>
        <w:rPr>
          <w:i w:val="0"/>
        </w:rPr>
        <w:t>Not with titles.</w:t>
      </w:r>
    </w:p>
    <w:p>
      <w:pPr>
        <w:widowControl/>
      </w:pPr>
      <w:r>
        <w:rPr>
          <w:i w:val="0"/>
        </w:rPr>
        <w:t>Not with possessions.</w:t>
      </w:r>
    </w:p>
    <w:p>
      <w:pPr>
        <w:widowControl/>
      </w:pPr>
      <w:r>
        <w:rPr>
          <w:i w:val="0"/>
        </w:rPr>
        <w:t>Describe the qualities you hope define your life.</w:t>
      </w:r>
    </w:p>
    <w:p>
      <w:pPr>
        <w:widowControl/>
      </w:pPr>
      <w:r>
        <w:rPr>
          <w:i w:val="0"/>
        </w:rPr>
        <w:t>Then ask: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one decision today moves me closer to becoming that person?</w:t>
      </w:r>
    </w:p>
    <w:p>
      <w:pPr>
        <w:widowControl/>
      </w:pPr>
      <w:r>
        <w:rPr>
          <w:i w:val="0"/>
        </w:rPr>
        <w:t>Draw your map.</w:t>
      </w:r>
    </w:p>
    <w:p>
      <w:pPr>
        <w:widowControl/>
      </w:pPr>
      <w:r>
        <w:rPr>
          <w:i w:val="0"/>
        </w:rPr>
        <w:t>Choose your north.</w:t>
      </w:r>
    </w:p>
    <w:p>
      <w:pPr>
        <w:widowControl/>
      </w:pPr>
      <w:r>
        <w:rPr>
          <w:i w:val="0"/>
        </w:rPr>
        <w:t>Then begin walking.</w:t>
      </w:r>
    </w:p>
    <w:p>
      <w:r>
        <w:br w:type="page"/>
      </w:r>
    </w:p>
    <w:p>
      <w:pPr>
        <w:pStyle w:val="Heading1"/>
        <w:keepNext/>
      </w:pPr>
      <w:r>
        <w:t>A Letter Before You Leave</w:t>
      </w:r>
    </w:p>
    <w:p>
      <w:pPr>
        <w:widowControl/>
      </w:pPr>
      <w:r>
        <w:rPr>
          <w:i/>
        </w:rPr>
        <w:t>Dear Friend,</w:t>
      </w:r>
    </w:p>
    <w:p>
      <w:pPr>
        <w:widowControl/>
      </w:pPr>
      <w:r>
        <w:rPr>
          <w:i w:val="0"/>
        </w:rPr>
        <w:t>Perhaps someone once believed in you before you believed in yourself.</w:t>
      </w:r>
    </w:p>
    <w:p>
      <w:pPr>
        <w:widowControl/>
      </w:pPr>
      <w:r>
        <w:rPr>
          <w:i w:val="0"/>
        </w:rPr>
        <w:t>If so, take a moment today to be grateful.</w:t>
      </w:r>
    </w:p>
    <w:p>
      <w:pPr>
        <w:widowControl/>
      </w:pPr>
      <w:r>
        <w:rPr>
          <w:i w:val="0"/>
        </w:rPr>
        <w:t>Then become that person for someone else.</w:t>
      </w:r>
    </w:p>
    <w:p>
      <w:pPr>
        <w:widowControl/>
      </w:pPr>
      <w:r>
        <w:rPr>
          <w:i w:val="0"/>
        </w:rPr>
        <w:t>You do not have to possess extraordinary wisdom.</w:t>
      </w:r>
    </w:p>
    <w:p>
      <w:pPr>
        <w:widowControl/>
      </w:pPr>
      <w:r>
        <w:rPr>
          <w:i w:val="0"/>
        </w:rPr>
        <w:t>You simply have to care enough to share what life has taught you.</w:t>
      </w:r>
    </w:p>
    <w:p>
      <w:pPr>
        <w:widowControl/>
      </w:pPr>
      <w:r>
        <w:rPr>
          <w:i w:val="0"/>
        </w:rPr>
        <w:t>Maps are drawn one line at a time.</w:t>
      </w:r>
    </w:p>
    <w:p>
      <w:pPr>
        <w:widowControl/>
      </w:pPr>
      <w:r>
        <w:rPr>
          <w:i w:val="0"/>
        </w:rPr>
        <w:t>Legacies are built one conversation at a time.</w:t>
      </w:r>
    </w:p>
    <w:p>
      <w:pPr>
        <w:widowControl/>
      </w:pPr>
      <w:r>
        <w:rPr>
          <w:i w:val="0"/>
        </w:rPr>
        <w:t>And hope is approached one meaningful step at a time.</w:t>
      </w:r>
    </w:p>
    <w:p>
      <w:pPr>
        <w:widowControl/>
      </w:pPr>
      <w:r>
        <w:rPr>
          <w:i w:val="0"/>
        </w:rPr>
        <w:t>Thank you, Dave.</w:t>
      </w:r>
    </w:p>
    <w:p>
      <w:pPr>
        <w:widowControl/>
      </w:pPr>
      <w:r>
        <w:rPr>
          <w:i w:val="0"/>
        </w:rPr>
        <w:t>You probably never imagined that one sentence would someday become part of an Estate dedicated to helping others find hope.</w:t>
      </w:r>
    </w:p>
    <w:p>
      <w:pPr>
        <w:widowControl/>
      </w:pPr>
      <w:r>
        <w:rPr>
          <w:i w:val="0"/>
        </w:rPr>
        <w:t>But it did.</w:t>
      </w:r>
    </w:p>
    <w:p>
      <w:pPr>
        <w:widowControl/>
      </w:pPr>
      <w:r>
        <w:rPr>
          <w:i w:val="0"/>
        </w:rPr>
        <w:t>And because it did, countless people may someday discover their own road a little more clearly.</w:t>
      </w:r>
    </w:p>
    <w:p>
      <w:pPr>
        <w:widowControl/>
      </w:pPr>
      <w:r>
        <w:rPr>
          <w:i w:val="0"/>
        </w:rPr>
        <w:t>That is a remarkable legacy.</w:t>
      </w:r>
    </w:p>
    <w:p>
      <w:pPr>
        <w:widowControl/>
      </w:pPr>
      <w:r>
        <w:rPr>
          <w:i w:val="0"/>
        </w:rPr>
        <w:t>Friend, you do not need the entire road today.</w:t>
      </w:r>
    </w:p>
    <w:p>
      <w:pPr>
        <w:widowControl/>
      </w:pPr>
      <w:r>
        <w:rPr>
          <w:i w:val="0"/>
        </w:rPr>
        <w:t>You need a direction worthy of your next step.</w:t>
      </w:r>
    </w:p>
    <w:p>
      <w:pPr>
        <w:widowControl/>
      </w:pPr>
      <w:r>
        <w:rPr>
          <w:i w:val="0"/>
        </w:rPr>
        <w:t>Choose hope as your north.</w:t>
      </w:r>
    </w:p>
    <w:p>
      <w:pPr>
        <w:widowControl/>
      </w:pPr>
      <w:r>
        <w:rPr>
          <w:i w:val="0"/>
        </w:rPr>
        <w:t>Then move.</w:t>
      </w:r>
    </w:p>
    <w:p>
      <w:pPr>
        <w:widowControl/>
      </w:pPr>
      <w:r>
        <w:rPr>
          <w:i w:val="0"/>
        </w:rPr>
        <w:t>Keep walking.</w:t>
      </w:r>
    </w:p>
    <w:p>
      <w:pPr>
        <w:widowControl/>
      </w:pPr>
      <w:r>
        <w:rPr>
          <w:i w:val="0"/>
        </w:rPr>
        <w:t>Keep mentoring.</w:t>
      </w:r>
    </w:p>
    <w:p>
      <w:pPr>
        <w:widowControl/>
      </w:pPr>
      <w:r>
        <w:rPr>
          <w:i w:val="0"/>
        </w:rPr>
        <w:t>Keep brewing.</w:t>
      </w:r>
    </w:p>
    <w:p>
      <w:pPr>
        <w:widowControl/>
      </w:pPr>
      <w:r>
        <w:rPr>
          <w:i/>
        </w:rPr>
        <w:t>— The Brewmaster</w:t>
      </w:r>
    </w:p>
    <w:p>
      <w:pPr>
        <w:pStyle w:val="Heading1"/>
        <w:keepNext/>
      </w:pPr>
      <w:r>
        <w:t>Estate Archive</w:t>
      </w:r>
    </w:p>
    <w:p>
      <w:pPr>
        <w:widowControl/>
      </w:pPr>
      <w:r>
        <w:rPr>
          <w:i w:val="0"/>
        </w:rPr>
        <w:t>Estate Story ID: ES-002</w:t>
      </w:r>
    </w:p>
    <w:p>
      <w:pPr>
        <w:widowControl/>
      </w:pPr>
      <w:r>
        <w:rPr>
          <w:i w:val="0"/>
        </w:rPr>
        <w:t>Title: Moving Toward Hope</w:t>
      </w:r>
    </w:p>
    <w:p>
      <w:pPr>
        <w:widowControl/>
      </w:pPr>
      <w:r>
        <w:rPr>
          <w:i w:val="0"/>
        </w:rPr>
        <w:t>Subtitle: Old Man Winter's Map and the Wisdom That Taught Me Direction Matters More Than Motion</w:t>
      </w:r>
    </w:p>
    <w:p>
      <w:pPr>
        <w:widowControl/>
      </w:pPr>
      <w:r>
        <w:rPr>
          <w:i w:val="0"/>
        </w:rPr>
        <w:t>Collection: CHIA•TEA Estate Stories — Collection 001</w:t>
      </w:r>
    </w:p>
    <w:p>
      <w:pPr>
        <w:widowControl/>
      </w:pPr>
      <w:r>
        <w:rPr>
          <w:i w:val="0"/>
        </w:rPr>
        <w:t>Edition: Reauthored Master Edition</w:t>
      </w:r>
    </w:p>
    <w:p>
      <w:pPr>
        <w:widowControl/>
      </w:pPr>
      <w:r>
        <w:rPr>
          <w:i w:val="0"/>
        </w:rPr>
        <w:t>Status: Ready for Author Review</w:t>
      </w:r>
    </w:p>
    <w:p>
      <w:pPr>
        <w:widowControl/>
      </w:pPr>
      <w:r>
        <w:rPr>
          <w:i w:val="0"/>
        </w:rPr>
        <w:t>Original Source: ES-002 Old Man Winter's Map — Master Manuscript</w:t>
      </w:r>
    </w:p>
    <w:p>
      <w:pPr>
        <w:widowControl/>
      </w:pPr>
      <w:r>
        <w:rPr>
          <w:i w:val="0"/>
        </w:rPr>
        <w:t>Core Themes: Mentorship, direction, purpose, legacy, navigation, hope, and meaningful progress</w:t>
      </w:r>
    </w:p>
    <w:p>
      <w:pPr>
        <w:widowControl/>
      </w:pPr>
      <w:r>
        <w:rPr>
          <w:i w:val="0"/>
        </w:rPr>
        <w:t>Referenced By: Estate Companion — Sections 1 and 2; Brewmaster Guide; CHIA•TEA Operating System; Estate Leadership Series; Visual Framework: Map Before the Road; Tea Leaves Collection; Drops of Hope Collection; Episode Series: Origins of the Estate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A53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2A53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