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Georgia" w:hAnsi="Georgia"/>
          <w:b/>
          <w:color w:val="2A5356"/>
          <w:sz w:val="56"/>
        </w:rPr>
        <w:t>ES-006 — Worry Just in Time</w:t>
      </w:r>
    </w:p>
    <w:p>
      <w:pPr>
        <w:jc w:val="center"/>
      </w:pPr>
      <w:r>
        <w:rPr>
          <w:rFonts w:ascii="Georgia" w:hAnsi="Georgia"/>
          <w:i/>
          <w:color w:val="5A5A5A"/>
          <w:sz w:val="26"/>
        </w:rPr>
        <w:t>Imagined Storms, One Faithful Step, and the Freedom of Meeting Tomorrow Only When It Arrives</w:t>
      </w:r>
    </w:p>
    <w:p>
      <w:pPr>
        <w:widowControl/>
        <w:jc w:val="center"/>
      </w:pPr>
      <w:r>
        <w:rPr>
          <w:i/>
        </w:rPr>
        <w:t>A CHIA•TEA Estate Story</w:t>
      </w:r>
    </w:p>
    <w:p>
      <w:pPr>
        <w:widowControl/>
        <w:jc w:val="center"/>
      </w:pPr>
      <w:r>
        <w:rPr>
          <w:i/>
        </w:rPr>
        <w:t>Collection 001 • Reauthored Master Edition</w:t>
      </w:r>
    </w:p>
    <w:p>
      <w:r>
        <w:br w:type="page"/>
      </w:r>
    </w:p>
    <w:p>
      <w:pPr>
        <w:pStyle w:val="Heading1"/>
        <w:keepNext/>
      </w:pPr>
      <w:r>
        <w:t>Welcome Home</w:t>
      </w:r>
    </w:p>
    <w:p>
      <w:pPr>
        <w:widowControl/>
      </w:pPr>
      <w:r>
        <w:rPr>
          <w:i w:val="0"/>
        </w:rPr>
        <w:t>Welcome home.</w:t>
      </w:r>
    </w:p>
    <w:p>
      <w:pPr>
        <w:widowControl/>
      </w:pPr>
      <w:r>
        <w:rPr>
          <w:i w:val="0"/>
        </w:rPr>
        <w:t>Leave tomorrow at the door for a moment.</w:t>
      </w:r>
    </w:p>
    <w:p>
      <w:pPr>
        <w:widowControl/>
      </w:pPr>
      <w:r>
        <w:rPr>
          <w:i w:val="0"/>
        </w:rPr>
        <w:t>It will still be there when tomorrow becomes today.</w:t>
      </w:r>
    </w:p>
    <w:p>
      <w:pPr>
        <w:widowControl/>
      </w:pPr>
      <w:r>
        <w:rPr>
          <w:i w:val="0"/>
        </w:rPr>
        <w:t>Some of us spend so much time preparing for what might happen that we miss the life already happening in front of us.</w:t>
      </w:r>
    </w:p>
    <w:p>
      <w:pPr>
        <w:widowControl/>
      </w:pPr>
      <w:r>
        <w:rPr>
          <w:i w:val="0"/>
        </w:rPr>
        <w:t>We solve conversations that have not occurred.</w:t>
      </w:r>
    </w:p>
    <w:p>
      <w:pPr>
        <w:widowControl/>
      </w:pPr>
      <w:r>
        <w:rPr>
          <w:i w:val="0"/>
        </w:rPr>
        <w:t>We rehearse losses that have not arrived.</w:t>
      </w:r>
    </w:p>
    <w:p>
      <w:pPr>
        <w:widowControl/>
      </w:pPr>
      <w:r>
        <w:rPr>
          <w:i w:val="0"/>
        </w:rPr>
        <w:t>We carry consequences for decisions no one has made.</w:t>
      </w:r>
    </w:p>
    <w:p>
      <w:pPr>
        <w:widowControl/>
      </w:pPr>
      <w:r>
        <w:rPr>
          <w:i w:val="0"/>
        </w:rPr>
        <w:t>The body sits in today.</w:t>
      </w:r>
    </w:p>
    <w:p>
      <w:pPr>
        <w:widowControl/>
      </w:pPr>
      <w:r>
        <w:rPr>
          <w:i w:val="0"/>
        </w:rPr>
        <w:t>The mind moves six months ahead.</w:t>
      </w:r>
    </w:p>
    <w:p>
      <w:pPr>
        <w:widowControl/>
      </w:pPr>
      <w:r>
        <w:rPr>
          <w:i w:val="0"/>
        </w:rPr>
        <w:t>This story is about bringing the two back together.</w:t>
      </w:r>
    </w:p>
    <w:p>
      <w:pPr>
        <w:widowControl/>
      </w:pPr>
      <w:r>
        <w:rPr>
          <w:i w:val="0"/>
        </w:rPr>
        <w:t>Not by pretending the future does not matter.</w:t>
      </w:r>
    </w:p>
    <w:p>
      <w:pPr>
        <w:widowControl/>
      </w:pPr>
      <w:r>
        <w:rPr>
          <w:i w:val="0"/>
        </w:rPr>
        <w:t>By refusing to pay its emotional cost before the bill is due.</w:t>
      </w:r>
    </w:p>
    <w:p>
      <w:pPr>
        <w:widowControl/>
      </w:pPr>
      <w:r>
        <w:rPr>
          <w:i w:val="0"/>
        </w:rPr>
        <w:t>Worry Just in Time is the practice of meeting the real problem when it arrives and allowing today's strength to remain available for today's life.</w:t>
      </w:r>
    </w:p>
    <w:p>
      <w:pPr>
        <w:pStyle w:val="Heading1"/>
        <w:keepNext/>
      </w:pPr>
      <w:r>
        <w:t>Why This Story Matters</w:t>
      </w:r>
    </w:p>
    <w:p>
      <w:pPr>
        <w:widowControl/>
      </w:pPr>
      <w:r>
        <w:rPr>
          <w:i w:val="0"/>
        </w:rPr>
        <w:t>The original One Pebble manuscript taught an essential truth: large problems become more workable when we change the unit of action.</w:t>
      </w:r>
    </w:p>
    <w:p>
      <w:pPr>
        <w:widowControl/>
      </w:pPr>
      <w:r>
        <w:rPr>
          <w:i w:val="0"/>
        </w:rPr>
        <w:t>The new title, Worry Just in Time, asks us to change the unit of time as well.</w:t>
      </w:r>
    </w:p>
    <w:p>
      <w:pPr>
        <w:widowControl/>
      </w:pPr>
      <w:r>
        <w:rPr>
          <w:i w:val="0"/>
        </w:rPr>
        <w:t>The mountain can be real.</w:t>
      </w:r>
    </w:p>
    <w:p>
      <w:pPr>
        <w:widowControl/>
      </w:pPr>
      <w:r>
        <w:rPr>
          <w:i w:val="0"/>
        </w:rPr>
        <w:t>The future can be uncertain.</w:t>
      </w:r>
    </w:p>
    <w:p>
      <w:pPr>
        <w:widowControl/>
      </w:pPr>
      <w:r>
        <w:rPr>
          <w:i w:val="0"/>
        </w:rPr>
        <w:t>But we do not have to carry every possible version of that future today.</w:t>
      </w:r>
    </w:p>
    <w:p>
      <w:pPr>
        <w:widowControl/>
      </w:pPr>
      <w:r>
        <w:rPr>
          <w:i w:val="0"/>
        </w:rPr>
        <w:t>Worry often disguises itself as preparation.</w:t>
      </w:r>
    </w:p>
    <w:p>
      <w:pPr>
        <w:widowControl/>
      </w:pPr>
      <w:r>
        <w:rPr>
          <w:i w:val="0"/>
        </w:rPr>
        <w:t>It tells us that rehearsing pain will make pain easier.</w:t>
      </w:r>
    </w:p>
    <w:p>
      <w:pPr>
        <w:widowControl/>
      </w:pPr>
      <w:r>
        <w:rPr>
          <w:i w:val="0"/>
        </w:rPr>
        <w:t>It convinces us that thinking about every possible outcome is the same thing as becoming ready.</w:t>
      </w:r>
    </w:p>
    <w:p>
      <w:pPr>
        <w:widowControl/>
      </w:pPr>
      <w:r>
        <w:rPr>
          <w:i w:val="0"/>
        </w:rPr>
        <w:t>Usually it is not.</w:t>
      </w:r>
    </w:p>
    <w:p>
      <w:pPr>
        <w:widowControl/>
      </w:pPr>
      <w:r>
        <w:rPr>
          <w:i w:val="0"/>
        </w:rPr>
        <w:t>Usually it is exhaustion without evidence.</w:t>
      </w:r>
    </w:p>
    <w:p>
      <w:pPr>
        <w:widowControl/>
      </w:pPr>
      <w:r>
        <w:rPr>
          <w:i w:val="0"/>
        </w:rPr>
        <w:t>This story belongs in the Estate because hope requires attention to the moment where action is actually possible.</w:t>
      </w:r>
    </w:p>
    <w:p>
      <w:pPr>
        <w:widowControl/>
      </w:pPr>
      <w:r>
        <w:rPr>
          <w:i w:val="0"/>
        </w:rPr>
        <w:t>Not all of tomorrow.</w:t>
      </w:r>
    </w:p>
    <w:p>
      <w:pPr>
        <w:widowControl/>
      </w:pPr>
      <w:r>
        <w:rPr>
          <w:i w:val="0"/>
        </w:rPr>
        <w:t>This hour.</w:t>
      </w:r>
    </w:p>
    <w:p>
      <w:pPr>
        <w:widowControl/>
      </w:pPr>
      <w:r>
        <w:rPr>
          <w:i w:val="0"/>
        </w:rPr>
        <w:t>This call.</w:t>
      </w:r>
    </w:p>
    <w:p>
      <w:pPr>
        <w:widowControl/>
      </w:pPr>
      <w:r>
        <w:rPr>
          <w:i w:val="0"/>
        </w:rPr>
        <w:t>This page.</w:t>
      </w:r>
    </w:p>
    <w:p>
      <w:pPr>
        <w:widowControl/>
      </w:pPr>
      <w:r>
        <w:rPr>
          <w:i w:val="0"/>
        </w:rPr>
        <w:t>This pebble.</w:t>
      </w:r>
    </w:p>
    <w:p>
      <w:pPr>
        <w:widowControl/>
      </w:pPr>
      <w:r>
        <w:rPr>
          <w:i w:val="0"/>
        </w:rPr>
        <w:t>Worry Just in Time does not deny the mountain.</w:t>
      </w:r>
    </w:p>
    <w:p>
      <w:pPr>
        <w:widowControl/>
      </w:pPr>
      <w:r>
        <w:rPr>
          <w:i w:val="0"/>
        </w:rPr>
        <w:t>It refuses to climb imaginary mountains while today's path waits beneath our feet.</w:t>
      </w:r>
    </w:p>
    <w:p>
      <w:pPr>
        <w:pStyle w:val="Heading1"/>
        <w:keepNext/>
      </w:pPr>
      <w:r>
        <w:t>Chapter One — The Future We Keep Living Early</w:t>
      </w:r>
    </w:p>
    <w:p>
      <w:pPr>
        <w:widowControl/>
      </w:pPr>
      <w:r>
        <w:rPr>
          <w:i w:val="0"/>
        </w:rPr>
        <w:t>There were seasons when I could turn one unanswered question into an entire disaster before breakfast.</w:t>
      </w:r>
    </w:p>
    <w:p>
      <w:pPr>
        <w:widowControl/>
      </w:pPr>
      <w:r>
        <w:rPr>
          <w:i w:val="0"/>
        </w:rPr>
        <w:t>A late payment became financial ruin.</w:t>
      </w:r>
    </w:p>
    <w:p>
      <w:pPr>
        <w:widowControl/>
      </w:pPr>
      <w:r>
        <w:rPr>
          <w:i w:val="0"/>
        </w:rPr>
        <w:t>A difficult conversation became the end of a relationship.</w:t>
      </w:r>
    </w:p>
    <w:p>
      <w:pPr>
        <w:widowControl/>
      </w:pPr>
      <w:r>
        <w:rPr>
          <w:i w:val="0"/>
        </w:rPr>
        <w:t>A medical test became the worst diagnosis.</w:t>
      </w:r>
    </w:p>
    <w:p>
      <w:pPr>
        <w:widowControl/>
      </w:pPr>
      <w:r>
        <w:rPr>
          <w:i w:val="0"/>
        </w:rPr>
        <w:t>A delayed response became rejection.</w:t>
      </w:r>
    </w:p>
    <w:p>
      <w:pPr>
        <w:widowControl/>
      </w:pPr>
      <w:r>
        <w:rPr>
          <w:i w:val="0"/>
        </w:rPr>
        <w:t>Nothing had happened yet.</w:t>
      </w:r>
    </w:p>
    <w:p>
      <w:pPr>
        <w:widowControl/>
      </w:pPr>
      <w:r>
        <w:rPr>
          <w:i w:val="0"/>
        </w:rPr>
        <w:t>My nervous system had already lived through all of it.</w:t>
      </w:r>
    </w:p>
    <w:p>
      <w:pPr>
        <w:widowControl/>
      </w:pPr>
      <w:r>
        <w:rPr>
          <w:i w:val="0"/>
        </w:rPr>
        <w:t>That is one of the hidden costs of worry.</w:t>
      </w:r>
    </w:p>
    <w:p>
      <w:pPr>
        <w:widowControl/>
      </w:pPr>
      <w:r>
        <w:rPr>
          <w:i w:val="0"/>
        </w:rPr>
        <w:t>The event may never occur.</w:t>
      </w:r>
    </w:p>
    <w:p>
      <w:pPr>
        <w:widowControl/>
      </w:pPr>
      <w:r>
        <w:rPr>
          <w:i w:val="0"/>
        </w:rPr>
        <w:t>The body still pays.</w:t>
      </w:r>
    </w:p>
    <w:p>
      <w:pPr>
        <w:widowControl/>
      </w:pPr>
      <w:r>
        <w:rPr>
          <w:i w:val="0"/>
        </w:rPr>
        <w:t>The mind often believes it is being responsible when it searches for every danger.</w:t>
      </w:r>
    </w:p>
    <w:p>
      <w:pPr>
        <w:widowControl/>
      </w:pPr>
      <w:r>
        <w:rPr>
          <w:i w:val="0"/>
        </w:rPr>
        <w:t>But responsibility and pre-suffering are not the same thing.</w:t>
      </w:r>
    </w:p>
    <w:p>
      <w:pPr>
        <w:widowControl/>
      </w:pPr>
      <w:r>
        <w:rPr>
          <w:i w:val="0"/>
        </w:rPr>
        <w:t>Preparation asks:</w:t>
      </w:r>
    </w:p>
    <w:p>
      <w:pPr>
        <w:spacing w:before="200" w:after="200"/>
        <w:ind w:left="936" w:right="936"/>
        <w:jc w:val="center"/>
      </w:pPr>
      <w:r>
        <w:rPr>
          <w:i/>
          <w:color w:val="3A4E50"/>
          <w:sz w:val="24"/>
        </w:rPr>
        <w:t>What can I do now?</w:t>
      </w:r>
    </w:p>
    <w:p>
      <w:pPr>
        <w:widowControl/>
      </w:pPr>
      <w:r>
        <w:rPr>
          <w:i w:val="0"/>
        </w:rPr>
        <w:t>Worry asks:</w:t>
      </w:r>
    </w:p>
    <w:p>
      <w:pPr>
        <w:spacing w:before="200" w:after="200"/>
        <w:ind w:left="936" w:right="936"/>
        <w:jc w:val="center"/>
      </w:pPr>
      <w:r>
        <w:rPr>
          <w:i/>
          <w:color w:val="3A4E50"/>
          <w:sz w:val="24"/>
        </w:rPr>
        <w:t>How many ways can this go wrong?</w:t>
      </w:r>
    </w:p>
    <w:p>
      <w:pPr>
        <w:widowControl/>
      </w:pPr>
      <w:r>
        <w:rPr>
          <w:i w:val="0"/>
        </w:rPr>
        <w:t>One produces action.</w:t>
      </w:r>
    </w:p>
    <w:p>
      <w:pPr>
        <w:widowControl/>
      </w:pPr>
      <w:r>
        <w:rPr>
          <w:i w:val="0"/>
        </w:rPr>
        <w:t>The other produces noise.</w:t>
      </w:r>
    </w:p>
    <w:p>
      <w:pPr>
        <w:widowControl/>
      </w:pPr>
      <w:r>
        <w:rPr>
          <w:i w:val="0"/>
        </w:rPr>
        <w:t>I began noticing how often I was exhausting myself with problems that did not yet exist.</w:t>
      </w:r>
    </w:p>
    <w:p>
      <w:pPr>
        <w:widowControl/>
      </w:pPr>
      <w:r>
        <w:rPr>
          <w:i w:val="0"/>
        </w:rPr>
        <w:t>Then, when a real problem arrived, I had less energy left to meet it.</w:t>
      </w:r>
    </w:p>
    <w:p>
      <w:pPr>
        <w:pStyle w:val="Heading1"/>
        <w:keepNext/>
      </w:pPr>
      <w:r>
        <w:t>Chapter Two — The Mountain and the Clock</w:t>
      </w:r>
    </w:p>
    <w:p>
      <w:pPr>
        <w:widowControl/>
      </w:pPr>
      <w:r>
        <w:rPr>
          <w:i w:val="0"/>
        </w:rPr>
        <w:t>A mountain is difficult enough when it is standing in front of us.</w:t>
      </w:r>
    </w:p>
    <w:p>
      <w:pPr>
        <w:widowControl/>
      </w:pPr>
      <w:r>
        <w:rPr>
          <w:i w:val="0"/>
        </w:rPr>
        <w:t>Worry makes it heavier by dragging future mountains into the same room.</w:t>
      </w:r>
    </w:p>
    <w:p>
      <w:pPr>
        <w:widowControl/>
      </w:pPr>
      <w:r>
        <w:rPr>
          <w:i w:val="0"/>
        </w:rPr>
        <w:t>Bills.</w:t>
      </w:r>
    </w:p>
    <w:p>
      <w:pPr>
        <w:widowControl/>
      </w:pPr>
      <w:r>
        <w:rPr>
          <w:i w:val="0"/>
        </w:rPr>
        <w:t>Health concerns.</w:t>
      </w:r>
    </w:p>
    <w:p>
      <w:pPr>
        <w:widowControl/>
      </w:pPr>
      <w:r>
        <w:rPr>
          <w:i w:val="0"/>
        </w:rPr>
        <w:t>Family responsibilities.</w:t>
      </w:r>
    </w:p>
    <w:p>
      <w:pPr>
        <w:widowControl/>
      </w:pPr>
      <w:r>
        <w:rPr>
          <w:i w:val="0"/>
        </w:rPr>
        <w:t>Grief.</w:t>
      </w:r>
    </w:p>
    <w:p>
      <w:pPr>
        <w:widowControl/>
      </w:pPr>
      <w:r>
        <w:rPr>
          <w:i w:val="0"/>
        </w:rPr>
        <w:t>Fear.</w:t>
      </w:r>
    </w:p>
    <w:p>
      <w:pPr>
        <w:widowControl/>
      </w:pPr>
      <w:r>
        <w:rPr>
          <w:i w:val="0"/>
        </w:rPr>
        <w:t>Unfinished work.</w:t>
      </w:r>
    </w:p>
    <w:p>
      <w:pPr>
        <w:widowControl/>
      </w:pPr>
      <w:r>
        <w:rPr>
          <w:i w:val="0"/>
        </w:rPr>
        <w:t>Decisions delayed so long they begin to feel permanent.</w:t>
      </w:r>
    </w:p>
    <w:p>
      <w:pPr>
        <w:widowControl/>
      </w:pPr>
      <w:r>
        <w:rPr>
          <w:i w:val="0"/>
        </w:rPr>
        <w:t>When many burdens gather, the mind treats them as one impossible object.</w:t>
      </w:r>
    </w:p>
    <w:p>
      <w:pPr>
        <w:widowControl/>
      </w:pPr>
      <w:r>
        <w:rPr>
          <w:i w:val="0"/>
        </w:rPr>
        <w:t>Everything becomes the mountain.</w:t>
      </w:r>
    </w:p>
    <w:p>
      <w:pPr>
        <w:widowControl/>
      </w:pPr>
      <w:r>
        <w:rPr>
          <w:i w:val="0"/>
        </w:rPr>
        <w:t>Then the mind adds time.</w:t>
      </w:r>
    </w:p>
    <w:p>
      <w:pPr>
        <w:widowControl/>
      </w:pPr>
      <w:r>
        <w:rPr>
          <w:i w:val="0"/>
        </w:rPr>
        <w:t>What if this is still happening next month?</w:t>
      </w:r>
    </w:p>
    <w:p>
      <w:pPr>
        <w:widowControl/>
      </w:pPr>
      <w:r>
        <w:rPr>
          <w:i w:val="0"/>
        </w:rPr>
        <w:t>What if it becomes worse next year?</w:t>
      </w:r>
    </w:p>
    <w:p>
      <w:pPr>
        <w:widowControl/>
      </w:pPr>
      <w:r>
        <w:rPr>
          <w:i w:val="0"/>
        </w:rPr>
        <w:t>What if I never recover?</w:t>
      </w:r>
    </w:p>
    <w:p>
      <w:pPr>
        <w:widowControl/>
      </w:pPr>
      <w:r>
        <w:rPr>
          <w:i w:val="0"/>
        </w:rPr>
        <w:t>The problem is no longer only large.</w:t>
      </w:r>
    </w:p>
    <w:p>
      <w:pPr>
        <w:widowControl/>
      </w:pPr>
      <w:r>
        <w:rPr>
          <w:i w:val="0"/>
        </w:rPr>
        <w:t>It becomes endless.</w:t>
      </w:r>
    </w:p>
    <w:p>
      <w:pPr>
        <w:widowControl/>
      </w:pPr>
      <w:r>
        <w:rPr>
          <w:i w:val="0"/>
        </w:rPr>
        <w:t>That is when hope feels least available.</w:t>
      </w:r>
    </w:p>
    <w:p>
      <w:pPr>
        <w:widowControl/>
      </w:pPr>
      <w:r>
        <w:rPr>
          <w:i w:val="0"/>
        </w:rPr>
        <w:t>Not because no action exists.</w:t>
      </w:r>
    </w:p>
    <w:p>
      <w:pPr>
        <w:widowControl/>
      </w:pPr>
      <w:r>
        <w:rPr>
          <w:i w:val="0"/>
        </w:rPr>
        <w:t>Because the action is buried beneath imagined time.</w:t>
      </w:r>
    </w:p>
    <w:p>
      <w:pPr>
        <w:widowControl/>
      </w:pPr>
      <w:r>
        <w:rPr>
          <w:i w:val="0"/>
        </w:rPr>
        <w:t>I learned to ask a different question:</w:t>
      </w:r>
    </w:p>
    <w:p>
      <w:pPr>
        <w:spacing w:before="200" w:after="200"/>
        <w:ind w:left="936" w:right="936"/>
        <w:jc w:val="center"/>
      </w:pPr>
      <w:r>
        <w:rPr>
          <w:i/>
          <w:color w:val="3A4E50"/>
          <w:sz w:val="24"/>
        </w:rPr>
        <w:t>What is today's problem, and what belongs to another day?</w:t>
      </w:r>
    </w:p>
    <w:p>
      <w:pPr>
        <w:widowControl/>
      </w:pPr>
      <w:r>
        <w:rPr>
          <w:i w:val="0"/>
        </w:rPr>
        <w:t>That question did not erase uncertainty.</w:t>
      </w:r>
    </w:p>
    <w:p>
      <w:pPr>
        <w:widowControl/>
      </w:pPr>
      <w:r>
        <w:rPr>
          <w:i w:val="0"/>
        </w:rPr>
        <w:t>It restored proportion.</w:t>
      </w:r>
    </w:p>
    <w:p>
      <w:pPr>
        <w:pStyle w:val="Heading1"/>
        <w:keepNext/>
      </w:pPr>
      <w:r>
        <w:t>Chapter Three — The Agreement I Made With Myself</w:t>
      </w:r>
    </w:p>
    <w:p>
      <w:pPr>
        <w:widowControl/>
      </w:pPr>
      <w:r>
        <w:rPr>
          <w:i w:val="0"/>
        </w:rPr>
        <w:t>One ordinary afternoon, I caught myself worrying about something that had not happened.</w:t>
      </w:r>
    </w:p>
    <w:p>
      <w:pPr>
        <w:widowControl/>
      </w:pPr>
      <w:r>
        <w:rPr>
          <w:i w:val="0"/>
        </w:rPr>
        <w:t>Then I worried about what might happen if it did.</w:t>
      </w:r>
    </w:p>
    <w:p>
      <w:pPr>
        <w:widowControl/>
      </w:pPr>
      <w:r>
        <w:rPr>
          <w:i w:val="0"/>
        </w:rPr>
        <w:t>Then I worried about how I would respond to the consequences of that possibility.</w:t>
      </w:r>
    </w:p>
    <w:p>
      <w:pPr>
        <w:widowControl/>
      </w:pPr>
      <w:r>
        <w:rPr>
          <w:i w:val="0"/>
        </w:rPr>
        <w:t>I was three disasters deep into a future that did not exist.</w:t>
      </w:r>
    </w:p>
    <w:p>
      <w:pPr>
        <w:widowControl/>
      </w:pPr>
      <w:r>
        <w:rPr>
          <w:i w:val="0"/>
        </w:rPr>
        <w:t>That was when the phrase arrived:</w:t>
      </w:r>
    </w:p>
    <w:p>
      <w:pPr>
        <w:spacing w:before="200" w:after="200"/>
        <w:ind w:left="936" w:right="936"/>
        <w:jc w:val="center"/>
      </w:pPr>
      <w:r>
        <w:rPr>
          <w:i/>
          <w:color w:val="3A4E50"/>
          <w:sz w:val="24"/>
        </w:rPr>
        <w:t>Worry just in time.</w:t>
      </w:r>
    </w:p>
    <w:p>
      <w:pPr>
        <w:widowControl/>
      </w:pPr>
      <w:r>
        <w:rPr>
          <w:i w:val="0"/>
        </w:rPr>
        <w:t>Not six months early.</w:t>
      </w:r>
    </w:p>
    <w:p>
      <w:pPr>
        <w:widowControl/>
      </w:pPr>
      <w:r>
        <w:rPr>
          <w:i w:val="0"/>
        </w:rPr>
        <w:t>Not next Tuesday.</w:t>
      </w:r>
    </w:p>
    <w:p>
      <w:pPr>
        <w:widowControl/>
      </w:pPr>
      <w:r>
        <w:rPr>
          <w:i w:val="0"/>
        </w:rPr>
        <w:t>Not after inventing seventeen possible disasters.</w:t>
      </w:r>
    </w:p>
    <w:p>
      <w:pPr>
        <w:widowControl/>
      </w:pPr>
      <w:r>
        <w:rPr>
          <w:i w:val="0"/>
        </w:rPr>
        <w:t>When the actual problem arrives.</w:t>
      </w:r>
    </w:p>
    <w:p>
      <w:pPr>
        <w:widowControl/>
      </w:pPr>
      <w:r>
        <w:rPr>
          <w:i w:val="0"/>
        </w:rPr>
        <w:t>The agreement was not that I would never worry again.</w:t>
      </w:r>
    </w:p>
    <w:p>
      <w:pPr>
        <w:widowControl/>
      </w:pPr>
      <w:r>
        <w:rPr>
          <w:i w:val="0"/>
        </w:rPr>
        <w:t>It was that worry would have to show identification.</w:t>
      </w:r>
    </w:p>
    <w:p>
      <w:pPr>
        <w:widowControl/>
      </w:pPr>
      <w:r>
        <w:rPr>
          <w:i w:val="0"/>
        </w:rPr>
        <w:t>Is this happening now?</w:t>
      </w:r>
    </w:p>
    <w:p>
      <w:pPr>
        <w:widowControl/>
      </w:pPr>
      <w:r>
        <w:rPr>
          <w:i w:val="0"/>
        </w:rPr>
        <w:t>Is there something useful I can do now?</w:t>
      </w:r>
    </w:p>
    <w:p>
      <w:pPr>
        <w:widowControl/>
      </w:pPr>
      <w:r>
        <w:rPr>
          <w:i w:val="0"/>
        </w:rPr>
        <w:t>If not, the thought belonged to another day.</w:t>
      </w:r>
    </w:p>
    <w:p>
      <w:pPr>
        <w:widowControl/>
      </w:pPr>
      <w:r>
        <w:rPr>
          <w:i w:val="0"/>
        </w:rPr>
        <w:t>This practice felt almost rebellious at first.</w:t>
      </w:r>
    </w:p>
    <w:p>
      <w:pPr>
        <w:widowControl/>
      </w:pPr>
      <w:r>
        <w:rPr>
          <w:i w:val="0"/>
        </w:rPr>
        <w:t>Fear believes every possibility deserves immediate attention.</w:t>
      </w:r>
    </w:p>
    <w:p>
      <w:pPr>
        <w:widowControl/>
      </w:pPr>
      <w:r>
        <w:rPr>
          <w:i w:val="0"/>
        </w:rPr>
        <w:t>Peace is more selective.</w:t>
      </w:r>
    </w:p>
    <w:p>
      <w:pPr>
        <w:widowControl/>
      </w:pPr>
      <w:r>
        <w:rPr>
          <w:i w:val="0"/>
        </w:rPr>
        <w:t>Peace asks whether the door is actually knocking before opening it.</w:t>
      </w:r>
    </w:p>
    <w:p>
      <w:pPr>
        <w:pStyle w:val="Heading1"/>
        <w:keepNext/>
      </w:pPr>
      <w:r>
        <w:t>Chapter Four — One Pebble Returns</w:t>
      </w:r>
    </w:p>
    <w:p>
      <w:pPr>
        <w:widowControl/>
      </w:pPr>
      <w:r>
        <w:rPr>
          <w:i w:val="0"/>
        </w:rPr>
        <w:t>The One Pebble philosophy did not disappear when the title changed.</w:t>
      </w:r>
    </w:p>
    <w:p>
      <w:pPr>
        <w:widowControl/>
      </w:pPr>
      <w:r>
        <w:rPr>
          <w:i w:val="0"/>
        </w:rPr>
        <w:t>It became the method beneath Worry Just in Time.</w:t>
      </w:r>
    </w:p>
    <w:p>
      <w:pPr>
        <w:widowControl/>
      </w:pPr>
      <w:r>
        <w:rPr>
          <w:i w:val="0"/>
        </w:rPr>
        <w:t>When the future felt too large, I returned to the smallest faithful action.</w:t>
      </w:r>
    </w:p>
    <w:p>
      <w:pPr>
        <w:widowControl/>
      </w:pPr>
      <w:r>
        <w:rPr>
          <w:i w:val="0"/>
        </w:rPr>
        <w:t>One thought.</w:t>
      </w:r>
    </w:p>
    <w:p>
      <w:pPr>
        <w:widowControl/>
      </w:pPr>
      <w:r>
        <w:rPr>
          <w:i w:val="0"/>
        </w:rPr>
        <w:t>One call.</w:t>
      </w:r>
    </w:p>
    <w:p>
      <w:pPr>
        <w:widowControl/>
      </w:pPr>
      <w:r>
        <w:rPr>
          <w:i w:val="0"/>
        </w:rPr>
        <w:t>One page.</w:t>
      </w:r>
    </w:p>
    <w:p>
      <w:pPr>
        <w:widowControl/>
      </w:pPr>
      <w:r>
        <w:rPr>
          <w:i w:val="0"/>
        </w:rPr>
        <w:t>One boundary.</w:t>
      </w:r>
    </w:p>
    <w:p>
      <w:pPr>
        <w:widowControl/>
      </w:pPr>
      <w:r>
        <w:rPr>
          <w:i w:val="0"/>
        </w:rPr>
        <w:t>One honest conversation.</w:t>
      </w:r>
    </w:p>
    <w:p>
      <w:pPr>
        <w:widowControl/>
      </w:pPr>
      <w:r>
        <w:rPr>
          <w:i w:val="0"/>
        </w:rPr>
        <w:t>One small act of care.</w:t>
      </w:r>
    </w:p>
    <w:p>
      <w:pPr>
        <w:widowControl/>
      </w:pPr>
      <w:r>
        <w:rPr>
          <w:i w:val="0"/>
        </w:rPr>
        <w:t>The pebble did not erase the mountain.</w:t>
      </w:r>
    </w:p>
    <w:p>
      <w:pPr>
        <w:widowControl/>
      </w:pPr>
      <w:r>
        <w:rPr>
          <w:i w:val="0"/>
        </w:rPr>
        <w:t>It restored motion.</w:t>
      </w:r>
    </w:p>
    <w:p>
      <w:pPr>
        <w:widowControl/>
      </w:pPr>
      <w:r>
        <w:rPr>
          <w:i w:val="0"/>
        </w:rPr>
        <w:t>Motion restored evidence.</w:t>
      </w:r>
    </w:p>
    <w:p>
      <w:pPr>
        <w:widowControl/>
      </w:pPr>
      <w:r>
        <w:rPr>
          <w:i w:val="0"/>
        </w:rPr>
        <w:t>Evidence restored confidence.</w:t>
      </w:r>
    </w:p>
    <w:p>
      <w:pPr>
        <w:widowControl/>
      </w:pPr>
      <w:r>
        <w:rPr>
          <w:i w:val="0"/>
        </w:rPr>
        <w:t>Confidence made the next step easier to see.</w:t>
      </w:r>
    </w:p>
    <w:p>
      <w:pPr>
        <w:widowControl/>
      </w:pPr>
      <w:r>
        <w:rPr>
          <w:i w:val="0"/>
        </w:rPr>
        <w:t>Worry tries to make us solve the entire road.</w:t>
      </w:r>
    </w:p>
    <w:p>
      <w:pPr>
        <w:widowControl/>
      </w:pPr>
      <w:r>
        <w:rPr>
          <w:i w:val="0"/>
        </w:rPr>
        <w:t>The pebble asks us to honor the ground already beneath our feet.</w:t>
      </w:r>
    </w:p>
    <w:p>
      <w:pPr>
        <w:widowControl/>
      </w:pPr>
      <w:r>
        <w:rPr>
          <w:i w:val="0"/>
        </w:rPr>
        <w:t>That is the practical heart of the title.</w:t>
      </w:r>
    </w:p>
    <w:p>
      <w:pPr>
        <w:widowControl/>
      </w:pPr>
      <w:r>
        <w:rPr>
          <w:i w:val="0"/>
        </w:rPr>
        <w:t>Worry belongs to the moment when action is possible.</w:t>
      </w:r>
    </w:p>
    <w:p>
      <w:pPr>
        <w:widowControl/>
      </w:pPr>
      <w:r>
        <w:rPr>
          <w:i w:val="0"/>
        </w:rPr>
        <w:t>Until then, choose the pebble.</w:t>
      </w:r>
    </w:p>
    <w:p>
      <w:pPr>
        <w:pStyle w:val="Heading1"/>
        <w:keepNext/>
      </w:pPr>
      <w:r>
        <w:t>Chapter Five — Evidence Is Stronger Than Prediction</w:t>
      </w:r>
    </w:p>
    <w:p>
      <w:pPr>
        <w:widowControl/>
      </w:pPr>
      <w:r>
        <w:rPr>
          <w:i w:val="0"/>
        </w:rPr>
        <w:t>Hope becomes stronger when it has evidence.</w:t>
      </w:r>
    </w:p>
    <w:p>
      <w:pPr>
        <w:widowControl/>
      </w:pPr>
      <w:r>
        <w:rPr>
          <w:i w:val="0"/>
        </w:rPr>
        <w:t>Promises can inspire us.</w:t>
      </w:r>
    </w:p>
    <w:p>
      <w:pPr>
        <w:widowControl/>
      </w:pPr>
      <w:r>
        <w:rPr>
          <w:i w:val="0"/>
        </w:rPr>
        <w:t>Evidence convinces us.</w:t>
      </w:r>
    </w:p>
    <w:p>
      <w:pPr>
        <w:widowControl/>
      </w:pPr>
      <w:r>
        <w:rPr>
          <w:i w:val="0"/>
        </w:rPr>
        <w:t>Every completed small action becomes proof that we are capable of movement.</w:t>
      </w:r>
    </w:p>
    <w:p>
      <w:pPr>
        <w:widowControl/>
      </w:pPr>
      <w:r>
        <w:rPr>
          <w:i w:val="0"/>
        </w:rPr>
        <w:t>That proof matters.</w:t>
      </w:r>
    </w:p>
    <w:p>
      <w:pPr>
        <w:widowControl/>
      </w:pPr>
      <w:r>
        <w:rPr>
          <w:i w:val="0"/>
        </w:rPr>
        <w:t>A person who has felt powerless does not need another lecture about potential.</w:t>
      </w:r>
    </w:p>
    <w:p>
      <w:pPr>
        <w:widowControl/>
      </w:pPr>
      <w:r>
        <w:rPr>
          <w:i w:val="0"/>
        </w:rPr>
        <w:t>They need one experience of effectiveness.</w:t>
      </w:r>
    </w:p>
    <w:p>
      <w:pPr>
        <w:widowControl/>
      </w:pPr>
      <w:r>
        <w:rPr>
          <w:i w:val="0"/>
        </w:rPr>
        <w:t>One thing completed.</w:t>
      </w:r>
    </w:p>
    <w:p>
      <w:pPr>
        <w:widowControl/>
      </w:pPr>
      <w:r>
        <w:rPr>
          <w:i w:val="0"/>
        </w:rPr>
        <w:t>One promise kept to themselves.</w:t>
      </w:r>
    </w:p>
    <w:p>
      <w:pPr>
        <w:widowControl/>
      </w:pPr>
      <w:r>
        <w:rPr>
          <w:i w:val="0"/>
        </w:rPr>
        <w:t>One choice that produced a different result.</w:t>
      </w:r>
    </w:p>
    <w:p>
      <w:pPr>
        <w:widowControl/>
      </w:pPr>
      <w:r>
        <w:rPr>
          <w:i w:val="0"/>
        </w:rPr>
        <w:t>I made the appointment.</w:t>
      </w:r>
    </w:p>
    <w:p>
      <w:pPr>
        <w:widowControl/>
      </w:pPr>
      <w:r>
        <w:rPr>
          <w:i w:val="0"/>
        </w:rPr>
        <w:t>I opened the document.</w:t>
      </w:r>
    </w:p>
    <w:p>
      <w:pPr>
        <w:widowControl/>
      </w:pPr>
      <w:r>
        <w:rPr>
          <w:i w:val="0"/>
        </w:rPr>
        <w:t>I took the medication.</w:t>
      </w:r>
    </w:p>
    <w:p>
      <w:pPr>
        <w:widowControl/>
      </w:pPr>
      <w:r>
        <w:rPr>
          <w:i w:val="0"/>
        </w:rPr>
        <w:t>I told the truth.</w:t>
      </w:r>
    </w:p>
    <w:p>
      <w:pPr>
        <w:widowControl/>
      </w:pPr>
      <w:r>
        <w:rPr>
          <w:i w:val="0"/>
        </w:rPr>
        <w:t>I asked the question.</w:t>
      </w:r>
    </w:p>
    <w:p>
      <w:pPr>
        <w:widowControl/>
      </w:pPr>
      <w:r>
        <w:rPr>
          <w:i w:val="0"/>
        </w:rPr>
        <w:t>I rested without apologizing.</w:t>
      </w:r>
    </w:p>
    <w:p>
      <w:pPr>
        <w:widowControl/>
      </w:pPr>
      <w:r>
        <w:rPr>
          <w:i w:val="0"/>
        </w:rPr>
        <w:t>I started again.</w:t>
      </w:r>
    </w:p>
    <w:p>
      <w:pPr>
        <w:widowControl/>
      </w:pPr>
      <w:r>
        <w:rPr>
          <w:i w:val="0"/>
        </w:rPr>
        <w:t>Each sentence becomes a receipt.</w:t>
      </w:r>
    </w:p>
    <w:p>
      <w:pPr>
        <w:widowControl/>
      </w:pPr>
      <w:r>
        <w:rPr>
          <w:i w:val="0"/>
        </w:rPr>
        <w:t>The future self can look back and say:</w:t>
      </w:r>
    </w:p>
    <w:p>
      <w:pPr>
        <w:spacing w:before="200" w:after="200"/>
        <w:ind w:left="936" w:right="936"/>
        <w:jc w:val="center"/>
      </w:pPr>
      <w:r>
        <w:rPr>
          <w:i/>
          <w:color w:val="3A4E50"/>
          <w:sz w:val="24"/>
        </w:rPr>
        <w:t>I have evidence that I do not always remain stuck.</w:t>
      </w:r>
    </w:p>
    <w:p>
      <w:pPr>
        <w:widowControl/>
      </w:pPr>
      <w:r>
        <w:rPr>
          <w:i w:val="0"/>
        </w:rPr>
        <w:t>Worry predicts weakness.</w:t>
      </w:r>
    </w:p>
    <w:p>
      <w:pPr>
        <w:widowControl/>
      </w:pPr>
      <w:r>
        <w:rPr>
          <w:i w:val="0"/>
        </w:rPr>
        <w:t>Action records strength.</w:t>
      </w:r>
    </w:p>
    <w:p>
      <w:pPr>
        <w:widowControl/>
      </w:pPr>
      <w:r>
        <w:rPr>
          <w:i w:val="0"/>
        </w:rPr>
        <w:t>The mind may still imagine tomorrow's storm.</w:t>
      </w:r>
    </w:p>
    <w:p>
      <w:pPr>
        <w:widowControl/>
      </w:pPr>
      <w:r>
        <w:rPr>
          <w:i w:val="0"/>
        </w:rPr>
        <w:t>The evidence reminds us we have already walked through weather before.</w:t>
      </w:r>
    </w:p>
    <w:p>
      <w:pPr>
        <w:pStyle w:val="Heading1"/>
        <w:keepNext/>
      </w:pPr>
      <w:r>
        <w:t>Chapter Six — The Ripple No One Sees</w:t>
      </w:r>
    </w:p>
    <w:p>
      <w:pPr>
        <w:widowControl/>
      </w:pPr>
      <w:r>
        <w:rPr>
          <w:i w:val="0"/>
        </w:rPr>
        <w:t>A pebble does not move a mountain by force.</w:t>
      </w:r>
    </w:p>
    <w:p>
      <w:pPr>
        <w:widowControl/>
      </w:pPr>
      <w:r>
        <w:rPr>
          <w:i w:val="0"/>
        </w:rPr>
        <w:t>It changes the landscape through repetition and ripple.</w:t>
      </w:r>
    </w:p>
    <w:p>
      <w:pPr>
        <w:widowControl/>
      </w:pPr>
      <w:r>
        <w:rPr>
          <w:i w:val="0"/>
        </w:rPr>
        <w:t>One small action affects the next decision.</w:t>
      </w:r>
    </w:p>
    <w:p>
      <w:pPr>
        <w:widowControl/>
      </w:pPr>
      <w:r>
        <w:rPr>
          <w:i w:val="0"/>
        </w:rPr>
        <w:t>That decision affects another person.</w:t>
      </w:r>
    </w:p>
    <w:p>
      <w:pPr>
        <w:widowControl/>
      </w:pPr>
      <w:r>
        <w:rPr>
          <w:i w:val="0"/>
        </w:rPr>
        <w:t>That person carries the effect elsewhere.</w:t>
      </w:r>
    </w:p>
    <w:p>
      <w:pPr>
        <w:widowControl/>
      </w:pPr>
      <w:r>
        <w:rPr>
          <w:i w:val="0"/>
        </w:rPr>
        <w:t>This is why CHIA•TEA begins with one conversation.</w:t>
      </w:r>
    </w:p>
    <w:p>
      <w:pPr>
        <w:widowControl/>
      </w:pPr>
      <w:r>
        <w:rPr>
          <w:i w:val="0"/>
        </w:rPr>
        <w:t>A conversation may lead someone to reconsider a belief.</w:t>
      </w:r>
    </w:p>
    <w:p>
      <w:pPr>
        <w:widowControl/>
      </w:pPr>
      <w:r>
        <w:rPr>
          <w:i w:val="0"/>
        </w:rPr>
        <w:t>That belief may change a habit.</w:t>
      </w:r>
    </w:p>
    <w:p>
      <w:pPr>
        <w:widowControl/>
      </w:pPr>
      <w:r>
        <w:rPr>
          <w:i w:val="0"/>
        </w:rPr>
        <w:t>The habit may improve a relationship.</w:t>
      </w:r>
    </w:p>
    <w:p>
      <w:pPr>
        <w:widowControl/>
      </w:pPr>
      <w:r>
        <w:rPr>
          <w:i w:val="0"/>
        </w:rPr>
        <w:t>The relationship may become safer for a child.</w:t>
      </w:r>
    </w:p>
    <w:p>
      <w:pPr>
        <w:widowControl/>
      </w:pPr>
      <w:r>
        <w:rPr>
          <w:i w:val="0"/>
        </w:rPr>
        <w:t>The ripple travels farther than the original speaker can see.</w:t>
      </w:r>
    </w:p>
    <w:p>
      <w:pPr>
        <w:widowControl/>
      </w:pPr>
      <w:r>
        <w:rPr>
          <w:i w:val="0"/>
        </w:rPr>
        <w:t>Worry travels too.</w:t>
      </w:r>
    </w:p>
    <w:p>
      <w:pPr>
        <w:widowControl/>
      </w:pPr>
      <w:r>
        <w:rPr>
          <w:i w:val="0"/>
        </w:rPr>
        <w:t>Unspoken fear can shape a room.</w:t>
      </w:r>
    </w:p>
    <w:p>
      <w:pPr>
        <w:widowControl/>
      </w:pPr>
      <w:r>
        <w:rPr>
          <w:i w:val="0"/>
        </w:rPr>
        <w:t>So can steadiness.</w:t>
      </w:r>
    </w:p>
    <w:p>
      <w:pPr>
        <w:widowControl/>
      </w:pPr>
      <w:r>
        <w:rPr>
          <w:i w:val="0"/>
        </w:rPr>
        <w:t>When we return to the present, other people often feel the difference.</w:t>
      </w:r>
    </w:p>
    <w:p>
      <w:pPr>
        <w:widowControl/>
      </w:pPr>
      <w:r>
        <w:rPr>
          <w:i w:val="0"/>
        </w:rPr>
        <w:t>The Estate is built around that possibility.</w:t>
      </w:r>
    </w:p>
    <w:p>
      <w:pPr>
        <w:widowControl/>
      </w:pPr>
      <w:r>
        <w:rPr>
          <w:i w:val="0"/>
        </w:rPr>
        <w:t>We do not need every person to receive every story.</w:t>
      </w:r>
    </w:p>
    <w:p>
      <w:pPr>
        <w:widowControl/>
      </w:pPr>
      <w:r>
        <w:rPr>
          <w:i w:val="0"/>
        </w:rPr>
        <w:t>We need the right story to reach one person at the right moment.</w:t>
      </w:r>
    </w:p>
    <w:p>
      <w:pPr>
        <w:widowControl/>
      </w:pPr>
      <w:r>
        <w:rPr>
          <w:i w:val="0"/>
        </w:rPr>
        <w:t>One pebble.</w:t>
      </w:r>
    </w:p>
    <w:p>
      <w:pPr>
        <w:widowControl/>
      </w:pPr>
      <w:r>
        <w:rPr>
          <w:i w:val="0"/>
        </w:rPr>
        <w:t>One cup.</w:t>
      </w:r>
    </w:p>
    <w:p>
      <w:pPr>
        <w:widowControl/>
      </w:pPr>
      <w:r>
        <w:rPr>
          <w:i w:val="0"/>
        </w:rPr>
        <w:t>One Drop of Hope.</w:t>
      </w:r>
    </w:p>
    <w:p>
      <w:pPr>
        <w:widowControl/>
      </w:pPr>
      <w:r>
        <w:rPr>
          <w:i w:val="0"/>
        </w:rPr>
        <w:t>The scale is small.</w:t>
      </w:r>
    </w:p>
    <w:p>
      <w:pPr>
        <w:widowControl/>
      </w:pPr>
      <w:r>
        <w:rPr>
          <w:i w:val="0"/>
        </w:rPr>
        <w:t>The potential is not.</w:t>
      </w:r>
    </w:p>
    <w:p>
      <w:pPr>
        <w:pStyle w:val="Heading1"/>
        <w:keepNext/>
      </w:pPr>
      <w:r>
        <w:t>Chapter Seven — Consistency Is Quiet Courage</w:t>
      </w:r>
    </w:p>
    <w:p>
      <w:pPr>
        <w:widowControl/>
      </w:pPr>
      <w:r>
        <w:rPr>
          <w:i w:val="0"/>
        </w:rPr>
        <w:t>Intensity is impressive.</w:t>
      </w:r>
    </w:p>
    <w:p>
      <w:pPr>
        <w:widowControl/>
      </w:pPr>
      <w:r>
        <w:rPr>
          <w:i w:val="0"/>
        </w:rPr>
        <w:t>Consistency is transformative.</w:t>
      </w:r>
    </w:p>
    <w:p>
      <w:pPr>
        <w:widowControl/>
      </w:pPr>
      <w:r>
        <w:rPr>
          <w:i w:val="0"/>
        </w:rPr>
        <w:t>Intensity works when emotion is high.</w:t>
      </w:r>
    </w:p>
    <w:p>
      <w:pPr>
        <w:widowControl/>
      </w:pPr>
      <w:r>
        <w:rPr>
          <w:i w:val="0"/>
        </w:rPr>
        <w:t>Consistency works when emotion is ordinary.</w:t>
      </w:r>
    </w:p>
    <w:p>
      <w:pPr>
        <w:widowControl/>
      </w:pPr>
      <w:r>
        <w:rPr>
          <w:i w:val="0"/>
        </w:rPr>
        <w:t>The person who changes their life is not always the person who felt the most inspired.</w:t>
      </w:r>
    </w:p>
    <w:p>
      <w:pPr>
        <w:widowControl/>
      </w:pPr>
      <w:r>
        <w:rPr>
          <w:i w:val="0"/>
        </w:rPr>
        <w:t>Often it is the person who returned.</w:t>
      </w:r>
    </w:p>
    <w:p>
      <w:pPr>
        <w:widowControl/>
      </w:pPr>
      <w:r>
        <w:rPr>
          <w:i w:val="0"/>
        </w:rPr>
        <w:t>Returned to the journal.</w:t>
      </w:r>
    </w:p>
    <w:p>
      <w:pPr>
        <w:widowControl/>
      </w:pPr>
      <w:r>
        <w:rPr>
          <w:i w:val="0"/>
        </w:rPr>
        <w:t>Returned to the walk.</w:t>
      </w:r>
    </w:p>
    <w:p>
      <w:pPr>
        <w:widowControl/>
      </w:pPr>
      <w:r>
        <w:rPr>
          <w:i w:val="0"/>
        </w:rPr>
        <w:t>Returned to the boundary.</w:t>
      </w:r>
    </w:p>
    <w:p>
      <w:pPr>
        <w:widowControl/>
      </w:pPr>
      <w:r>
        <w:rPr>
          <w:i w:val="0"/>
        </w:rPr>
        <w:t>Returned to the prayer.</w:t>
      </w:r>
    </w:p>
    <w:p>
      <w:pPr>
        <w:widowControl/>
      </w:pPr>
      <w:r>
        <w:rPr>
          <w:i w:val="0"/>
        </w:rPr>
        <w:t>Returned to the work.</w:t>
      </w:r>
    </w:p>
    <w:p>
      <w:pPr>
        <w:widowControl/>
      </w:pPr>
      <w:r>
        <w:rPr>
          <w:i w:val="0"/>
        </w:rPr>
        <w:t>Returned after missing a day.</w:t>
      </w:r>
    </w:p>
    <w:p>
      <w:pPr>
        <w:widowControl/>
      </w:pPr>
      <w:r>
        <w:rPr>
          <w:i w:val="0"/>
        </w:rPr>
        <w:t>Returned after disappointment.</w:t>
      </w:r>
    </w:p>
    <w:p>
      <w:pPr>
        <w:widowControl/>
      </w:pPr>
      <w:r>
        <w:rPr>
          <w:i w:val="0"/>
        </w:rPr>
        <w:t>Returned after beginning again felt embarrassing.</w:t>
      </w:r>
    </w:p>
    <w:p>
      <w:pPr>
        <w:widowControl/>
      </w:pPr>
      <w:r>
        <w:rPr>
          <w:i w:val="0"/>
        </w:rPr>
        <w:t>Consistency is not perfection.</w:t>
      </w:r>
    </w:p>
    <w:p>
      <w:pPr>
        <w:widowControl/>
      </w:pPr>
      <w:r>
        <w:rPr>
          <w:i w:val="0"/>
        </w:rPr>
        <w:t>It is the courage to continue a relationship with the life we are trying to build.</w:t>
      </w:r>
    </w:p>
    <w:p>
      <w:pPr>
        <w:widowControl/>
      </w:pPr>
      <w:r>
        <w:rPr>
          <w:i w:val="0"/>
        </w:rPr>
        <w:t>Worry often demands one grand solution.</w:t>
      </w:r>
    </w:p>
    <w:p>
      <w:pPr>
        <w:widowControl/>
      </w:pPr>
      <w:r>
        <w:rPr>
          <w:i w:val="0"/>
        </w:rPr>
        <w:t>Consistency offers repeated contact with what is real.</w:t>
      </w:r>
    </w:p>
    <w:p>
      <w:pPr>
        <w:widowControl/>
      </w:pPr>
      <w:r>
        <w:rPr>
          <w:i w:val="0"/>
        </w:rPr>
        <w:t>Today.</w:t>
      </w:r>
    </w:p>
    <w:p>
      <w:pPr>
        <w:widowControl/>
      </w:pPr>
      <w:r>
        <w:rPr>
          <w:i w:val="0"/>
        </w:rPr>
        <w:t>Then today again.</w:t>
      </w:r>
    </w:p>
    <w:p>
      <w:pPr>
        <w:widowControl/>
      </w:pPr>
      <w:r>
        <w:rPr>
          <w:i w:val="0"/>
        </w:rPr>
        <w:t>Returning is not failure.</w:t>
      </w:r>
    </w:p>
    <w:p>
      <w:pPr>
        <w:widowControl/>
      </w:pPr>
      <w:r>
        <w:rPr>
          <w:i w:val="0"/>
        </w:rPr>
        <w:t>It is how the practice becomes a life.</w:t>
      </w:r>
    </w:p>
    <w:p>
      <w:pPr>
        <w:pStyle w:val="Heading1"/>
        <w:keepNext/>
      </w:pPr>
      <w:r>
        <w:t>Chapter Eight — Small Enough to Do, Meaningful Enough to Matter</w:t>
      </w:r>
    </w:p>
    <w:p>
      <w:pPr>
        <w:widowControl/>
      </w:pPr>
      <w:r>
        <w:rPr>
          <w:i w:val="0"/>
        </w:rPr>
        <w:t>Not every small action is useful.</w:t>
      </w:r>
    </w:p>
    <w:p>
      <w:pPr>
        <w:widowControl/>
      </w:pPr>
      <w:r>
        <w:rPr>
          <w:i w:val="0"/>
        </w:rPr>
        <w:t>The pebble must be connected to the direction.</w:t>
      </w:r>
    </w:p>
    <w:p>
      <w:pPr>
        <w:widowControl/>
      </w:pPr>
      <w:r>
        <w:rPr>
          <w:i w:val="0"/>
        </w:rPr>
        <w:t>Busy work can make us feel active while protecting us from what matters.</w:t>
      </w:r>
    </w:p>
    <w:p>
      <w:pPr>
        <w:widowControl/>
      </w:pPr>
      <w:r>
        <w:rPr>
          <w:i w:val="0"/>
        </w:rPr>
        <w:t>The right pebble is small enough to do and meaningful enough to move the story.</w:t>
      </w:r>
    </w:p>
    <w:p>
      <w:pPr>
        <w:widowControl/>
      </w:pPr>
      <w:r>
        <w:rPr>
          <w:i w:val="0"/>
        </w:rPr>
        <w:t>If the goal is peace, the pebble may be ten quiet minutes.</w:t>
      </w:r>
    </w:p>
    <w:p>
      <w:pPr>
        <w:widowControl/>
      </w:pPr>
      <w:r>
        <w:rPr>
          <w:i w:val="0"/>
        </w:rPr>
        <w:t>If the goal is repair, the pebble may be an honest apology.</w:t>
      </w:r>
    </w:p>
    <w:p>
      <w:pPr>
        <w:widowControl/>
      </w:pPr>
      <w:r>
        <w:rPr>
          <w:i w:val="0"/>
        </w:rPr>
        <w:t>If the goal is health, the pebble may be scheduling the appointment.</w:t>
      </w:r>
    </w:p>
    <w:p>
      <w:pPr>
        <w:widowControl/>
      </w:pPr>
      <w:r>
        <w:rPr>
          <w:i w:val="0"/>
        </w:rPr>
        <w:t>If the goal is preserving work, the pebble may be saving the complete manuscript before beginning another.</w:t>
      </w:r>
    </w:p>
    <w:p>
      <w:pPr>
        <w:widowControl/>
      </w:pPr>
      <w:r>
        <w:rPr>
          <w:i w:val="0"/>
        </w:rPr>
        <w:t>If the goal is hope, the pebble may be finding the first thing that feels possible.</w:t>
      </w:r>
    </w:p>
    <w:p>
      <w:pPr>
        <w:widowControl/>
      </w:pPr>
      <w:r>
        <w:rPr>
          <w:i w:val="0"/>
        </w:rPr>
        <w:t>The Hope Compass helps us choose direction.</w:t>
      </w:r>
    </w:p>
    <w:p>
      <w:pPr>
        <w:widowControl/>
      </w:pPr>
      <w:r>
        <w:rPr>
          <w:i w:val="0"/>
        </w:rPr>
        <w:t>One Pebble helps us begin movement.</w:t>
      </w:r>
    </w:p>
    <w:p>
      <w:pPr>
        <w:widowControl/>
      </w:pPr>
      <w:r>
        <w:rPr>
          <w:i w:val="0"/>
        </w:rPr>
        <w:t>Worry Just in Time helps us stay in the time where that movement can occur.</w:t>
      </w:r>
    </w:p>
    <w:p>
      <w:pPr>
        <w:widowControl/>
      </w:pPr>
      <w:r>
        <w:rPr>
          <w:i w:val="0"/>
        </w:rPr>
        <w:t>Direction without action becomes wishing.</w:t>
      </w:r>
    </w:p>
    <w:p>
      <w:pPr>
        <w:widowControl/>
      </w:pPr>
      <w:r>
        <w:rPr>
          <w:i w:val="0"/>
        </w:rPr>
        <w:t>Action without direction becomes wandering.</w:t>
      </w:r>
    </w:p>
    <w:p>
      <w:pPr>
        <w:widowControl/>
      </w:pPr>
      <w:r>
        <w:rPr>
          <w:i w:val="0"/>
        </w:rPr>
        <w:t>Action without presence becomes exhaustion.</w:t>
      </w:r>
    </w:p>
    <w:p>
      <w:pPr>
        <w:widowControl/>
      </w:pPr>
      <w:r>
        <w:rPr>
          <w:i w:val="0"/>
        </w:rPr>
        <w:t>The map, the pebble, and the present belong together.</w:t>
      </w:r>
    </w:p>
    <w:p>
      <w:pPr>
        <w:pStyle w:val="Heading1"/>
        <w:keepNext/>
      </w:pPr>
      <w:r>
        <w:t>Chapter Nine — The Problems That Actually Arrived</w:t>
      </w:r>
    </w:p>
    <w:p>
      <w:pPr>
        <w:widowControl/>
      </w:pPr>
      <w:r>
        <w:rPr>
          <w:i w:val="0"/>
        </w:rPr>
        <w:t>One of the greatest surprises of learning to worry just in time was discovering how many imagined problems never arrived.</w:t>
      </w:r>
    </w:p>
    <w:p>
      <w:pPr>
        <w:widowControl/>
      </w:pPr>
      <w:r>
        <w:rPr>
          <w:i w:val="0"/>
        </w:rPr>
        <w:t>Some disappeared on their own.</w:t>
      </w:r>
    </w:p>
    <w:p>
      <w:pPr>
        <w:widowControl/>
      </w:pPr>
      <w:r>
        <w:rPr>
          <w:i w:val="0"/>
        </w:rPr>
        <w:t>Some changed shape.</w:t>
      </w:r>
    </w:p>
    <w:p>
      <w:pPr>
        <w:widowControl/>
      </w:pPr>
      <w:r>
        <w:rPr>
          <w:i w:val="0"/>
        </w:rPr>
        <w:t>Some were solved by information I did not yet have.</w:t>
      </w:r>
    </w:p>
    <w:p>
      <w:pPr>
        <w:widowControl/>
      </w:pPr>
      <w:r>
        <w:rPr>
          <w:i w:val="0"/>
        </w:rPr>
        <w:t>Some mattered far less than fear predicted.</w:t>
      </w:r>
    </w:p>
    <w:p>
      <w:pPr>
        <w:widowControl/>
      </w:pPr>
      <w:r>
        <w:rPr>
          <w:i w:val="0"/>
        </w:rPr>
        <w:t>And the problems that did arrive?</w:t>
      </w:r>
    </w:p>
    <w:p>
      <w:pPr>
        <w:widowControl/>
      </w:pPr>
      <w:r>
        <w:rPr>
          <w:i w:val="0"/>
        </w:rPr>
        <w:t>They arrived with context.</w:t>
      </w:r>
    </w:p>
    <w:p>
      <w:pPr>
        <w:widowControl/>
      </w:pPr>
      <w:r>
        <w:rPr>
          <w:i w:val="0"/>
        </w:rPr>
        <w:t>With facts.</w:t>
      </w:r>
    </w:p>
    <w:p>
      <w:pPr>
        <w:widowControl/>
      </w:pPr>
      <w:r>
        <w:rPr>
          <w:i w:val="0"/>
        </w:rPr>
        <w:t>With an actual next step.</w:t>
      </w:r>
    </w:p>
    <w:p>
      <w:pPr>
        <w:widowControl/>
      </w:pPr>
      <w:r>
        <w:rPr>
          <w:i w:val="0"/>
        </w:rPr>
        <w:t>I could meet them as they were instead of as every possible version I had rehearsed.</w:t>
      </w:r>
    </w:p>
    <w:p>
      <w:pPr>
        <w:widowControl/>
      </w:pPr>
      <w:r>
        <w:rPr>
          <w:i w:val="0"/>
        </w:rPr>
        <w:t>That did not make difficult things easy.</w:t>
      </w:r>
    </w:p>
    <w:p>
      <w:pPr>
        <w:widowControl/>
      </w:pPr>
      <w:r>
        <w:rPr>
          <w:i w:val="0"/>
        </w:rPr>
        <w:t>It made them real.</w:t>
      </w:r>
    </w:p>
    <w:p>
      <w:pPr>
        <w:widowControl/>
      </w:pPr>
      <w:r>
        <w:rPr>
          <w:i w:val="0"/>
        </w:rPr>
        <w:t>Real problems can be approached.</w:t>
      </w:r>
    </w:p>
    <w:p>
      <w:pPr>
        <w:widowControl/>
      </w:pPr>
      <w:r>
        <w:rPr>
          <w:i w:val="0"/>
        </w:rPr>
        <w:t>Imaginary problems multiply without limit.</w:t>
      </w:r>
    </w:p>
    <w:p>
      <w:pPr>
        <w:widowControl/>
      </w:pPr>
      <w:r>
        <w:rPr>
          <w:i w:val="0"/>
        </w:rPr>
        <w:t>The present has edges.</w:t>
      </w:r>
    </w:p>
    <w:p>
      <w:pPr>
        <w:widowControl/>
      </w:pPr>
      <w:r>
        <w:rPr>
          <w:i w:val="0"/>
        </w:rPr>
        <w:t>Worry does not.</w:t>
      </w:r>
    </w:p>
    <w:p>
      <w:pPr>
        <w:widowControl/>
      </w:pPr>
      <w:r>
        <w:rPr>
          <w:i w:val="0"/>
        </w:rPr>
        <w:t>That is why returning to now became an act of mercy.</w:t>
      </w:r>
    </w:p>
    <w:p>
      <w:pPr>
        <w:pStyle w:val="Heading1"/>
        <w:keepNext/>
      </w:pPr>
      <w:r>
        <w:t>Chapter Ten — The Pebbles I Carried</w:t>
      </w:r>
    </w:p>
    <w:p>
      <w:pPr>
        <w:widowControl/>
      </w:pPr>
      <w:r>
        <w:rPr>
          <w:i w:val="0"/>
        </w:rPr>
        <w:t>Looking back, many of the things I am proudest of were built from unremarkable days.</w:t>
      </w:r>
    </w:p>
    <w:p>
      <w:pPr>
        <w:widowControl/>
      </w:pPr>
      <w:r>
        <w:rPr>
          <w:i w:val="0"/>
        </w:rPr>
        <w:t>A degree earned slowly.</w:t>
      </w:r>
    </w:p>
    <w:p>
      <w:pPr>
        <w:widowControl/>
      </w:pPr>
      <w:r>
        <w:rPr>
          <w:i w:val="0"/>
        </w:rPr>
        <w:t>A business built through years of service.</w:t>
      </w:r>
    </w:p>
    <w:p>
      <w:pPr>
        <w:widowControl/>
      </w:pPr>
      <w:r>
        <w:rPr>
          <w:i w:val="0"/>
        </w:rPr>
        <w:t>A marriage that continued through seasons that could have ended it.</w:t>
      </w:r>
    </w:p>
    <w:p>
      <w:pPr>
        <w:widowControl/>
      </w:pPr>
      <w:r>
        <w:rPr>
          <w:i w:val="0"/>
        </w:rPr>
        <w:t>A move made despite fear.</w:t>
      </w:r>
    </w:p>
    <w:p>
      <w:pPr>
        <w:widowControl/>
      </w:pPr>
      <w:r>
        <w:rPr>
          <w:i w:val="0"/>
        </w:rPr>
        <w:t>A podcast built one episode at a time.</w:t>
      </w:r>
    </w:p>
    <w:p>
      <w:pPr>
        <w:widowControl/>
      </w:pPr>
      <w:r>
        <w:rPr>
          <w:i w:val="0"/>
        </w:rPr>
        <w:t>An Estate recovered one file at a time.</w:t>
      </w:r>
    </w:p>
    <w:p>
      <w:pPr>
        <w:widowControl/>
      </w:pPr>
      <w:r>
        <w:rPr>
          <w:i w:val="0"/>
        </w:rPr>
        <w:t>None of those achievements arrived whole.</w:t>
      </w:r>
    </w:p>
    <w:p>
      <w:pPr>
        <w:widowControl/>
      </w:pPr>
      <w:r>
        <w:rPr>
          <w:i w:val="0"/>
        </w:rPr>
        <w:t>They accumulated.</w:t>
      </w:r>
    </w:p>
    <w:p>
      <w:pPr>
        <w:widowControl/>
      </w:pPr>
      <w:r>
        <w:rPr>
          <w:i w:val="0"/>
        </w:rPr>
        <w:t>That truth gives me comfort.</w:t>
      </w:r>
    </w:p>
    <w:p>
      <w:pPr>
        <w:widowControl/>
      </w:pPr>
      <w:r>
        <w:rPr>
          <w:i w:val="0"/>
        </w:rPr>
        <w:t>It means I do not have to feel extraordinary to make progress.</w:t>
      </w:r>
    </w:p>
    <w:p>
      <w:pPr>
        <w:widowControl/>
      </w:pPr>
      <w:r>
        <w:rPr>
          <w:i w:val="0"/>
        </w:rPr>
        <w:t>I have to remain willing.</w:t>
      </w:r>
    </w:p>
    <w:p>
      <w:pPr>
        <w:widowControl/>
      </w:pPr>
      <w:r>
        <w:rPr>
          <w:i w:val="0"/>
        </w:rPr>
        <w:t>Willing to begin.</w:t>
      </w:r>
    </w:p>
    <w:p>
      <w:pPr>
        <w:widowControl/>
      </w:pPr>
      <w:r>
        <w:rPr>
          <w:i w:val="0"/>
        </w:rPr>
        <w:t>Willing to return.</w:t>
      </w:r>
    </w:p>
    <w:p>
      <w:pPr>
        <w:widowControl/>
      </w:pPr>
      <w:r>
        <w:rPr>
          <w:i w:val="0"/>
        </w:rPr>
        <w:t>Willing to move the next thing that can be moved.</w:t>
      </w:r>
    </w:p>
    <w:p>
      <w:pPr>
        <w:widowControl/>
      </w:pPr>
      <w:r>
        <w:rPr>
          <w:i w:val="0"/>
        </w:rPr>
        <w:t>Willing to let tomorrow carry what belongs to tomorrow.</w:t>
      </w:r>
    </w:p>
    <w:p>
      <w:pPr>
        <w:widowControl/>
      </w:pPr>
      <w:r>
        <w:rPr>
          <w:i w:val="0"/>
        </w:rPr>
        <w:t>The pebble is humble.</w:t>
      </w:r>
    </w:p>
    <w:p>
      <w:pPr>
        <w:widowControl/>
      </w:pPr>
      <w:r>
        <w:rPr>
          <w:i w:val="0"/>
        </w:rPr>
        <w:t>The present is ordinary.</w:t>
      </w:r>
    </w:p>
    <w:p>
      <w:pPr>
        <w:widowControl/>
      </w:pPr>
      <w:r>
        <w:rPr>
          <w:i w:val="0"/>
        </w:rPr>
        <w:t>That may be why both are so powerful.</w:t>
      </w:r>
    </w:p>
    <w:p>
      <w:pPr>
        <w:pStyle w:val="Heading1"/>
        <w:keepNext/>
      </w:pPr>
      <w:r>
        <w:t>Brewmaster Insight</w:t>
      </w:r>
    </w:p>
    <w:p>
      <w:pPr>
        <w:widowControl/>
      </w:pPr>
      <w:r>
        <w:rPr>
          <w:i w:val="0"/>
        </w:rPr>
        <w:t>Worry Just in Time changed the way I speak to myself.</w:t>
      </w:r>
    </w:p>
    <w:p>
      <w:pPr>
        <w:widowControl/>
      </w:pPr>
      <w:r>
        <w:rPr>
          <w:i w:val="0"/>
        </w:rPr>
        <w:t>Instead of asking how I will survive every possible future, I ask what is true and useful now.</w:t>
      </w:r>
    </w:p>
    <w:p>
      <w:pPr>
        <w:widowControl/>
      </w:pPr>
      <w:r>
        <w:rPr>
          <w:i w:val="0"/>
        </w:rPr>
        <w:t>Instead of asking why I have not finished everything, I ask what I can faithfully move today.</w:t>
      </w:r>
    </w:p>
    <w:p>
      <w:pPr>
        <w:widowControl/>
      </w:pPr>
      <w:r>
        <w:rPr>
          <w:i w:val="0"/>
        </w:rPr>
        <w:t>Those questions are kinder.</w:t>
      </w:r>
    </w:p>
    <w:p>
      <w:pPr>
        <w:widowControl/>
      </w:pPr>
      <w:r>
        <w:rPr>
          <w:i w:val="0"/>
        </w:rPr>
        <w:t>They are also more effective.</w:t>
      </w:r>
    </w:p>
    <w:p>
      <w:pPr>
        <w:widowControl/>
      </w:pPr>
      <w:r>
        <w:rPr>
          <w:i w:val="0"/>
        </w:rPr>
        <w:t>Shame looks at the mountain and says:</w:t>
      </w:r>
    </w:p>
    <w:p>
      <w:pPr>
        <w:spacing w:before="200" w:after="200"/>
        <w:ind w:left="936" w:right="936"/>
        <w:jc w:val="center"/>
      </w:pPr>
      <w:r>
        <w:rPr>
          <w:i/>
          <w:color w:val="3A4E50"/>
          <w:sz w:val="24"/>
        </w:rPr>
        <w:t>You should be farther.</w:t>
      </w:r>
    </w:p>
    <w:p>
      <w:pPr>
        <w:widowControl/>
      </w:pPr>
      <w:r>
        <w:rPr>
          <w:i w:val="0"/>
        </w:rPr>
        <w:t>Worry looks at tomorrow and says:</w:t>
      </w:r>
    </w:p>
    <w:p>
      <w:pPr>
        <w:spacing w:before="200" w:after="200"/>
        <w:ind w:left="936" w:right="936"/>
        <w:jc w:val="center"/>
      </w:pPr>
      <w:r>
        <w:rPr>
          <w:i/>
          <w:color w:val="3A4E50"/>
          <w:sz w:val="24"/>
        </w:rPr>
        <w:t>You should already be ready.</w:t>
      </w:r>
    </w:p>
    <w:p>
      <w:pPr>
        <w:widowControl/>
      </w:pPr>
      <w:r>
        <w:rPr>
          <w:i w:val="0"/>
        </w:rPr>
        <w:t>Hope looks at the ground and says:</w:t>
      </w:r>
    </w:p>
    <w:p>
      <w:pPr>
        <w:spacing w:before="200" w:after="200"/>
        <w:ind w:left="936" w:right="936"/>
        <w:jc w:val="center"/>
      </w:pPr>
      <w:r>
        <w:rPr>
          <w:i/>
          <w:color w:val="3A4E50"/>
          <w:sz w:val="24"/>
        </w:rPr>
        <w:t>Here is the next pebble.</w:t>
      </w:r>
    </w:p>
    <w:p>
      <w:pPr>
        <w:widowControl/>
      </w:pPr>
      <w:r>
        <w:rPr>
          <w:i w:val="0"/>
        </w:rPr>
        <w:t>Peace looks at the clock and says:</w:t>
      </w:r>
    </w:p>
    <w:p>
      <w:pPr>
        <w:spacing w:before="200" w:after="200"/>
        <w:ind w:left="936" w:right="936"/>
        <w:jc w:val="center"/>
      </w:pPr>
      <w:r>
        <w:rPr>
          <w:i/>
          <w:color w:val="3A4E50"/>
          <w:sz w:val="24"/>
        </w:rPr>
        <w:t>This is the hour you are actually living.</w:t>
      </w:r>
    </w:p>
    <w:p>
      <w:pPr>
        <w:pStyle w:val="Heading1"/>
        <w:keepNext/>
      </w:pPr>
      <w:r>
        <w:t>Tea Leaves</w:t>
      </w:r>
    </w:p>
    <w:p>
      <w:pPr>
        <w:pStyle w:val="ListBullet"/>
        <w:widowControl/>
      </w:pPr>
      <w:r>
        <w:t>Worry is not always preparation; sometimes it is suffering in advance.</w:t>
      </w:r>
    </w:p>
    <w:p>
      <w:pPr>
        <w:pStyle w:val="ListBullet"/>
        <w:widowControl/>
      </w:pPr>
      <w:r>
        <w:t>The future becomes more manageable when we return to the present.</w:t>
      </w:r>
    </w:p>
    <w:p>
      <w:pPr>
        <w:pStyle w:val="ListBullet"/>
        <w:widowControl/>
      </w:pPr>
      <w:r>
        <w:t>You do not have to solve tomorrow before tomorrow arrives.</w:t>
      </w:r>
    </w:p>
    <w:p>
      <w:pPr>
        <w:pStyle w:val="ListBullet"/>
        <w:widowControl/>
      </w:pPr>
      <w:r>
        <w:t>Small actions create evidence of capability.</w:t>
      </w:r>
    </w:p>
    <w:p>
      <w:pPr>
        <w:pStyle w:val="ListBullet"/>
        <w:widowControl/>
      </w:pPr>
      <w:r>
        <w:t>Motion makes the next step easier to see.</w:t>
      </w:r>
    </w:p>
    <w:p>
      <w:pPr>
        <w:pStyle w:val="ListBullet"/>
        <w:widowControl/>
      </w:pPr>
      <w:r>
        <w:t>Consistency matters more than intensity.</w:t>
      </w:r>
    </w:p>
    <w:p>
      <w:pPr>
        <w:pStyle w:val="ListBullet"/>
        <w:widowControl/>
      </w:pPr>
      <w:r>
        <w:t>Returning is part of progress.</w:t>
      </w:r>
    </w:p>
    <w:p>
      <w:pPr>
        <w:pStyle w:val="ListBullet"/>
        <w:widowControl/>
      </w:pPr>
      <w:r>
        <w:t>The right pebble is small enough to do and meaningful enough to matter.</w:t>
      </w:r>
    </w:p>
    <w:p>
      <w:pPr>
        <w:pStyle w:val="ListBullet"/>
        <w:widowControl/>
      </w:pPr>
      <w:r>
        <w:t>Direction, action, and presence belong together.</w:t>
      </w:r>
    </w:p>
    <w:p>
      <w:pPr>
        <w:pStyle w:val="ListBullet"/>
        <w:widowControl/>
      </w:pPr>
      <w:r>
        <w:t>Real problems have edges; imagined problems do not.</w:t>
      </w:r>
    </w:p>
    <w:p>
      <w:pPr>
        <w:pStyle w:val="Heading1"/>
        <w:keepNext/>
      </w:pPr>
      <w:r>
        <w:t>Drops of Hope</w:t>
      </w:r>
    </w:p>
    <w:p>
      <w:pPr>
        <w:spacing w:before="200" w:after="200"/>
        <w:ind w:left="936" w:right="936"/>
        <w:jc w:val="center"/>
      </w:pPr>
      <w:r>
        <w:rPr>
          <w:i/>
          <w:color w:val="3A4E50"/>
          <w:sz w:val="24"/>
        </w:rPr>
        <w:t>Worry just in time.</w:t>
      </w:r>
    </w:p>
    <w:p>
      <w:pPr>
        <w:spacing w:before="200" w:after="200"/>
        <w:ind w:left="936" w:right="936"/>
        <w:jc w:val="center"/>
      </w:pPr>
      <w:r>
        <w:rPr>
          <w:i/>
          <w:color w:val="3A4E50"/>
          <w:sz w:val="24"/>
        </w:rPr>
        <w:t>Do not pay tomorrow's emotional bill before it is due.</w:t>
      </w:r>
    </w:p>
    <w:p>
      <w:pPr>
        <w:spacing w:before="200" w:after="200"/>
        <w:ind w:left="936" w:right="936"/>
        <w:jc w:val="center"/>
      </w:pPr>
      <w:r>
        <w:rPr>
          <w:i/>
          <w:color w:val="3A4E50"/>
          <w:sz w:val="24"/>
        </w:rPr>
        <w:t>Move one pebble today. Tomorrow will notice.</w:t>
      </w:r>
    </w:p>
    <w:p>
      <w:pPr>
        <w:spacing w:before="200" w:after="200"/>
        <w:ind w:left="936" w:right="936"/>
        <w:jc w:val="center"/>
      </w:pPr>
      <w:r>
        <w:rPr>
          <w:i/>
          <w:color w:val="3A4E50"/>
          <w:sz w:val="24"/>
        </w:rPr>
        <w:t>You do not have to move the mountain to prove you are moving.</w:t>
      </w:r>
    </w:p>
    <w:p>
      <w:pPr>
        <w:spacing w:before="200" w:after="200"/>
        <w:ind w:left="936" w:right="936"/>
        <w:jc w:val="center"/>
      </w:pPr>
      <w:r>
        <w:rPr>
          <w:i/>
          <w:color w:val="3A4E50"/>
          <w:sz w:val="24"/>
        </w:rPr>
        <w:t>One kept promise to yourself can become evidence of a new life.</w:t>
      </w:r>
    </w:p>
    <w:p>
      <w:pPr>
        <w:spacing w:before="200" w:after="200"/>
        <w:ind w:left="936" w:right="936"/>
        <w:jc w:val="center"/>
      </w:pPr>
      <w:r>
        <w:rPr>
          <w:i/>
          <w:color w:val="3A4E50"/>
          <w:sz w:val="24"/>
        </w:rPr>
        <w:t>Consistency is quiet courage.</w:t>
      </w:r>
    </w:p>
    <w:p>
      <w:pPr>
        <w:spacing w:before="200" w:after="200"/>
        <w:ind w:left="936" w:right="936"/>
        <w:jc w:val="center"/>
      </w:pPr>
      <w:r>
        <w:rPr>
          <w:i/>
          <w:color w:val="3A4E50"/>
          <w:sz w:val="24"/>
        </w:rPr>
        <w:t>Returning is not starting over. It is continuing.</w:t>
      </w:r>
    </w:p>
    <w:p>
      <w:pPr>
        <w:spacing w:before="200" w:after="200"/>
        <w:ind w:left="936" w:right="936"/>
        <w:jc w:val="center"/>
      </w:pPr>
      <w:r>
        <w:rPr>
          <w:i/>
          <w:color w:val="3A4E50"/>
          <w:sz w:val="24"/>
        </w:rPr>
        <w:t>Hope looks at the ground and shows you the next pebble.</w:t>
      </w:r>
    </w:p>
    <w:p>
      <w:pPr>
        <w:spacing w:before="200" w:after="200"/>
        <w:ind w:left="936" w:right="936"/>
        <w:jc w:val="center"/>
      </w:pPr>
      <w:r>
        <w:rPr>
          <w:i/>
          <w:color w:val="3A4E50"/>
          <w:sz w:val="24"/>
        </w:rPr>
        <w:t>The present has edges. Worry does not.</w:t>
      </w:r>
    </w:p>
    <w:p>
      <w:pPr>
        <w:spacing w:before="200" w:after="200"/>
        <w:ind w:left="936" w:right="936"/>
        <w:jc w:val="center"/>
      </w:pPr>
      <w:r>
        <w:rPr>
          <w:i/>
          <w:color w:val="3A4E50"/>
          <w:sz w:val="24"/>
        </w:rPr>
        <w:t>Meet the real storm when it arrives.</w:t>
      </w:r>
    </w:p>
    <w:p>
      <w:pPr>
        <w:pStyle w:val="Heading1"/>
        <w:keepNext/>
      </w:pPr>
      <w:r>
        <w:t>Brewmaster Reflection</w:t>
      </w:r>
    </w:p>
    <w:p>
      <w:pPr>
        <w:widowControl/>
      </w:pPr>
      <w:r>
        <w:rPr>
          <w:i w:val="0"/>
        </w:rPr>
        <w:t>I have spent much of my life carrying large responsibilities.</w:t>
      </w:r>
    </w:p>
    <w:p>
      <w:pPr>
        <w:widowControl/>
      </w:pPr>
      <w:r>
        <w:rPr>
          <w:i w:val="0"/>
        </w:rPr>
        <w:t>For years, I believed strength meant holding all of them at once.</w:t>
      </w:r>
    </w:p>
    <w:p>
      <w:pPr>
        <w:widowControl/>
      </w:pPr>
      <w:r>
        <w:rPr>
          <w:i w:val="0"/>
        </w:rPr>
        <w:t>I also believed preparation meant imagining every possible thing that could go wrong.</w:t>
      </w:r>
    </w:p>
    <w:p>
      <w:pPr>
        <w:widowControl/>
      </w:pPr>
      <w:r>
        <w:rPr>
          <w:i w:val="0"/>
        </w:rPr>
        <w:t>Worry Just in Time taught me another kind of strength.</w:t>
      </w:r>
    </w:p>
    <w:p>
      <w:pPr>
        <w:widowControl/>
      </w:pPr>
      <w:r>
        <w:rPr>
          <w:i w:val="0"/>
        </w:rPr>
        <w:t>Choose.</w:t>
      </w:r>
    </w:p>
    <w:p>
      <w:pPr>
        <w:widowControl/>
      </w:pPr>
      <w:r>
        <w:rPr>
          <w:i w:val="0"/>
        </w:rPr>
        <w:t>Focus.</w:t>
      </w:r>
    </w:p>
    <w:p>
      <w:pPr>
        <w:widowControl/>
      </w:pPr>
      <w:r>
        <w:rPr>
          <w:i w:val="0"/>
        </w:rPr>
        <w:t>Move.</w:t>
      </w:r>
    </w:p>
    <w:p>
      <w:pPr>
        <w:widowControl/>
      </w:pPr>
      <w:r>
        <w:rPr>
          <w:i w:val="0"/>
        </w:rPr>
        <w:t>Rest.</w:t>
      </w:r>
    </w:p>
    <w:p>
      <w:pPr>
        <w:widowControl/>
      </w:pPr>
      <w:r>
        <w:rPr>
          <w:i w:val="0"/>
        </w:rPr>
        <w:t>Return.</w:t>
      </w:r>
    </w:p>
    <w:p>
      <w:pPr>
        <w:widowControl/>
      </w:pPr>
      <w:r>
        <w:rPr>
          <w:i w:val="0"/>
        </w:rPr>
        <w:t>Wait for facts.</w:t>
      </w:r>
    </w:p>
    <w:p>
      <w:pPr>
        <w:widowControl/>
      </w:pPr>
      <w:r>
        <w:rPr>
          <w:i w:val="0"/>
        </w:rPr>
        <w:t>The mountain may remain visible for a long time.</w:t>
      </w:r>
    </w:p>
    <w:p>
      <w:pPr>
        <w:widowControl/>
      </w:pPr>
      <w:r>
        <w:rPr>
          <w:i w:val="0"/>
        </w:rPr>
        <w:t>Tomorrow may remain uncertain.</w:t>
      </w:r>
    </w:p>
    <w:p>
      <w:pPr>
        <w:widowControl/>
      </w:pPr>
      <w:r>
        <w:rPr>
          <w:i w:val="0"/>
        </w:rPr>
        <w:t>That does not mean the work is failing.</w:t>
      </w:r>
    </w:p>
    <w:p>
      <w:pPr>
        <w:widowControl/>
      </w:pPr>
      <w:r>
        <w:rPr>
          <w:i w:val="0"/>
        </w:rPr>
        <w:t>It means the work is real.</w:t>
      </w:r>
    </w:p>
    <w:p>
      <w:pPr>
        <w:widowControl/>
      </w:pPr>
      <w:r>
        <w:rPr>
          <w:i w:val="0"/>
        </w:rPr>
        <w:t>I no longer need every day to look impressive.</w:t>
      </w:r>
    </w:p>
    <w:p>
      <w:pPr>
        <w:widowControl/>
      </w:pPr>
      <w:r>
        <w:rPr>
          <w:i w:val="0"/>
        </w:rPr>
        <w:t>I need it to contain one faithful movement and enough peace to recognize that today is already a life.</w:t>
      </w:r>
    </w:p>
    <w:p>
      <w:pPr>
        <w:pStyle w:val="Heading1"/>
        <w:keepNext/>
      </w:pPr>
      <w:r>
        <w:t>Brewmaster Journal</w:t>
      </w:r>
    </w:p>
    <w:p>
      <w:pPr>
        <w:widowControl/>
      </w:pPr>
      <w:r>
        <w:rPr>
          <w:i w:val="0"/>
        </w:rPr>
        <w:t>What future problem are you living emotionally before it has arrived?</w:t>
      </w:r>
    </w:p>
    <w:p>
      <w:pPr>
        <w:widowControl/>
      </w:pPr>
      <w:r>
        <w:rPr>
          <w:i w:val="0"/>
        </w:rPr>
        <w:t>Is there anything useful you can do about it today?</w:t>
      </w:r>
    </w:p>
    <w:p>
      <w:pPr>
        <w:widowControl/>
      </w:pPr>
      <w:r>
        <w:rPr>
          <w:i w:val="0"/>
        </w:rPr>
        <w:t>What belongs to another day?</w:t>
      </w:r>
    </w:p>
    <w:p>
      <w:pPr>
        <w:widowControl/>
      </w:pPr>
      <w:r>
        <w:rPr>
          <w:i w:val="0"/>
        </w:rPr>
        <w:t>What is today's pebble?</w:t>
      </w:r>
    </w:p>
    <w:p>
      <w:pPr>
        <w:widowControl/>
      </w:pPr>
      <w:r>
        <w:rPr>
          <w:i w:val="0"/>
        </w:rPr>
        <w:t>What evidence do you already have that you can handle difficult things?</w:t>
      </w:r>
    </w:p>
    <w:p>
      <w:pPr>
        <w:widowControl/>
      </w:pPr>
      <w:r>
        <w:rPr>
          <w:i w:val="0"/>
        </w:rPr>
        <w:t>What would change if you allowed tomorrow to meet you with tomorrow's strength?</w:t>
      </w:r>
    </w:p>
    <w:p>
      <w:pPr>
        <w:pStyle w:val="Heading1"/>
        <w:keepNext/>
      </w:pPr>
      <w:r>
        <w:t>Try This Today</w:t>
      </w:r>
    </w:p>
    <w:p>
      <w:pPr>
        <w:widowControl/>
      </w:pPr>
      <w:r>
        <w:rPr>
          <w:i w:val="0"/>
        </w:rPr>
        <w:t>Divide a page into two columns.</w:t>
      </w:r>
    </w:p>
    <w:p>
      <w:pPr>
        <w:widowControl/>
      </w:pPr>
      <w:r>
        <w:rPr>
          <w:i w:val="0"/>
        </w:rPr>
        <w:t>At the top of the first, write:</w:t>
      </w:r>
    </w:p>
    <w:p>
      <w:pPr>
        <w:spacing w:before="200" w:after="200"/>
        <w:ind w:left="936" w:right="936"/>
        <w:jc w:val="center"/>
      </w:pPr>
      <w:r>
        <w:rPr>
          <w:i/>
          <w:color w:val="3A4E50"/>
          <w:sz w:val="24"/>
        </w:rPr>
        <w:t>Happening now.</w:t>
      </w:r>
    </w:p>
    <w:p>
      <w:pPr>
        <w:widowControl/>
      </w:pPr>
      <w:r>
        <w:rPr>
          <w:i w:val="0"/>
        </w:rPr>
        <w:t>At the top of the second, write:</w:t>
      </w:r>
    </w:p>
    <w:p>
      <w:pPr>
        <w:spacing w:before="200" w:after="200"/>
        <w:ind w:left="936" w:right="936"/>
        <w:jc w:val="center"/>
      </w:pPr>
      <w:r>
        <w:rPr>
          <w:i/>
          <w:color w:val="3A4E50"/>
          <w:sz w:val="24"/>
        </w:rPr>
        <w:t>Not happening now.</w:t>
      </w:r>
    </w:p>
    <w:p>
      <w:pPr>
        <w:widowControl/>
      </w:pPr>
      <w:r>
        <w:rPr>
          <w:i w:val="0"/>
        </w:rPr>
        <w:t>Place each worry in the correct column.</w:t>
      </w:r>
    </w:p>
    <w:p>
      <w:pPr>
        <w:widowControl/>
      </w:pPr>
      <w:r>
        <w:rPr>
          <w:i w:val="0"/>
        </w:rPr>
        <w:t>For every item in the first column, identify one action within your control.</w:t>
      </w:r>
    </w:p>
    <w:p>
      <w:pPr>
        <w:widowControl/>
      </w:pPr>
      <w:r>
        <w:rPr>
          <w:i w:val="0"/>
        </w:rPr>
        <w:t>For every item in the second, write:</w:t>
      </w:r>
    </w:p>
    <w:p>
      <w:pPr>
        <w:spacing w:before="200" w:after="200"/>
        <w:ind w:left="936" w:right="936"/>
        <w:jc w:val="center"/>
      </w:pPr>
      <w:r>
        <w:rPr>
          <w:i/>
          <w:color w:val="3A4E50"/>
          <w:sz w:val="24"/>
        </w:rPr>
        <w:t>I will meet this if and when it arrives.</w:t>
      </w:r>
    </w:p>
    <w:p>
      <w:pPr>
        <w:widowControl/>
      </w:pPr>
      <w:r>
        <w:rPr>
          <w:i w:val="0"/>
        </w:rPr>
        <w:t>Then choose the smallest meaningful action available today.</w:t>
      </w:r>
    </w:p>
    <w:p>
      <w:pPr>
        <w:widowControl/>
      </w:pPr>
      <w:r>
        <w:rPr>
          <w:i w:val="0"/>
        </w:rPr>
        <w:t>That is today's pebble.</w:t>
      </w:r>
    </w:p>
    <w:p>
      <w:pPr>
        <w:widowControl/>
      </w:pPr>
      <w:r>
        <w:rPr>
          <w:i w:val="0"/>
        </w:rPr>
        <w:t>Move it before searching for another.</w:t>
      </w:r>
    </w:p>
    <w:p>
      <w:r>
        <w:br w:type="page"/>
      </w:r>
    </w:p>
    <w:p>
      <w:pPr>
        <w:pStyle w:val="Heading1"/>
        <w:keepNext/>
      </w:pPr>
      <w:r>
        <w:t>A Letter Before You Leave</w:t>
      </w:r>
    </w:p>
    <w:p>
      <w:pPr>
        <w:widowControl/>
      </w:pPr>
      <w:r>
        <w:rPr>
          <w:i/>
        </w:rPr>
        <w:t>Dear Friend,</w:t>
      </w:r>
    </w:p>
    <w:p>
      <w:pPr>
        <w:widowControl/>
      </w:pPr>
      <w:r>
        <w:rPr>
          <w:i w:val="0"/>
        </w:rPr>
        <w:t>The mountain may be real.</w:t>
      </w:r>
    </w:p>
    <w:p>
      <w:pPr>
        <w:widowControl/>
      </w:pPr>
      <w:r>
        <w:rPr>
          <w:i w:val="0"/>
        </w:rPr>
        <w:t>I will not insult you by pretending it is small.</w:t>
      </w:r>
    </w:p>
    <w:p>
      <w:pPr>
        <w:widowControl/>
      </w:pPr>
      <w:r>
        <w:rPr>
          <w:i w:val="0"/>
        </w:rPr>
        <w:t>The future may also be uncertain.</w:t>
      </w:r>
    </w:p>
    <w:p>
      <w:pPr>
        <w:widowControl/>
      </w:pPr>
      <w:r>
        <w:rPr>
          <w:i w:val="0"/>
        </w:rPr>
        <w:t>I will not ask you to pretend you do not care.</w:t>
      </w:r>
    </w:p>
    <w:p>
      <w:pPr>
        <w:widowControl/>
      </w:pPr>
      <w:r>
        <w:rPr>
          <w:i w:val="0"/>
        </w:rPr>
        <w:t>But you are not required to carry every possible version of tomorrow today.</w:t>
      </w:r>
    </w:p>
    <w:p>
      <w:pPr>
        <w:widowControl/>
      </w:pPr>
      <w:r>
        <w:rPr>
          <w:i w:val="0"/>
        </w:rPr>
        <w:t>You are allowed to work at the scale of one faithful action.</w:t>
      </w:r>
    </w:p>
    <w:p>
      <w:pPr>
        <w:widowControl/>
      </w:pPr>
      <w:r>
        <w:rPr>
          <w:i w:val="0"/>
        </w:rPr>
        <w:t>You are allowed to rest between pebbles.</w:t>
      </w:r>
    </w:p>
    <w:p>
      <w:pPr>
        <w:widowControl/>
      </w:pPr>
      <w:r>
        <w:rPr>
          <w:i w:val="0"/>
        </w:rPr>
        <w:t>You are allowed to ask for help with the stones that are too heavy.</w:t>
      </w:r>
    </w:p>
    <w:p>
      <w:pPr>
        <w:widowControl/>
      </w:pPr>
      <w:r>
        <w:rPr>
          <w:i w:val="0"/>
        </w:rPr>
        <w:t>You are allowed to return after a difficult day.</w:t>
      </w:r>
    </w:p>
    <w:p>
      <w:pPr>
        <w:widowControl/>
      </w:pPr>
      <w:r>
        <w:rPr>
          <w:i w:val="0"/>
        </w:rPr>
        <w:t>Do not confuse slow progress with no progress.</w:t>
      </w:r>
    </w:p>
    <w:p>
      <w:pPr>
        <w:widowControl/>
      </w:pPr>
      <w:r>
        <w:rPr>
          <w:i w:val="0"/>
        </w:rPr>
        <w:t>Do not confuse worry with readiness.</w:t>
      </w:r>
    </w:p>
    <w:p>
      <w:pPr>
        <w:widowControl/>
      </w:pPr>
      <w:r>
        <w:rPr>
          <w:i w:val="0"/>
        </w:rPr>
        <w:t>Do not let the distance erase the ground you have already covered.</w:t>
      </w:r>
    </w:p>
    <w:p>
      <w:pPr>
        <w:widowControl/>
      </w:pPr>
      <w:r>
        <w:rPr>
          <w:i w:val="0"/>
        </w:rPr>
        <w:t>Choose the next pebble.</w:t>
      </w:r>
    </w:p>
    <w:p>
      <w:pPr>
        <w:widowControl/>
      </w:pPr>
      <w:r>
        <w:rPr>
          <w:i w:val="0"/>
        </w:rPr>
        <w:t>Move it with intention.</w:t>
      </w:r>
    </w:p>
    <w:p>
      <w:pPr>
        <w:widowControl/>
      </w:pPr>
      <w:r>
        <w:rPr>
          <w:i w:val="0"/>
        </w:rPr>
        <w:t>Let tomorrow keep what belongs to tomorrow.</w:t>
      </w:r>
    </w:p>
    <w:p>
      <w:pPr>
        <w:widowControl/>
      </w:pPr>
      <w:r>
        <w:rPr>
          <w:i w:val="0"/>
        </w:rPr>
        <w:t>Trust the ripple.</w:t>
      </w:r>
    </w:p>
    <w:p>
      <w:pPr>
        <w:widowControl/>
      </w:pPr>
      <w:r>
        <w:rPr>
          <w:i w:val="0"/>
        </w:rPr>
        <w:t>Then come back when the next day becomes now.</w:t>
      </w:r>
    </w:p>
    <w:p>
      <w:pPr>
        <w:widowControl/>
      </w:pPr>
      <w:r>
        <w:rPr>
          <w:i w:val="0"/>
        </w:rPr>
        <w:t>Keep breathing.</w:t>
      </w:r>
    </w:p>
    <w:p>
      <w:pPr>
        <w:widowControl/>
      </w:pPr>
      <w:r>
        <w:rPr>
          <w:i w:val="0"/>
        </w:rPr>
        <w:t>Keep returning.</w:t>
      </w:r>
    </w:p>
    <w:p>
      <w:pPr>
        <w:widowControl/>
      </w:pPr>
      <w:r>
        <w:rPr>
          <w:i w:val="0"/>
        </w:rPr>
        <w:t>Keep brewing.</w:t>
      </w:r>
    </w:p>
    <w:p>
      <w:pPr>
        <w:widowControl/>
      </w:pPr>
      <w:r>
        <w:rPr>
          <w:i/>
        </w:rPr>
        <w:t>— The Brewmaster</w:t>
      </w:r>
    </w:p>
    <w:p>
      <w:pPr>
        <w:pStyle w:val="Heading1"/>
        <w:keepNext/>
      </w:pPr>
      <w:r>
        <w:t>Estate Archive</w:t>
      </w:r>
    </w:p>
    <w:p>
      <w:pPr>
        <w:widowControl/>
      </w:pPr>
      <w:r>
        <w:rPr>
          <w:i w:val="0"/>
        </w:rPr>
        <w:t>Estate Story ID: ES-006</w:t>
      </w:r>
    </w:p>
    <w:p>
      <w:pPr>
        <w:widowControl/>
      </w:pPr>
      <w:r>
        <w:rPr>
          <w:i w:val="0"/>
        </w:rPr>
        <w:t>Title: Worry Just in Time</w:t>
      </w:r>
    </w:p>
    <w:p>
      <w:pPr>
        <w:widowControl/>
      </w:pPr>
      <w:r>
        <w:rPr>
          <w:i w:val="0"/>
        </w:rPr>
        <w:t>Subtitle: Imagined Storms, One Faithful Step, and the Freedom of Meeting Tomorrow Only When It Arrives</w:t>
      </w:r>
    </w:p>
    <w:p>
      <w:pPr>
        <w:widowControl/>
      </w:pPr>
      <w:r>
        <w:rPr>
          <w:i w:val="0"/>
        </w:rPr>
        <w:t>Collection: CHIA•TEA Estate Stories — Collection 001</w:t>
      </w:r>
    </w:p>
    <w:p>
      <w:pPr>
        <w:widowControl/>
      </w:pPr>
      <w:r>
        <w:rPr>
          <w:i w:val="0"/>
        </w:rPr>
        <w:t>Edition: Reauthored Master Edition</w:t>
      </w:r>
    </w:p>
    <w:p>
      <w:pPr>
        <w:widowControl/>
      </w:pPr>
      <w:r>
        <w:rPr>
          <w:i w:val="0"/>
        </w:rPr>
        <w:t>Status: Ready for Author Review</w:t>
      </w:r>
    </w:p>
    <w:p>
      <w:pPr>
        <w:widowControl/>
      </w:pPr>
      <w:r>
        <w:rPr>
          <w:i w:val="0"/>
        </w:rPr>
        <w:t>Original Source: ES-006 One Pebble — Complete Master Publication</w:t>
      </w:r>
    </w:p>
    <w:p>
      <w:pPr>
        <w:widowControl/>
      </w:pPr>
      <w:r>
        <w:rPr>
          <w:i w:val="0"/>
        </w:rPr>
        <w:t>Core Themes: Worry, presence, small action, consistency, evidence, confidence, hope, and the next faithful step</w:t>
      </w:r>
    </w:p>
    <w:p>
      <w:pPr>
        <w:widowControl/>
      </w:pPr>
      <w:r>
        <w:rPr>
          <w:i w:val="0"/>
        </w:rPr>
        <w:t>Referenced By: Estate Companion — Sections 1, 3, 4, and 5; One Drop of Hope Framework; Hope Compass; Brewmaster Guide; Reflection Workbook; Companion Handout: What Is Today's Pebble?; Social Series: Move One Pebble</w:t>
      </w:r>
    </w:p>
    <w:p>
      <w:pPr>
        <w:widowControl/>
      </w:pPr>
      <w:r>
        <w:rPr>
          <w:i w:val="0"/>
        </w:rPr>
        <w:t>Future Workshop: Small Actions, Lasting Ripples</w:t>
      </w:r>
    </w:p>
    <w:sectPr w:rsidR="00FC693F" w:rsidRPr="0006063C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Georgia" w:hAnsi="Georgia"/>
      <w:b/>
      <w:bCs/>
      <w:color w:val="2A5356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Georgia" w:hAnsi="Georgia"/>
      <w:b/>
      <w:bCs/>
      <w:color w:val="2A5356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Georgia" w:hAnsi="Georgia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