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2A5356"/>
          <w:sz w:val="56"/>
        </w:rPr>
        <w:t>ES-003 — Finding Your Anchor</w:t>
      </w:r>
    </w:p>
    <w:p>
      <w:pPr>
        <w:jc w:val="center"/>
      </w:pPr>
      <w:r>
        <w:rPr>
          <w:rFonts w:ascii="Georgia" w:hAnsi="Georgia"/>
          <w:i/>
          <w:color w:val="5A5A5A"/>
          <w:sz w:val="26"/>
        </w:rPr>
        <w:t>The Hope Ring and the Moment You Choose a Different Thought</w:t>
      </w:r>
    </w:p>
    <w:p>
      <w:pPr>
        <w:widowControl/>
        <w:jc w:val="center"/>
      </w:pPr>
      <w:r>
        <w:rPr>
          <w:i/>
        </w:rPr>
        <w:t>A CHIA•TEA Estate Story</w:t>
      </w:r>
    </w:p>
    <w:p>
      <w:pPr>
        <w:widowControl/>
        <w:jc w:val="center"/>
      </w:pPr>
      <w:r>
        <w:rPr>
          <w:i/>
        </w:rPr>
        <w:t>Collection 001 • Reauthored Master Edition</w:t>
      </w:r>
    </w:p>
    <w:p>
      <w:r>
        <w:br w:type="page"/>
      </w:r>
    </w:p>
    <w:p>
      <w:pPr>
        <w:pStyle w:val="Heading1"/>
        <w:keepNext/>
      </w:pPr>
      <w:r>
        <w:t>Welcome Home</w:t>
      </w:r>
    </w:p>
    <w:p>
      <w:pPr>
        <w:widowControl/>
      </w:pPr>
      <w:r>
        <w:rPr>
          <w:i w:val="0"/>
        </w:rPr>
        <w:t>Welcome home.</w:t>
      </w:r>
    </w:p>
    <w:p>
      <w:pPr>
        <w:widowControl/>
      </w:pPr>
      <w:r>
        <w:rPr>
          <w:i w:val="0"/>
        </w:rPr>
        <w:t>Some days do not knock us down all at once.</w:t>
      </w:r>
    </w:p>
    <w:p>
      <w:pPr>
        <w:widowControl/>
      </w:pPr>
      <w:r>
        <w:rPr>
          <w:i w:val="0"/>
        </w:rPr>
        <w:t>They pull at us little by little.</w:t>
      </w:r>
    </w:p>
    <w:p>
      <w:pPr>
        <w:widowControl/>
      </w:pPr>
      <w:r>
        <w:rPr>
          <w:i w:val="0"/>
        </w:rPr>
        <w:t>A difficult conversation.</w:t>
      </w:r>
    </w:p>
    <w:p>
      <w:pPr>
        <w:widowControl/>
      </w:pPr>
      <w:r>
        <w:rPr>
          <w:i w:val="0"/>
        </w:rPr>
        <w:t>An unexpected bill.</w:t>
      </w:r>
    </w:p>
    <w:p>
      <w:pPr>
        <w:widowControl/>
      </w:pPr>
      <w:r>
        <w:rPr>
          <w:i w:val="0"/>
        </w:rPr>
        <w:t>A fear we cannot quite name.</w:t>
      </w:r>
    </w:p>
    <w:p>
      <w:pPr>
        <w:widowControl/>
      </w:pPr>
      <w:r>
        <w:rPr>
          <w:i w:val="0"/>
        </w:rPr>
        <w:t>One thought becomes another, and before long we are no longer standing where the day began.</w:t>
      </w:r>
    </w:p>
    <w:p>
      <w:pPr>
        <w:widowControl/>
      </w:pPr>
      <w:r>
        <w:rPr>
          <w:i w:val="0"/>
        </w:rPr>
        <w:t>We have drifted.</w:t>
      </w:r>
    </w:p>
    <w:p>
      <w:pPr>
        <w:widowControl/>
      </w:pPr>
      <w:r>
        <w:rPr>
          <w:i w:val="0"/>
        </w:rPr>
        <w:t>That is what this story is about.</w:t>
      </w:r>
    </w:p>
    <w:p>
      <w:pPr>
        <w:widowControl/>
      </w:pPr>
      <w:r>
        <w:rPr>
          <w:i w:val="0"/>
        </w:rPr>
        <w:t>Not a ring at first.</w:t>
      </w:r>
    </w:p>
    <w:p>
      <w:pPr>
        <w:widowControl/>
      </w:pPr>
      <w:r>
        <w:rPr>
          <w:i w:val="0"/>
        </w:rPr>
        <w:t>Not a product.</w:t>
      </w:r>
    </w:p>
    <w:p>
      <w:pPr>
        <w:widowControl/>
      </w:pPr>
      <w:r>
        <w:rPr>
          <w:i w:val="0"/>
        </w:rPr>
        <w:t>Not even a method.</w:t>
      </w:r>
    </w:p>
    <w:p>
      <w:pPr>
        <w:widowControl/>
      </w:pPr>
      <w:r>
        <w:rPr>
          <w:i w:val="0"/>
        </w:rPr>
        <w:t>It is about the human need for an anchor.</w:t>
      </w:r>
    </w:p>
    <w:p>
      <w:pPr>
        <w:widowControl/>
      </w:pPr>
      <w:r>
        <w:rPr>
          <w:i w:val="0"/>
        </w:rPr>
        <w:t>Something that helps us pause before fear decides where the mind will travel next.</w:t>
      </w:r>
    </w:p>
    <w:p>
      <w:pPr>
        <w:widowControl/>
      </w:pPr>
      <w:r>
        <w:rPr>
          <w:i w:val="0"/>
        </w:rPr>
        <w:t>Something simple enough to reach for in the middle of an ordinary moment.</w:t>
      </w:r>
    </w:p>
    <w:p>
      <w:pPr>
        <w:widowControl/>
      </w:pPr>
      <w:r>
        <w:rPr>
          <w:i w:val="0"/>
        </w:rPr>
        <w:t>Something that says: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Come back. You are here. Choose again.</w:t>
      </w:r>
    </w:p>
    <w:p>
      <w:pPr>
        <w:widowControl/>
      </w:pPr>
      <w:r>
        <w:rPr>
          <w:i w:val="0"/>
        </w:rPr>
        <w:t>For me, that anchor eventually became a ring.</w:t>
      </w:r>
    </w:p>
    <w:p>
      <w:pPr>
        <w:widowControl/>
      </w:pPr>
      <w:r>
        <w:rPr>
          <w:i w:val="0"/>
        </w:rPr>
        <w:t>But the ring was never the destination.</w:t>
      </w:r>
    </w:p>
    <w:p>
      <w:pPr>
        <w:widowControl/>
      </w:pPr>
      <w:r>
        <w:rPr>
          <w:i w:val="0"/>
        </w:rPr>
        <w:t>It was the reminder.</w:t>
      </w:r>
    </w:p>
    <w:p>
      <w:pPr>
        <w:widowControl/>
      </w:pPr>
      <w:r>
        <w:rPr>
          <w:i w:val="0"/>
        </w:rPr>
        <w:t>The deeper work was learning how to return.</w:t>
      </w:r>
    </w:p>
    <w:p>
      <w:pPr>
        <w:pStyle w:val="Heading1"/>
        <w:keepNext/>
      </w:pPr>
      <w:r>
        <w:t>Why This Story Matters</w:t>
      </w:r>
    </w:p>
    <w:p>
      <w:pPr>
        <w:widowControl/>
      </w:pPr>
      <w:r>
        <w:rPr>
          <w:i w:val="0"/>
        </w:rPr>
        <w:t>Most people think life changes because of one extraordinary decision.</w:t>
      </w:r>
    </w:p>
    <w:p>
      <w:pPr>
        <w:widowControl/>
      </w:pPr>
      <w:r>
        <w:rPr>
          <w:i w:val="0"/>
        </w:rPr>
        <w:t>I do not.</w:t>
      </w:r>
    </w:p>
    <w:p>
      <w:pPr>
        <w:widowControl/>
      </w:pPr>
      <w:r>
        <w:rPr>
          <w:i w:val="0"/>
        </w:rPr>
        <w:t>I believe life changes because of thousands of ordinary decisions that slowly reshape the way we think.</w:t>
      </w:r>
    </w:p>
    <w:p>
      <w:pPr>
        <w:widowControl/>
      </w:pPr>
      <w:r>
        <w:rPr>
          <w:i w:val="0"/>
        </w:rPr>
        <w:t>Very few of us wake up one morning filled with confidence after years of doubt.</w:t>
      </w:r>
    </w:p>
    <w:p>
      <w:pPr>
        <w:widowControl/>
      </w:pPr>
      <w:r>
        <w:rPr>
          <w:i w:val="0"/>
        </w:rPr>
        <w:t>Very few people suddenly become grateful after years of focusing on what is missing.</w:t>
      </w:r>
    </w:p>
    <w:p>
      <w:pPr>
        <w:widowControl/>
      </w:pPr>
      <w:r>
        <w:rPr>
          <w:i w:val="0"/>
        </w:rPr>
        <w:t>Transformation rarely works that way.</w:t>
      </w:r>
    </w:p>
    <w:p>
      <w:pPr>
        <w:widowControl/>
      </w:pPr>
      <w:r>
        <w:rPr>
          <w:i w:val="0"/>
        </w:rPr>
        <w:t>It is quieter.</w:t>
      </w:r>
    </w:p>
    <w:p>
      <w:pPr>
        <w:widowControl/>
      </w:pPr>
      <w:r>
        <w:rPr>
          <w:i w:val="0"/>
        </w:rPr>
        <w:t>More patient.</w:t>
      </w:r>
    </w:p>
    <w:p>
      <w:pPr>
        <w:widowControl/>
      </w:pPr>
      <w:r>
        <w:rPr>
          <w:i w:val="0"/>
        </w:rPr>
        <w:t>More intentional.</w:t>
      </w:r>
    </w:p>
    <w:p>
      <w:pPr>
        <w:widowControl/>
      </w:pPr>
      <w:r>
        <w:rPr>
          <w:i w:val="0"/>
        </w:rPr>
        <w:t>Before the Hope Ring became part of this story, there was a more basic realization.</w:t>
      </w:r>
    </w:p>
    <w:p>
      <w:pPr>
        <w:widowControl/>
      </w:pPr>
      <w:r>
        <w:rPr>
          <w:i w:val="0"/>
        </w:rPr>
        <w:t>I needed something that could interrupt the spiral.</w:t>
      </w:r>
    </w:p>
    <w:p>
      <w:pPr>
        <w:widowControl/>
      </w:pPr>
      <w:r>
        <w:rPr>
          <w:i w:val="0"/>
        </w:rPr>
        <w:t>Something that could help me notice when my thoughts had begun carrying me farther away from truth.</w:t>
      </w:r>
    </w:p>
    <w:p>
      <w:pPr>
        <w:widowControl/>
      </w:pPr>
      <w:r>
        <w:rPr>
          <w:i w:val="0"/>
        </w:rPr>
        <w:t>Something that could bring me back to the present before fear turned one difficult moment into a prediction about my entire life.</w:t>
      </w:r>
    </w:p>
    <w:p>
      <w:pPr>
        <w:widowControl/>
      </w:pPr>
      <w:r>
        <w:rPr>
          <w:i w:val="0"/>
        </w:rPr>
        <w:t>That is what an anchor does.</w:t>
      </w:r>
    </w:p>
    <w:p>
      <w:pPr>
        <w:widowControl/>
      </w:pPr>
      <w:r>
        <w:rPr>
          <w:i w:val="0"/>
        </w:rPr>
        <w:t>It does not stop the storm.</w:t>
      </w:r>
    </w:p>
    <w:p>
      <w:pPr>
        <w:widowControl/>
      </w:pPr>
      <w:r>
        <w:rPr>
          <w:i w:val="0"/>
        </w:rPr>
        <w:t>It keeps us from drifting farther than we need to.</w:t>
      </w:r>
    </w:p>
    <w:p>
      <w:pPr>
        <w:widowControl/>
      </w:pPr>
      <w:r>
        <w:rPr>
          <w:i w:val="0"/>
        </w:rPr>
        <w:t>Finding Your Anchor is preserved in the Estate because every Brewmaster eventually discovers that the greatest battles are rarely fought only with the world around us.</w:t>
      </w:r>
    </w:p>
    <w:p>
      <w:pPr>
        <w:widowControl/>
      </w:pPr>
      <w:r>
        <w:rPr>
          <w:i w:val="0"/>
        </w:rPr>
        <w:t>They are also fought inside the stories we tell ourselves.</w:t>
      </w:r>
    </w:p>
    <w:p>
      <w:pPr>
        <w:widowControl/>
      </w:pPr>
      <w:r>
        <w:rPr>
          <w:i w:val="0"/>
        </w:rPr>
        <w:t>And sometimes hope begins with one small practice:</w:t>
      </w:r>
    </w:p>
    <w:p>
      <w:pPr>
        <w:widowControl/>
      </w:pPr>
      <w:r>
        <w:rPr>
          <w:i w:val="0"/>
        </w:rPr>
        <w:t>Pause.</w:t>
      </w:r>
    </w:p>
    <w:p>
      <w:pPr>
        <w:widowControl/>
      </w:pPr>
      <w:r>
        <w:rPr>
          <w:i w:val="0"/>
        </w:rPr>
        <w:t>Notice.</w:t>
      </w:r>
    </w:p>
    <w:p>
      <w:pPr>
        <w:widowControl/>
      </w:pPr>
      <w:r>
        <w:rPr>
          <w:i w:val="0"/>
        </w:rPr>
        <w:t>Choose again.</w:t>
      </w:r>
    </w:p>
    <w:p>
      <w:pPr>
        <w:pStyle w:val="Heading1"/>
        <w:keepNext/>
      </w:pPr>
      <w:r>
        <w:t>Chapter One — The Conversations No One Else Hears</w:t>
      </w:r>
    </w:p>
    <w:p>
      <w:pPr>
        <w:widowControl/>
      </w:pPr>
      <w:r>
        <w:rPr>
          <w:i w:val="0"/>
        </w:rPr>
        <w:t>Every person carries on a conversation that no one else can hear.</w:t>
      </w:r>
    </w:p>
    <w:p>
      <w:pPr>
        <w:widowControl/>
      </w:pPr>
      <w:r>
        <w:rPr>
          <w:i w:val="0"/>
        </w:rPr>
        <w:t>Sometimes it is encouraging.</w:t>
      </w:r>
    </w:p>
    <w:p>
      <w:pPr>
        <w:widowControl/>
      </w:pPr>
      <w:r>
        <w:rPr>
          <w:i w:val="0"/>
        </w:rPr>
        <w:t>Sometimes curious.</w:t>
      </w:r>
    </w:p>
    <w:p>
      <w:pPr>
        <w:widowControl/>
      </w:pPr>
      <w:r>
        <w:rPr>
          <w:i w:val="0"/>
        </w:rPr>
        <w:t>Sometimes painfully critical.</w:t>
      </w:r>
    </w:p>
    <w:p>
      <w:pPr>
        <w:widowControl/>
      </w:pPr>
      <w:r>
        <w:rPr>
          <w:i w:val="0"/>
        </w:rPr>
        <w:t>Mine was no different.</w:t>
      </w:r>
    </w:p>
    <w:p>
      <w:pPr>
        <w:widowControl/>
      </w:pPr>
      <w:r>
        <w:rPr>
          <w:i w:val="0"/>
        </w:rPr>
        <w:t>During the months of rebuilding my life, I became aware of how easily one discouraging thought could invite another.</w:t>
      </w:r>
    </w:p>
    <w:p>
      <w:pPr>
        <w:widowControl/>
      </w:pPr>
      <w:r>
        <w:rPr>
          <w:i w:val="0"/>
        </w:rPr>
        <w:t>A small setback became proof that everything was falling apart.</w:t>
      </w:r>
    </w:p>
    <w:p>
      <w:pPr>
        <w:widowControl/>
      </w:pPr>
      <w:r>
        <w:rPr>
          <w:i w:val="0"/>
        </w:rPr>
        <w:t>One unexpected bill became evidence that I had made a terrible mistake.</w:t>
      </w:r>
    </w:p>
    <w:p>
      <w:pPr>
        <w:widowControl/>
      </w:pPr>
      <w:r>
        <w:rPr>
          <w:i w:val="0"/>
        </w:rPr>
        <w:t>One difficult day became a prediction that tomorrow would surely be worse.</w:t>
      </w:r>
    </w:p>
    <w:p>
      <w:pPr>
        <w:widowControl/>
      </w:pPr>
      <w:r>
        <w:rPr>
          <w:i w:val="0"/>
        </w:rPr>
        <w:t>The facts had not changed.</w:t>
      </w:r>
    </w:p>
    <w:p>
      <w:pPr>
        <w:widowControl/>
      </w:pPr>
      <w:r>
        <w:rPr>
          <w:i w:val="0"/>
        </w:rPr>
        <w:t>Only the story I was telling myself.</w:t>
      </w:r>
    </w:p>
    <w:p>
      <w:pPr>
        <w:widowControl/>
      </w:pPr>
      <w:r>
        <w:rPr>
          <w:i w:val="0"/>
        </w:rPr>
        <w:t>That realization was uncomfortable.</w:t>
      </w:r>
    </w:p>
    <w:p>
      <w:pPr>
        <w:widowControl/>
      </w:pPr>
      <w:r>
        <w:rPr>
          <w:i w:val="0"/>
        </w:rPr>
        <w:t>It meant my greatest obstacle was not always the circumstance.</w:t>
      </w:r>
    </w:p>
    <w:p>
      <w:pPr>
        <w:widowControl/>
      </w:pPr>
      <w:r>
        <w:rPr>
          <w:i w:val="0"/>
        </w:rPr>
        <w:t>Sometimes it was the narrator living inside my own mind.</w:t>
      </w:r>
    </w:p>
    <w:p>
      <w:pPr>
        <w:widowControl/>
      </w:pPr>
      <w:r>
        <w:rPr>
          <w:i w:val="0"/>
        </w:rPr>
        <w:t>Have you ever noticed how quickly the mind writes endings?</w:t>
      </w:r>
    </w:p>
    <w:p>
      <w:pPr>
        <w:widowControl/>
      </w:pPr>
      <w:r>
        <w:rPr>
          <w:i w:val="0"/>
        </w:rPr>
        <w:t>Before the first chapter is finished, it has already imagined failure.</w:t>
      </w:r>
    </w:p>
    <w:p>
      <w:pPr>
        <w:widowControl/>
      </w:pPr>
      <w:r>
        <w:rPr>
          <w:i w:val="0"/>
        </w:rPr>
        <w:t>It invents conversations that never happen.</w:t>
      </w:r>
    </w:p>
    <w:p>
      <w:pPr>
        <w:widowControl/>
      </w:pPr>
      <w:r>
        <w:rPr>
          <w:i w:val="0"/>
        </w:rPr>
        <w:t>Arguments that never take place.</w:t>
      </w:r>
    </w:p>
    <w:p>
      <w:pPr>
        <w:widowControl/>
      </w:pPr>
      <w:r>
        <w:rPr>
          <w:i w:val="0"/>
        </w:rPr>
        <w:t>Problems that never arrive.</w:t>
      </w:r>
    </w:p>
    <w:p>
      <w:pPr>
        <w:widowControl/>
      </w:pPr>
      <w:r>
        <w:rPr>
          <w:i w:val="0"/>
        </w:rPr>
        <w:t>Fear has an incredible imagination.</w:t>
      </w:r>
    </w:p>
    <w:p>
      <w:pPr>
        <w:widowControl/>
      </w:pPr>
      <w:r>
        <w:rPr>
          <w:i w:val="0"/>
        </w:rPr>
        <w:t>Hope requires intention.</w:t>
      </w:r>
    </w:p>
    <w:p>
      <w:pPr>
        <w:widowControl/>
      </w:pPr>
      <w:r>
        <w:rPr>
          <w:i w:val="0"/>
        </w:rPr>
        <w:t>I began asking myself a simple question whenever I noticed those thoughts gathering strength: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Is this thought helping me brew hope, or stealing it?</w:t>
      </w:r>
    </w:p>
    <w:p>
      <w:pPr>
        <w:widowControl/>
      </w:pPr>
      <w:r>
        <w:rPr>
          <w:i w:val="0"/>
        </w:rPr>
        <w:t>That one question slowed everything down.</w:t>
      </w:r>
    </w:p>
    <w:p>
      <w:pPr>
        <w:widowControl/>
      </w:pPr>
      <w:r>
        <w:rPr>
          <w:i w:val="0"/>
        </w:rPr>
        <w:t>It created space.</w:t>
      </w:r>
    </w:p>
    <w:p>
      <w:pPr>
        <w:widowControl/>
      </w:pPr>
      <w:r>
        <w:rPr>
          <w:i w:val="0"/>
        </w:rPr>
        <w:t>And in that space, I discovered something powerful.</w:t>
      </w:r>
    </w:p>
    <w:p>
      <w:pPr>
        <w:widowControl/>
      </w:pPr>
      <w:r>
        <w:rPr>
          <w:i w:val="0"/>
        </w:rPr>
        <w:t>I could choose my next thought.</w:t>
      </w:r>
    </w:p>
    <w:p>
      <w:pPr>
        <w:widowControl/>
      </w:pPr>
      <w:r>
        <w:rPr>
          <w:i w:val="0"/>
        </w:rPr>
        <w:t>Not control every thought.</w:t>
      </w:r>
    </w:p>
    <w:p>
      <w:pPr>
        <w:widowControl/>
      </w:pPr>
      <w:r>
        <w:rPr>
          <w:i w:val="0"/>
        </w:rPr>
        <w:t>Not prevent fear from appearing.</w:t>
      </w:r>
    </w:p>
    <w:p>
      <w:pPr>
        <w:widowControl/>
      </w:pPr>
      <w:r>
        <w:rPr>
          <w:i w:val="0"/>
        </w:rPr>
        <w:t>Choose what happened after I noticed it.</w:t>
      </w:r>
    </w:p>
    <w:p>
      <w:pPr>
        <w:pStyle w:val="Heading1"/>
        <w:keepNext/>
      </w:pPr>
      <w:r>
        <w:t>Chapter Two — Drifting Before We Notice</w:t>
      </w:r>
    </w:p>
    <w:p>
      <w:pPr>
        <w:widowControl/>
      </w:pPr>
      <w:r>
        <w:rPr>
          <w:i w:val="0"/>
        </w:rPr>
        <w:t>Most spirals do not begin with catastrophe.</w:t>
      </w:r>
    </w:p>
    <w:p>
      <w:pPr>
        <w:widowControl/>
      </w:pPr>
      <w:r>
        <w:rPr>
          <w:i w:val="0"/>
        </w:rPr>
        <w:t>They begin with a small turn.</w:t>
      </w:r>
    </w:p>
    <w:p>
      <w:pPr>
        <w:widowControl/>
      </w:pPr>
      <w:r>
        <w:rPr>
          <w:i w:val="0"/>
        </w:rPr>
        <w:t>A thought we accept too quickly.</w:t>
      </w:r>
    </w:p>
    <w:p>
      <w:pPr>
        <w:widowControl/>
      </w:pPr>
      <w:r>
        <w:rPr>
          <w:i w:val="0"/>
        </w:rPr>
        <w:t>A conclusion we never question.</w:t>
      </w:r>
    </w:p>
    <w:p>
      <w:pPr>
        <w:widowControl/>
      </w:pPr>
      <w:r>
        <w:rPr>
          <w:i w:val="0"/>
        </w:rPr>
        <w:t>A fearful possibility treated as fact.</w:t>
      </w:r>
    </w:p>
    <w:p>
      <w:pPr>
        <w:widowControl/>
      </w:pPr>
      <w:r>
        <w:rPr>
          <w:i w:val="0"/>
        </w:rPr>
        <w:t>By the time we realize we are overwhelmed, the mind has already traveled far from the present moment.</w:t>
      </w:r>
    </w:p>
    <w:p>
      <w:pPr>
        <w:widowControl/>
      </w:pPr>
      <w:r>
        <w:rPr>
          <w:i w:val="0"/>
        </w:rPr>
        <w:t>That is why anchors matter.</w:t>
      </w:r>
    </w:p>
    <w:p>
      <w:pPr>
        <w:widowControl/>
      </w:pPr>
      <w:r>
        <w:rPr>
          <w:i w:val="0"/>
        </w:rPr>
        <w:t>They interrupt movement before movement becomes momentum.</w:t>
      </w:r>
    </w:p>
    <w:p>
      <w:pPr>
        <w:widowControl/>
      </w:pPr>
      <w:r>
        <w:rPr>
          <w:i w:val="0"/>
        </w:rPr>
        <w:t>At first, I did not know what my anchor would be.</w:t>
      </w:r>
    </w:p>
    <w:p>
      <w:pPr>
        <w:widowControl/>
      </w:pPr>
      <w:r>
        <w:rPr>
          <w:i w:val="0"/>
        </w:rPr>
        <w:t>I only knew I needed one.</w:t>
      </w:r>
    </w:p>
    <w:p>
      <w:pPr>
        <w:widowControl/>
      </w:pPr>
      <w:r>
        <w:rPr>
          <w:i w:val="0"/>
        </w:rPr>
        <w:t>Prayer helped.</w:t>
      </w:r>
    </w:p>
    <w:p>
      <w:pPr>
        <w:widowControl/>
      </w:pPr>
      <w:r>
        <w:rPr>
          <w:i w:val="0"/>
        </w:rPr>
        <w:t>Breathing helped.</w:t>
      </w:r>
    </w:p>
    <w:p>
      <w:pPr>
        <w:widowControl/>
      </w:pPr>
      <w:r>
        <w:rPr>
          <w:i w:val="0"/>
        </w:rPr>
        <w:t>Gratitude helped.</w:t>
      </w:r>
    </w:p>
    <w:p>
      <w:pPr>
        <w:widowControl/>
      </w:pPr>
      <w:r>
        <w:rPr>
          <w:i w:val="0"/>
        </w:rPr>
        <w:t>But in the middle of a busy day, I needed something immediate.</w:t>
      </w:r>
    </w:p>
    <w:p>
      <w:pPr>
        <w:widowControl/>
      </w:pPr>
      <w:r>
        <w:rPr>
          <w:i w:val="0"/>
        </w:rPr>
        <w:t>Something physical.</w:t>
      </w:r>
    </w:p>
    <w:p>
      <w:pPr>
        <w:widowControl/>
      </w:pPr>
      <w:r>
        <w:rPr>
          <w:i w:val="0"/>
        </w:rPr>
        <w:t>Something I could touch before my mind wandered too far into fear.</w:t>
      </w:r>
    </w:p>
    <w:p>
      <w:pPr>
        <w:widowControl/>
      </w:pPr>
      <w:r>
        <w:rPr>
          <w:i w:val="0"/>
        </w:rPr>
        <w:t>The need came before the object.</w:t>
      </w:r>
    </w:p>
    <w:p>
      <w:pPr>
        <w:widowControl/>
      </w:pPr>
      <w:r>
        <w:rPr>
          <w:i w:val="0"/>
        </w:rPr>
        <w:t>That matters.</w:t>
      </w:r>
    </w:p>
    <w:p>
      <w:pPr>
        <w:widowControl/>
      </w:pPr>
      <w:r>
        <w:rPr>
          <w:i w:val="0"/>
        </w:rPr>
        <w:t>Because when we tell the story in the wrong order, it sounds as though the ring created hope.</w:t>
      </w:r>
    </w:p>
    <w:p>
      <w:pPr>
        <w:widowControl/>
      </w:pPr>
      <w:r>
        <w:rPr>
          <w:i w:val="0"/>
        </w:rPr>
        <w:t>It did not.</w:t>
      </w:r>
    </w:p>
    <w:p>
      <w:pPr>
        <w:widowControl/>
      </w:pPr>
      <w:r>
        <w:rPr>
          <w:i w:val="0"/>
        </w:rPr>
        <w:t>The practice created space for hope.</w:t>
      </w:r>
    </w:p>
    <w:p>
      <w:pPr>
        <w:widowControl/>
      </w:pPr>
      <w:r>
        <w:rPr>
          <w:i w:val="0"/>
        </w:rPr>
        <w:t>The ring simply helped me remember the practice.</w:t>
      </w:r>
    </w:p>
    <w:p>
      <w:pPr>
        <w:pStyle w:val="Heading1"/>
        <w:keepNext/>
      </w:pPr>
      <w:r>
        <w:t>Chapter Three — The Anchor I Did Not Know I Needed</w:t>
      </w:r>
    </w:p>
    <w:p>
      <w:pPr>
        <w:widowControl/>
      </w:pPr>
      <w:r>
        <w:rPr>
          <w:i w:val="0"/>
        </w:rPr>
        <w:t>People often ask where the Hope Ring came from.</w:t>
      </w:r>
    </w:p>
    <w:p>
      <w:pPr>
        <w:widowControl/>
      </w:pPr>
      <w:r>
        <w:rPr>
          <w:i w:val="0"/>
        </w:rPr>
        <w:t>The truth is, it did not begin as a product.</w:t>
      </w:r>
    </w:p>
    <w:p>
      <w:pPr>
        <w:widowControl/>
      </w:pPr>
      <w:r>
        <w:rPr>
          <w:i w:val="0"/>
        </w:rPr>
        <w:t>It was not designed for a workshop.</w:t>
      </w:r>
    </w:p>
    <w:p>
      <w:pPr>
        <w:widowControl/>
      </w:pPr>
      <w:r>
        <w:rPr>
          <w:i w:val="0"/>
        </w:rPr>
        <w:t>It was not created for a podcast.</w:t>
      </w:r>
    </w:p>
    <w:p>
      <w:pPr>
        <w:widowControl/>
      </w:pPr>
      <w:r>
        <w:rPr>
          <w:i w:val="0"/>
        </w:rPr>
        <w:t>It was not even intended to become part of CHIA•TEA.</w:t>
      </w:r>
    </w:p>
    <w:p>
      <w:pPr>
        <w:widowControl/>
      </w:pPr>
      <w:r>
        <w:rPr>
          <w:i w:val="0"/>
        </w:rPr>
        <w:t>It began because I needed a reminder.</w:t>
      </w:r>
    </w:p>
    <w:p>
      <w:pPr>
        <w:widowControl/>
      </w:pPr>
      <w:r>
        <w:rPr>
          <w:i w:val="0"/>
        </w:rPr>
        <w:t>A physical reminder.</w:t>
      </w:r>
    </w:p>
    <w:p>
      <w:pPr>
        <w:widowControl/>
      </w:pPr>
      <w:r>
        <w:rPr>
          <w:i w:val="0"/>
        </w:rPr>
        <w:t>Something ordinary enough to wear every day and meaningful enough to bring me back to myself.</w:t>
      </w:r>
    </w:p>
    <w:p>
      <w:pPr>
        <w:widowControl/>
      </w:pPr>
      <w:r>
        <w:rPr>
          <w:i w:val="0"/>
        </w:rPr>
        <w:t>Every time my fingers found the ring, it became a gentle interruption.</w:t>
      </w:r>
    </w:p>
    <w:p>
      <w:pPr>
        <w:widowControl/>
      </w:pPr>
      <w:r>
        <w:rPr>
          <w:i w:val="0"/>
        </w:rPr>
        <w:t>Not an alarm.</w:t>
      </w:r>
    </w:p>
    <w:p>
      <w:pPr>
        <w:widowControl/>
      </w:pPr>
      <w:r>
        <w:rPr>
          <w:i w:val="0"/>
        </w:rPr>
        <w:t>Not a reprimand.</w:t>
      </w:r>
    </w:p>
    <w:p>
      <w:pPr>
        <w:widowControl/>
      </w:pPr>
      <w:r>
        <w:rPr>
          <w:i w:val="0"/>
        </w:rPr>
        <w:t>An invitation.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Breathe. Pause. Look around. Return to this moment. Ask a better question. Choose another thought.</w:t>
      </w:r>
    </w:p>
    <w:p>
      <w:pPr>
        <w:widowControl/>
      </w:pPr>
      <w:r>
        <w:rPr>
          <w:i w:val="0"/>
        </w:rPr>
        <w:t>That tiny action lasted only a few seconds.</w:t>
      </w:r>
    </w:p>
    <w:p>
      <w:pPr>
        <w:widowControl/>
      </w:pPr>
      <w:r>
        <w:rPr>
          <w:i w:val="0"/>
        </w:rPr>
        <w:t>But those few seconds often prevented hours of unnecessary worry.</w:t>
      </w:r>
    </w:p>
    <w:p>
      <w:pPr>
        <w:widowControl/>
      </w:pPr>
      <w:r>
        <w:rPr>
          <w:i w:val="0"/>
        </w:rPr>
        <w:t>The ring became less about metal and more about mindfulness.</w:t>
      </w:r>
    </w:p>
    <w:p>
      <w:pPr>
        <w:widowControl/>
      </w:pPr>
      <w:r>
        <w:rPr>
          <w:i w:val="0"/>
        </w:rPr>
        <w:t>Less about wearing something and more about remembering something.</w:t>
      </w:r>
    </w:p>
    <w:p>
      <w:pPr>
        <w:widowControl/>
      </w:pPr>
      <w:r>
        <w:rPr>
          <w:i w:val="0"/>
        </w:rPr>
        <w:t>Hope is built in moments.</w:t>
      </w:r>
    </w:p>
    <w:p>
      <w:pPr>
        <w:widowControl/>
      </w:pPr>
      <w:r>
        <w:rPr>
          <w:i w:val="0"/>
        </w:rPr>
        <w:t>Not someday.</w:t>
      </w:r>
    </w:p>
    <w:p>
      <w:pPr>
        <w:widowControl/>
      </w:pPr>
      <w:r>
        <w:rPr>
          <w:i w:val="0"/>
        </w:rPr>
        <w:t>Now.</w:t>
      </w:r>
    </w:p>
    <w:p>
      <w:pPr>
        <w:widowControl/>
      </w:pPr>
      <w:r>
        <w:rPr>
          <w:i w:val="0"/>
        </w:rPr>
        <w:t>The ring became my anchor because it connected the invisible work of thought to a visible act of return.</w:t>
      </w:r>
    </w:p>
    <w:p>
      <w:pPr>
        <w:widowControl/>
      </w:pPr>
      <w:r>
        <w:rPr>
          <w:i w:val="0"/>
        </w:rPr>
        <w:t>Touch.</w:t>
      </w:r>
    </w:p>
    <w:p>
      <w:pPr>
        <w:widowControl/>
      </w:pPr>
      <w:r>
        <w:rPr>
          <w:i w:val="0"/>
        </w:rPr>
        <w:t>Breathe.</w:t>
      </w:r>
    </w:p>
    <w:p>
      <w:pPr>
        <w:widowControl/>
      </w:pPr>
      <w:r>
        <w:rPr>
          <w:i w:val="0"/>
        </w:rPr>
        <w:t>Notice.</w:t>
      </w:r>
    </w:p>
    <w:p>
      <w:pPr>
        <w:widowControl/>
      </w:pPr>
      <w:r>
        <w:rPr>
          <w:i w:val="0"/>
        </w:rPr>
        <w:t>Choose.</w:t>
      </w:r>
    </w:p>
    <w:p>
      <w:pPr>
        <w:pStyle w:val="Heading1"/>
        <w:keepNext/>
      </w:pPr>
      <w:r>
        <w:t>Chapter Four — Interrupting the Spiral</w:t>
      </w:r>
    </w:p>
    <w:p>
      <w:pPr>
        <w:widowControl/>
      </w:pPr>
      <w:r>
        <w:rPr>
          <w:i w:val="0"/>
        </w:rPr>
        <w:t>Negative thinking rarely arrives all at once.</w:t>
      </w:r>
    </w:p>
    <w:p>
      <w:pPr>
        <w:widowControl/>
      </w:pPr>
      <w:r>
        <w:rPr>
          <w:i w:val="0"/>
        </w:rPr>
        <w:t>It spirals.</w:t>
      </w:r>
    </w:p>
    <w:p>
      <w:pPr>
        <w:widowControl/>
      </w:pPr>
      <w:r>
        <w:rPr>
          <w:i w:val="0"/>
        </w:rPr>
        <w:t>One discouraging thought invites another.</w:t>
      </w:r>
    </w:p>
    <w:p>
      <w:pPr>
        <w:widowControl/>
      </w:pPr>
      <w:r>
        <w:rPr>
          <w:i w:val="0"/>
        </w:rPr>
        <w:t>Then another.</w:t>
      </w:r>
    </w:p>
    <w:p>
      <w:pPr>
        <w:widowControl/>
      </w:pPr>
      <w:r>
        <w:rPr>
          <w:i w:val="0"/>
        </w:rPr>
        <w:t>Before long, we have convinced ourselves that a single difficult moment defines our entire future.</w:t>
      </w:r>
    </w:p>
    <w:p>
      <w:pPr>
        <w:widowControl/>
      </w:pPr>
      <w:r>
        <w:rPr>
          <w:i w:val="0"/>
        </w:rPr>
        <w:t>I learned to recognize that spiral.</w:t>
      </w:r>
    </w:p>
    <w:p>
      <w:pPr>
        <w:widowControl/>
      </w:pPr>
      <w:r>
        <w:rPr>
          <w:i w:val="0"/>
        </w:rPr>
        <w:t>Not because I became immune to fear.</w:t>
      </w:r>
    </w:p>
    <w:p>
      <w:pPr>
        <w:widowControl/>
      </w:pPr>
      <w:r>
        <w:rPr>
          <w:i w:val="0"/>
        </w:rPr>
        <w:t>Because I finally saw its pattern.</w:t>
      </w:r>
    </w:p>
    <w:p>
      <w:pPr>
        <w:widowControl/>
      </w:pPr>
      <w:r>
        <w:rPr>
          <w:i w:val="0"/>
        </w:rPr>
        <w:t>It almost always began with one unchecked thought.</w:t>
      </w:r>
    </w:p>
    <w:p>
      <w:pPr>
        <w:widowControl/>
      </w:pPr>
      <w:r>
        <w:rPr>
          <w:i w:val="0"/>
        </w:rPr>
        <w:t>So instead of trying to fight the entire spiral, I interrupted the first turn.</w:t>
      </w:r>
    </w:p>
    <w:p>
      <w:pPr>
        <w:widowControl/>
      </w:pPr>
      <w:r>
        <w:rPr>
          <w:i w:val="0"/>
        </w:rPr>
        <w:t>I would touch the ring.</w:t>
      </w:r>
    </w:p>
    <w:p>
      <w:pPr>
        <w:widowControl/>
      </w:pPr>
      <w:r>
        <w:rPr>
          <w:i w:val="0"/>
        </w:rPr>
        <w:t>Take one slow breath.</w:t>
      </w:r>
    </w:p>
    <w:p>
      <w:pPr>
        <w:widowControl/>
      </w:pPr>
      <w:r>
        <w:rPr>
          <w:i w:val="0"/>
        </w:rPr>
        <w:t>Look for one thing I could be grateful for.</w:t>
      </w:r>
    </w:p>
    <w:p>
      <w:pPr>
        <w:widowControl/>
      </w:pPr>
      <w:r>
        <w:rPr>
          <w:i w:val="0"/>
        </w:rPr>
        <w:t>Then ask: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What is true right now?</w:t>
      </w:r>
    </w:p>
    <w:p>
      <w:pPr>
        <w:widowControl/>
      </w:pPr>
      <w:r>
        <w:rPr>
          <w:i w:val="0"/>
        </w:rPr>
        <w:t>Not tomorrow.</w:t>
      </w:r>
    </w:p>
    <w:p>
      <w:pPr>
        <w:widowControl/>
      </w:pPr>
      <w:r>
        <w:rPr>
          <w:i w:val="0"/>
        </w:rPr>
        <w:t>Not next month.</w:t>
      </w:r>
    </w:p>
    <w:p>
      <w:pPr>
        <w:widowControl/>
      </w:pPr>
      <w:r>
        <w:rPr>
          <w:i w:val="0"/>
        </w:rPr>
        <w:t>Now.</w:t>
      </w:r>
    </w:p>
    <w:p>
      <w:pPr>
        <w:widowControl/>
      </w:pPr>
      <w:r>
        <w:rPr>
          <w:i w:val="0"/>
        </w:rPr>
        <w:t>Usually the answer surprised me.</w:t>
      </w:r>
    </w:p>
    <w:p>
      <w:pPr>
        <w:widowControl/>
      </w:pPr>
      <w:r>
        <w:rPr>
          <w:i w:val="0"/>
        </w:rPr>
        <w:t>Right now, I was safe.</w:t>
      </w:r>
    </w:p>
    <w:p>
      <w:pPr>
        <w:widowControl/>
      </w:pPr>
      <w:r>
        <w:rPr>
          <w:i w:val="0"/>
        </w:rPr>
        <w:t>Right now, I could solve one problem.</w:t>
      </w:r>
    </w:p>
    <w:p>
      <w:pPr>
        <w:widowControl/>
      </w:pPr>
      <w:r>
        <w:rPr>
          <w:i w:val="0"/>
        </w:rPr>
        <w:t>Right now, the sun was still rising.</w:t>
      </w:r>
    </w:p>
    <w:p>
      <w:pPr>
        <w:widowControl/>
      </w:pPr>
      <w:r>
        <w:rPr>
          <w:i w:val="0"/>
        </w:rPr>
        <w:t>Right now, I was stronger than my fear wanted me to believe.</w:t>
      </w:r>
    </w:p>
    <w:p>
      <w:pPr>
        <w:widowControl/>
      </w:pPr>
      <w:r>
        <w:rPr>
          <w:i w:val="0"/>
        </w:rPr>
        <w:t>Hope did not erase uncertainty.</w:t>
      </w:r>
    </w:p>
    <w:p>
      <w:pPr>
        <w:widowControl/>
      </w:pPr>
      <w:r>
        <w:rPr>
          <w:i w:val="0"/>
        </w:rPr>
        <w:t>It restored perspective.</w:t>
      </w:r>
    </w:p>
    <w:p>
      <w:pPr>
        <w:widowControl/>
      </w:pPr>
      <w:r>
        <w:rPr>
          <w:i w:val="0"/>
        </w:rPr>
        <w:t>Perspective changed everything.</w:t>
      </w:r>
    </w:p>
    <w:p>
      <w:pPr>
        <w:pStyle w:val="Heading1"/>
        <w:keepNext/>
      </w:pPr>
      <w:r>
        <w:t>Chapter Five — The Power of One Better Thought</w:t>
      </w:r>
    </w:p>
    <w:p>
      <w:pPr>
        <w:widowControl/>
      </w:pPr>
      <w:r>
        <w:rPr>
          <w:i w:val="0"/>
        </w:rPr>
        <w:t>There was a time when I believed changing my life meant changing everything.</w:t>
      </w:r>
    </w:p>
    <w:p>
      <w:pPr>
        <w:widowControl/>
      </w:pPr>
      <w:r>
        <w:rPr>
          <w:i w:val="0"/>
        </w:rPr>
        <w:t>A different job.</w:t>
      </w:r>
    </w:p>
    <w:p>
      <w:pPr>
        <w:widowControl/>
      </w:pPr>
      <w:r>
        <w:rPr>
          <w:i w:val="0"/>
        </w:rPr>
        <w:t>A different schedule.</w:t>
      </w:r>
    </w:p>
    <w:p>
      <w:pPr>
        <w:widowControl/>
      </w:pPr>
      <w:r>
        <w:rPr>
          <w:i w:val="0"/>
        </w:rPr>
        <w:t>A different home.</w:t>
      </w:r>
    </w:p>
    <w:p>
      <w:pPr>
        <w:widowControl/>
      </w:pPr>
      <w:r>
        <w:rPr>
          <w:i w:val="0"/>
        </w:rPr>
        <w:t>A different set of circumstances.</w:t>
      </w:r>
    </w:p>
    <w:p>
      <w:pPr>
        <w:widowControl/>
      </w:pPr>
      <w:r>
        <w:rPr>
          <w:i w:val="0"/>
        </w:rPr>
        <w:t>What I eventually discovered was something much smaller and much more powerful.</w:t>
      </w:r>
    </w:p>
    <w:p>
      <w:pPr>
        <w:widowControl/>
      </w:pPr>
      <w:r>
        <w:rPr>
          <w:i w:val="0"/>
        </w:rPr>
        <w:t>Sometimes changing your life begins by changing one thought.</w:t>
      </w:r>
    </w:p>
    <w:p>
      <w:pPr>
        <w:widowControl/>
      </w:pPr>
      <w:r>
        <w:rPr>
          <w:i w:val="0"/>
        </w:rPr>
        <w:t>Not all of them.</w:t>
      </w:r>
    </w:p>
    <w:p>
      <w:pPr>
        <w:widowControl/>
      </w:pPr>
      <w:r>
        <w:rPr>
          <w:i w:val="0"/>
        </w:rPr>
        <w:t>Just one.</w:t>
      </w:r>
    </w:p>
    <w:p>
      <w:pPr>
        <w:widowControl/>
      </w:pPr>
      <w:r>
        <w:rPr>
          <w:i w:val="0"/>
        </w:rPr>
        <w:t>That realization became one of the greatest gifts the Hope Ring offered me.</w:t>
      </w:r>
    </w:p>
    <w:p>
      <w:pPr>
        <w:widowControl/>
      </w:pPr>
      <w:r>
        <w:rPr>
          <w:i w:val="0"/>
        </w:rPr>
        <w:t>It never asked me to become a different person before lunch.</w:t>
      </w:r>
    </w:p>
    <w:p>
      <w:pPr>
        <w:widowControl/>
      </w:pPr>
      <w:r>
        <w:rPr>
          <w:i w:val="0"/>
        </w:rPr>
        <w:t>It simply asked: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Can you choose one better thought?</w:t>
      </w:r>
    </w:p>
    <w:p>
      <w:pPr>
        <w:widowControl/>
      </w:pPr>
      <w:r>
        <w:rPr>
          <w:i w:val="0"/>
        </w:rPr>
        <w:t>Not the perfect thought.</w:t>
      </w:r>
    </w:p>
    <w:p>
      <w:pPr>
        <w:widowControl/>
      </w:pPr>
      <w:r>
        <w:rPr>
          <w:i w:val="0"/>
        </w:rPr>
        <w:t>Not the happiest thought.</w:t>
      </w:r>
    </w:p>
    <w:p>
      <w:pPr>
        <w:widowControl/>
      </w:pPr>
      <w:r>
        <w:rPr>
          <w:i w:val="0"/>
        </w:rPr>
        <w:t>A better one.</w:t>
      </w:r>
    </w:p>
    <w:p>
      <w:pPr>
        <w:widowControl/>
      </w:pPr>
      <w:r>
        <w:rPr>
          <w:i w:val="0"/>
        </w:rPr>
        <w:t>Instead of, everything is falling apart:</w:t>
      </w:r>
    </w:p>
    <w:p>
      <w:pPr>
        <w:widowControl/>
      </w:pPr>
      <w:r>
        <w:rPr>
          <w:i w:val="0"/>
        </w:rPr>
        <w:t>Today is difficult, but I have survived difficult days before.</w:t>
      </w:r>
    </w:p>
    <w:p>
      <w:pPr>
        <w:widowControl/>
      </w:pPr>
      <w:r>
        <w:rPr>
          <w:i w:val="0"/>
        </w:rPr>
        <w:t>Instead of, I always fail:</w:t>
      </w:r>
    </w:p>
    <w:p>
      <w:pPr>
        <w:widowControl/>
      </w:pPr>
      <w:r>
        <w:rPr>
          <w:i w:val="0"/>
        </w:rPr>
        <w:t>I am still learning.</w:t>
      </w:r>
    </w:p>
    <w:p>
      <w:pPr>
        <w:widowControl/>
      </w:pPr>
      <w:r>
        <w:rPr>
          <w:i w:val="0"/>
        </w:rPr>
        <w:t>Instead of, nothing is working:</w:t>
      </w:r>
    </w:p>
    <w:p>
      <w:pPr>
        <w:widowControl/>
      </w:pPr>
      <w:r>
        <w:rPr>
          <w:i w:val="0"/>
        </w:rPr>
        <w:t>One thing worked today.</w:t>
      </w:r>
    </w:p>
    <w:p>
      <w:pPr>
        <w:widowControl/>
      </w:pPr>
      <w:r>
        <w:rPr>
          <w:i w:val="0"/>
        </w:rPr>
        <w:t>Hope does not require dramatic optimism.</w:t>
      </w:r>
    </w:p>
    <w:p>
      <w:pPr>
        <w:widowControl/>
      </w:pPr>
      <w:r>
        <w:rPr>
          <w:i w:val="0"/>
        </w:rPr>
        <w:t>It requires honest perspective.</w:t>
      </w:r>
    </w:p>
    <w:p>
      <w:pPr>
        <w:widowControl/>
      </w:pPr>
      <w:r>
        <w:rPr>
          <w:i w:val="0"/>
        </w:rPr>
        <w:t>One better thought has a remarkable way of inviting another.</w:t>
      </w:r>
    </w:p>
    <w:p>
      <w:pPr>
        <w:widowControl/>
      </w:pPr>
      <w:r>
        <w:rPr>
          <w:i w:val="0"/>
        </w:rPr>
        <w:t>Soon the conversation inside your head begins changing.</w:t>
      </w:r>
    </w:p>
    <w:p>
      <w:pPr>
        <w:widowControl/>
      </w:pPr>
      <w:r>
        <w:rPr>
          <w:i w:val="0"/>
        </w:rPr>
        <w:t>Not because someone else rescued you.</w:t>
      </w:r>
    </w:p>
    <w:p>
      <w:pPr>
        <w:widowControl/>
      </w:pPr>
      <w:r>
        <w:rPr>
          <w:i w:val="0"/>
        </w:rPr>
        <w:t>Because you became a kinder narrator of your own story.</w:t>
      </w:r>
    </w:p>
    <w:p>
      <w:pPr>
        <w:pStyle w:val="Heading1"/>
        <w:keepNext/>
      </w:pPr>
      <w:r>
        <w:t>Chapter Six — Gratitude Changes What We See</w:t>
      </w:r>
    </w:p>
    <w:p>
      <w:pPr>
        <w:widowControl/>
      </w:pPr>
      <w:r>
        <w:rPr>
          <w:i w:val="0"/>
        </w:rPr>
        <w:t>People often misunderstand gratitude.</w:t>
      </w:r>
    </w:p>
    <w:p>
      <w:pPr>
        <w:widowControl/>
      </w:pPr>
      <w:r>
        <w:rPr>
          <w:i w:val="0"/>
        </w:rPr>
        <w:t>They imagine it means pretending everything is wonderful.</w:t>
      </w:r>
    </w:p>
    <w:p>
      <w:pPr>
        <w:widowControl/>
      </w:pPr>
      <w:r>
        <w:rPr>
          <w:i w:val="0"/>
        </w:rPr>
        <w:t>It does not.</w:t>
      </w:r>
    </w:p>
    <w:p>
      <w:pPr>
        <w:widowControl/>
      </w:pPr>
      <w:r>
        <w:rPr>
          <w:i w:val="0"/>
        </w:rPr>
        <w:t>Gratitude has never asked me to ignore reality.</w:t>
      </w:r>
    </w:p>
    <w:p>
      <w:pPr>
        <w:widowControl/>
      </w:pPr>
      <w:r>
        <w:rPr>
          <w:i w:val="0"/>
        </w:rPr>
        <w:t>It asks me to notice all of reality.</w:t>
      </w:r>
    </w:p>
    <w:p>
      <w:pPr>
        <w:widowControl/>
      </w:pPr>
      <w:r>
        <w:rPr>
          <w:i w:val="0"/>
        </w:rPr>
        <w:t>When fear is driving, we notice only what is broken.</w:t>
      </w:r>
    </w:p>
    <w:p>
      <w:pPr>
        <w:widowControl/>
      </w:pPr>
      <w:r>
        <w:rPr>
          <w:i w:val="0"/>
        </w:rPr>
        <w:t>The bills.</w:t>
      </w:r>
    </w:p>
    <w:p>
      <w:pPr>
        <w:widowControl/>
      </w:pPr>
      <w:r>
        <w:rPr>
          <w:i w:val="0"/>
        </w:rPr>
        <w:t>The setbacks.</w:t>
      </w:r>
    </w:p>
    <w:p>
      <w:pPr>
        <w:widowControl/>
      </w:pPr>
      <w:r>
        <w:rPr>
          <w:i w:val="0"/>
        </w:rPr>
        <w:t>The uncertainty.</w:t>
      </w:r>
    </w:p>
    <w:p>
      <w:pPr>
        <w:widowControl/>
      </w:pPr>
      <w:r>
        <w:rPr>
          <w:i w:val="0"/>
        </w:rPr>
        <w:t>The disappointments.</w:t>
      </w:r>
    </w:p>
    <w:p>
      <w:pPr>
        <w:widowControl/>
      </w:pPr>
      <w:r>
        <w:rPr>
          <w:i w:val="0"/>
        </w:rPr>
        <w:t>Gratitude widens the lens.</w:t>
      </w:r>
    </w:p>
    <w:p>
      <w:pPr>
        <w:widowControl/>
      </w:pPr>
      <w:r>
        <w:rPr>
          <w:i w:val="0"/>
        </w:rPr>
        <w:t>It notices the sunrise.</w:t>
      </w:r>
    </w:p>
    <w:p>
      <w:pPr>
        <w:widowControl/>
      </w:pPr>
      <w:r>
        <w:rPr>
          <w:i w:val="0"/>
        </w:rPr>
        <w:t>The friend who called.</w:t>
      </w:r>
    </w:p>
    <w:p>
      <w:pPr>
        <w:widowControl/>
      </w:pPr>
      <w:r>
        <w:rPr>
          <w:i w:val="0"/>
        </w:rPr>
        <w:t>The repaired appliance.</w:t>
      </w:r>
    </w:p>
    <w:p>
      <w:pPr>
        <w:widowControl/>
      </w:pPr>
      <w:r>
        <w:rPr>
          <w:i w:val="0"/>
        </w:rPr>
        <w:t>The encouraging conversation.</w:t>
      </w:r>
    </w:p>
    <w:p>
      <w:pPr>
        <w:widowControl/>
      </w:pPr>
      <w:r>
        <w:rPr>
          <w:i w:val="0"/>
        </w:rPr>
        <w:t>The warm cup of tea.</w:t>
      </w:r>
    </w:p>
    <w:p>
      <w:pPr>
        <w:widowControl/>
      </w:pPr>
      <w:r>
        <w:rPr>
          <w:i w:val="0"/>
        </w:rPr>
        <w:t>The fact that we are still here.</w:t>
      </w:r>
    </w:p>
    <w:p>
      <w:pPr>
        <w:widowControl/>
      </w:pPr>
      <w:r>
        <w:rPr>
          <w:i w:val="0"/>
        </w:rPr>
        <w:t>I began a simple practice.</w:t>
      </w:r>
    </w:p>
    <w:p>
      <w:pPr>
        <w:widowControl/>
      </w:pPr>
      <w:r>
        <w:rPr>
          <w:i w:val="0"/>
        </w:rPr>
        <w:t>Every evening I wrote down three things that reminded me hope was still alive.</w:t>
      </w:r>
    </w:p>
    <w:p>
      <w:pPr>
        <w:widowControl/>
      </w:pPr>
      <w:r>
        <w:rPr>
          <w:i w:val="0"/>
        </w:rPr>
        <w:t>Some days they were extraordinary.</w:t>
      </w:r>
    </w:p>
    <w:p>
      <w:pPr>
        <w:widowControl/>
      </w:pPr>
      <w:r>
        <w:rPr>
          <w:i w:val="0"/>
        </w:rPr>
        <w:t>Most days they were not.</w:t>
      </w:r>
    </w:p>
    <w:p>
      <w:pPr>
        <w:widowControl/>
      </w:pPr>
      <w:r>
        <w:rPr>
          <w:i w:val="0"/>
        </w:rPr>
        <w:t>A quiet walk.</w:t>
      </w:r>
    </w:p>
    <w:p>
      <w:pPr>
        <w:widowControl/>
      </w:pPr>
      <w:r>
        <w:rPr>
          <w:i w:val="0"/>
        </w:rPr>
        <w:t>A meal.</w:t>
      </w:r>
    </w:p>
    <w:p>
      <w:pPr>
        <w:widowControl/>
      </w:pPr>
      <w:r>
        <w:rPr>
          <w:i w:val="0"/>
        </w:rPr>
        <w:t>A smile from a stranger.</w:t>
      </w:r>
    </w:p>
    <w:p>
      <w:pPr>
        <w:widowControl/>
      </w:pPr>
      <w:r>
        <w:rPr>
          <w:i w:val="0"/>
        </w:rPr>
        <w:t>A problem solved.</w:t>
      </w:r>
    </w:p>
    <w:p>
      <w:pPr>
        <w:widowControl/>
      </w:pPr>
      <w:r>
        <w:rPr>
          <w:i w:val="0"/>
        </w:rPr>
        <w:t>A lesson learned.</w:t>
      </w:r>
    </w:p>
    <w:p>
      <w:pPr>
        <w:widowControl/>
      </w:pPr>
      <w:r>
        <w:rPr>
          <w:i w:val="0"/>
        </w:rPr>
        <w:t>Those lists slowly became evidence.</w:t>
      </w:r>
    </w:p>
    <w:p>
      <w:pPr>
        <w:widowControl/>
      </w:pPr>
      <w:r>
        <w:rPr>
          <w:i w:val="0"/>
        </w:rPr>
        <w:t>Not evidence that life was perfect.</w:t>
      </w:r>
    </w:p>
    <w:p>
      <w:pPr>
        <w:widowControl/>
      </w:pPr>
      <w:r>
        <w:rPr>
          <w:i w:val="0"/>
        </w:rPr>
        <w:t>Evidence that hope had never actually left.</w:t>
      </w:r>
    </w:p>
    <w:p>
      <w:pPr>
        <w:widowControl/>
      </w:pPr>
      <w:r>
        <w:rPr>
          <w:i w:val="0"/>
        </w:rPr>
        <w:t>I had simply stopped noticing it.</w:t>
      </w:r>
    </w:p>
    <w:p>
      <w:pPr>
        <w:pStyle w:val="Heading1"/>
        <w:keepNext/>
      </w:pPr>
      <w:r>
        <w:t>Chapter Seven — The Ring I Hope You Never Need</w:t>
      </w:r>
    </w:p>
    <w:p>
      <w:pPr>
        <w:widowControl/>
      </w:pPr>
      <w:r>
        <w:rPr>
          <w:i w:val="0"/>
        </w:rPr>
        <w:t>My hope has never been that everyone owns a Hope Ring.</w:t>
      </w:r>
    </w:p>
    <w:p>
      <w:pPr>
        <w:widowControl/>
      </w:pPr>
      <w:r>
        <w:rPr>
          <w:i w:val="0"/>
        </w:rPr>
        <w:t>My hope is that everyone finds an anchor.</w:t>
      </w:r>
    </w:p>
    <w:p>
      <w:pPr>
        <w:widowControl/>
      </w:pPr>
      <w:r>
        <w:rPr>
          <w:i w:val="0"/>
        </w:rPr>
        <w:t>For you, it might be a ring.</w:t>
      </w:r>
    </w:p>
    <w:p>
      <w:pPr>
        <w:widowControl/>
      </w:pPr>
      <w:r>
        <w:rPr>
          <w:i w:val="0"/>
        </w:rPr>
        <w:t>A bracelet.</w:t>
      </w:r>
    </w:p>
    <w:p>
      <w:pPr>
        <w:widowControl/>
      </w:pPr>
      <w:r>
        <w:rPr>
          <w:i w:val="0"/>
        </w:rPr>
        <w:t>A photograph.</w:t>
      </w:r>
    </w:p>
    <w:p>
      <w:pPr>
        <w:widowControl/>
      </w:pPr>
      <w:r>
        <w:rPr>
          <w:i w:val="0"/>
        </w:rPr>
        <w:t>A journal.</w:t>
      </w:r>
    </w:p>
    <w:p>
      <w:pPr>
        <w:widowControl/>
      </w:pPr>
      <w:r>
        <w:rPr>
          <w:i w:val="0"/>
        </w:rPr>
        <w:t>A Bible.</w:t>
      </w:r>
    </w:p>
    <w:p>
      <w:pPr>
        <w:widowControl/>
      </w:pPr>
      <w:r>
        <w:rPr>
          <w:i w:val="0"/>
        </w:rPr>
        <w:t>A stone collected from a meaningful place.</w:t>
      </w:r>
    </w:p>
    <w:p>
      <w:pPr>
        <w:widowControl/>
      </w:pPr>
      <w:r>
        <w:rPr>
          <w:i w:val="0"/>
        </w:rPr>
        <w:t>A cup of tea.</w:t>
      </w:r>
    </w:p>
    <w:p>
      <w:pPr>
        <w:widowControl/>
      </w:pPr>
      <w:r>
        <w:rPr>
          <w:i w:val="0"/>
        </w:rPr>
        <w:t>A word written on a card.</w:t>
      </w:r>
    </w:p>
    <w:p>
      <w:pPr>
        <w:widowControl/>
      </w:pPr>
      <w:r>
        <w:rPr>
          <w:i w:val="0"/>
        </w:rPr>
        <w:t>A practice you return to when the mind begins drifting.</w:t>
      </w:r>
    </w:p>
    <w:p>
      <w:pPr>
        <w:widowControl/>
      </w:pPr>
      <w:r>
        <w:rPr>
          <w:i w:val="0"/>
        </w:rPr>
        <w:t>Something ordinary made extraordinary because of what it reminds you to remember.</w:t>
      </w:r>
    </w:p>
    <w:p>
      <w:pPr>
        <w:widowControl/>
      </w:pPr>
      <w:r>
        <w:rPr>
          <w:i w:val="0"/>
        </w:rPr>
        <w:t>Objects have no power by themselves.</w:t>
      </w:r>
    </w:p>
    <w:p>
      <w:pPr>
        <w:widowControl/>
      </w:pPr>
      <w:r>
        <w:rPr>
          <w:i w:val="0"/>
        </w:rPr>
        <w:t>Meaning gives them power.</w:t>
      </w:r>
    </w:p>
    <w:p>
      <w:pPr>
        <w:widowControl/>
      </w:pPr>
      <w:r>
        <w:rPr>
          <w:i w:val="0"/>
        </w:rPr>
        <w:t>Every time I touched the ring, I was not believing in metal.</w:t>
      </w:r>
    </w:p>
    <w:p>
      <w:pPr>
        <w:widowControl/>
      </w:pPr>
      <w:r>
        <w:rPr>
          <w:i w:val="0"/>
        </w:rPr>
        <w:t>I was believing in the person I was becoming.</w:t>
      </w:r>
    </w:p>
    <w:p>
      <w:pPr>
        <w:widowControl/>
      </w:pPr>
      <w:r>
        <w:rPr>
          <w:i w:val="0"/>
        </w:rPr>
        <w:t>That distinction matters.</w:t>
      </w:r>
    </w:p>
    <w:p>
      <w:pPr>
        <w:widowControl/>
      </w:pPr>
      <w:r>
        <w:rPr>
          <w:i w:val="0"/>
        </w:rPr>
        <w:t>Hope has never lived inside the ring.</w:t>
      </w:r>
    </w:p>
    <w:p>
      <w:pPr>
        <w:widowControl/>
      </w:pPr>
      <w:r>
        <w:rPr>
          <w:i w:val="0"/>
        </w:rPr>
        <w:t>Hope has always lived inside the one wearing it.</w:t>
      </w:r>
    </w:p>
    <w:p>
      <w:pPr>
        <w:widowControl/>
      </w:pPr>
      <w:r>
        <w:rPr>
          <w:i w:val="0"/>
        </w:rPr>
        <w:t>The ring simply reminded me where to look.</w:t>
      </w:r>
    </w:p>
    <w:p>
      <w:pPr>
        <w:widowControl/>
      </w:pPr>
      <w:r>
        <w:rPr>
          <w:i w:val="0"/>
        </w:rPr>
        <w:t>An anchor is not magic.</w:t>
      </w:r>
    </w:p>
    <w:p>
      <w:pPr>
        <w:widowControl/>
      </w:pPr>
      <w:r>
        <w:rPr>
          <w:i w:val="0"/>
        </w:rPr>
        <w:t>It is memory made usable.</w:t>
      </w:r>
    </w:p>
    <w:p>
      <w:pPr>
        <w:pStyle w:val="Heading1"/>
        <w:keepNext/>
      </w:pPr>
      <w:r>
        <w:t>Chapter Eight — Brewing Hope One Thought at a Time</w:t>
      </w:r>
    </w:p>
    <w:p>
      <w:pPr>
        <w:widowControl/>
      </w:pPr>
      <w:r>
        <w:rPr>
          <w:i w:val="0"/>
        </w:rPr>
        <w:t>Years later, while creating CHIA•TEA, I realized the Hope Ring had quietly influenced nearly everything we built.</w:t>
      </w:r>
    </w:p>
    <w:p>
      <w:pPr>
        <w:widowControl/>
      </w:pPr>
      <w:r>
        <w:rPr>
          <w:i w:val="0"/>
        </w:rPr>
        <w:t>The Tea Leaves invite us to notice lessons.</w:t>
      </w:r>
    </w:p>
    <w:p>
      <w:pPr>
        <w:widowControl/>
      </w:pPr>
      <w:r>
        <w:rPr>
          <w:i w:val="0"/>
        </w:rPr>
        <w:t>The Drops of Hope invite us to notice encouragement.</w:t>
      </w:r>
    </w:p>
    <w:p>
      <w:pPr>
        <w:widowControl/>
      </w:pPr>
      <w:r>
        <w:rPr>
          <w:i w:val="0"/>
        </w:rPr>
        <w:t>The Companion invites us to notice wisdom.</w:t>
      </w:r>
    </w:p>
    <w:p>
      <w:pPr>
        <w:widowControl/>
      </w:pPr>
      <w:r>
        <w:rPr>
          <w:i w:val="0"/>
        </w:rPr>
        <w:t>The Estate Stories invite us to notice transformation.</w:t>
      </w:r>
    </w:p>
    <w:p>
      <w:pPr>
        <w:widowControl/>
      </w:pPr>
      <w:r>
        <w:rPr>
          <w:i w:val="0"/>
        </w:rPr>
        <w:t>Every part of the Estate asks the same question: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What are you choosing to notice?</w:t>
      </w:r>
    </w:p>
    <w:p>
      <w:pPr>
        <w:widowControl/>
      </w:pPr>
      <w:r>
        <w:rPr>
          <w:i w:val="0"/>
        </w:rPr>
        <w:t>That may be one of the most important questions we ever ask ourselves.</w:t>
      </w:r>
    </w:p>
    <w:p>
      <w:pPr>
        <w:widowControl/>
      </w:pPr>
      <w:r>
        <w:rPr>
          <w:i w:val="0"/>
        </w:rPr>
        <w:t>Our lives are shaped not only by what happens to us, but also by the meaning we give what happens.</w:t>
      </w:r>
    </w:p>
    <w:p>
      <w:pPr>
        <w:widowControl/>
      </w:pPr>
      <w:r>
        <w:rPr>
          <w:i w:val="0"/>
        </w:rPr>
        <w:t>The Hope Ring taught me that.</w:t>
      </w:r>
    </w:p>
    <w:p>
      <w:pPr>
        <w:widowControl/>
      </w:pPr>
      <w:r>
        <w:rPr>
          <w:i w:val="0"/>
        </w:rPr>
        <w:t>Not in one extraordinary afternoon.</w:t>
      </w:r>
    </w:p>
    <w:p>
      <w:pPr>
        <w:widowControl/>
      </w:pPr>
      <w:r>
        <w:rPr>
          <w:i w:val="0"/>
        </w:rPr>
        <w:t>Through hundreds of ordinary moments.</w:t>
      </w:r>
    </w:p>
    <w:p>
      <w:pPr>
        <w:widowControl/>
      </w:pPr>
      <w:r>
        <w:rPr>
          <w:i w:val="0"/>
        </w:rPr>
        <w:t>One touch.</w:t>
      </w:r>
    </w:p>
    <w:p>
      <w:pPr>
        <w:widowControl/>
      </w:pPr>
      <w:r>
        <w:rPr>
          <w:i w:val="0"/>
        </w:rPr>
        <w:t>One breath.</w:t>
      </w:r>
    </w:p>
    <w:p>
      <w:pPr>
        <w:widowControl/>
      </w:pPr>
      <w:r>
        <w:rPr>
          <w:i w:val="0"/>
        </w:rPr>
        <w:t>One better thought.</w:t>
      </w:r>
    </w:p>
    <w:p>
      <w:pPr>
        <w:widowControl/>
      </w:pPr>
      <w:r>
        <w:rPr>
          <w:i w:val="0"/>
        </w:rPr>
        <w:t>Repeated often enough, those moments quietly changed my life.</w:t>
      </w:r>
    </w:p>
    <w:p>
      <w:pPr>
        <w:widowControl/>
      </w:pPr>
      <w:r>
        <w:rPr>
          <w:i w:val="0"/>
        </w:rPr>
        <w:t>Finding an anchor does not mean never drifting again.</w:t>
      </w:r>
    </w:p>
    <w:p>
      <w:pPr>
        <w:widowControl/>
      </w:pPr>
      <w:r>
        <w:rPr>
          <w:i w:val="0"/>
        </w:rPr>
        <w:t>It means knowing how to return.</w:t>
      </w:r>
    </w:p>
    <w:p>
      <w:pPr>
        <w:pStyle w:val="Heading1"/>
        <w:keepNext/>
      </w:pPr>
      <w:r>
        <w:t>Brewmaster Insight</w:t>
      </w:r>
    </w:p>
    <w:p>
      <w:pPr>
        <w:widowControl/>
      </w:pPr>
      <w:r>
        <w:rPr>
          <w:i w:val="0"/>
        </w:rPr>
        <w:t>I no longer believe positive thinking is the answer.</w:t>
      </w:r>
    </w:p>
    <w:p>
      <w:pPr>
        <w:widowControl/>
      </w:pPr>
      <w:r>
        <w:rPr>
          <w:i w:val="0"/>
        </w:rPr>
        <w:t>Hope is not pretending life is easy.</w:t>
      </w:r>
    </w:p>
    <w:p>
      <w:pPr>
        <w:widowControl/>
      </w:pPr>
      <w:r>
        <w:rPr>
          <w:i w:val="0"/>
        </w:rPr>
        <w:t>Hope is choosing not to let fear become the loudest voice in the room.</w:t>
      </w:r>
    </w:p>
    <w:p>
      <w:pPr>
        <w:widowControl/>
      </w:pPr>
      <w:r>
        <w:rPr>
          <w:i w:val="0"/>
        </w:rPr>
        <w:t>There is an important difference.</w:t>
      </w:r>
    </w:p>
    <w:p>
      <w:pPr>
        <w:widowControl/>
      </w:pPr>
      <w:r>
        <w:rPr>
          <w:i w:val="0"/>
        </w:rPr>
        <w:t>The Hope Ring never promised that every day would be good.</w:t>
      </w:r>
    </w:p>
    <w:p>
      <w:pPr>
        <w:widowControl/>
      </w:pPr>
      <w:r>
        <w:rPr>
          <w:i w:val="0"/>
        </w:rPr>
        <w:t>It reminded me that every day contains another opportunity to choose my next thought.</w:t>
      </w:r>
    </w:p>
    <w:p>
      <w:pPr>
        <w:widowControl/>
      </w:pPr>
      <w:r>
        <w:rPr>
          <w:i w:val="0"/>
        </w:rPr>
        <w:t>That choice, repeated often enough, becomes a life.</w:t>
      </w:r>
    </w:p>
    <w:p>
      <w:pPr>
        <w:widowControl/>
      </w:pPr>
      <w:r>
        <w:rPr>
          <w:i w:val="0"/>
        </w:rPr>
        <w:t>People often ask how to become more hopeful.</w:t>
      </w:r>
    </w:p>
    <w:p>
      <w:pPr>
        <w:widowControl/>
      </w:pPr>
      <w:r>
        <w:rPr>
          <w:i w:val="0"/>
        </w:rPr>
        <w:t>They expect a book.</w:t>
      </w:r>
    </w:p>
    <w:p>
      <w:pPr>
        <w:widowControl/>
      </w:pPr>
      <w:r>
        <w:rPr>
          <w:i w:val="0"/>
        </w:rPr>
        <w:t>A course.</w:t>
      </w:r>
    </w:p>
    <w:p>
      <w:pPr>
        <w:widowControl/>
      </w:pPr>
      <w:r>
        <w:rPr>
          <w:i w:val="0"/>
        </w:rPr>
        <w:t>A podcast.</w:t>
      </w:r>
    </w:p>
    <w:p>
      <w:pPr>
        <w:widowControl/>
      </w:pPr>
      <w:r>
        <w:rPr>
          <w:i w:val="0"/>
        </w:rPr>
        <w:t>Sometimes those things help.</w:t>
      </w:r>
    </w:p>
    <w:p>
      <w:pPr>
        <w:widowControl/>
      </w:pPr>
      <w:r>
        <w:rPr>
          <w:i w:val="0"/>
        </w:rPr>
        <w:t>But if I could offer only one piece of advice, it would be this:</w:t>
      </w:r>
    </w:p>
    <w:p>
      <w:pPr>
        <w:widowControl/>
      </w:pPr>
      <w:r>
        <w:rPr>
          <w:i w:val="0"/>
        </w:rPr>
        <w:t>Become aware of the conversation you are having with yourself.</w:t>
      </w:r>
    </w:p>
    <w:p>
      <w:pPr>
        <w:widowControl/>
      </w:pPr>
      <w:r>
        <w:rPr>
          <w:i w:val="0"/>
        </w:rPr>
        <w:t>No voice influences your future more often than your own.</w:t>
      </w:r>
    </w:p>
    <w:p>
      <w:pPr>
        <w:widowControl/>
      </w:pPr>
      <w:r>
        <w:rPr>
          <w:i w:val="0"/>
        </w:rPr>
        <w:t>Speak to yourself with the same patience, grace, and encouragement you would offer someone you deeply love.</w:t>
      </w:r>
    </w:p>
    <w:p>
      <w:pPr>
        <w:widowControl/>
      </w:pPr>
      <w:r>
        <w:rPr>
          <w:i w:val="0"/>
        </w:rPr>
        <w:t>That is not weakness.</w:t>
      </w:r>
    </w:p>
    <w:p>
      <w:pPr>
        <w:widowControl/>
      </w:pPr>
      <w:r>
        <w:rPr>
          <w:i w:val="0"/>
        </w:rPr>
        <w:t>It is stewardship.</w:t>
      </w:r>
    </w:p>
    <w:p>
      <w:pPr>
        <w:widowControl/>
      </w:pPr>
      <w:r>
        <w:rPr>
          <w:i w:val="0"/>
        </w:rPr>
        <w:t>The deeper message of ES-003 is not that everyone needs a ring.</w:t>
      </w:r>
    </w:p>
    <w:p>
      <w:pPr>
        <w:widowControl/>
      </w:pPr>
      <w:r>
        <w:rPr>
          <w:i w:val="0"/>
        </w:rPr>
        <w:t>It is that everyone needs a way to return.</w:t>
      </w:r>
    </w:p>
    <w:p>
      <w:pPr>
        <w:pStyle w:val="Heading1"/>
        <w:keepNext/>
      </w:pPr>
      <w:r>
        <w:t>Tea Leaves</w:t>
      </w:r>
    </w:p>
    <w:p>
      <w:pPr>
        <w:pStyle w:val="ListBullet"/>
        <w:widowControl/>
      </w:pPr>
      <w:r>
        <w:t>An anchor does not stop the storm; it keeps us from drifting farther than we need to.</w:t>
      </w:r>
    </w:p>
    <w:p>
      <w:pPr>
        <w:pStyle w:val="ListBullet"/>
        <w:widowControl/>
      </w:pPr>
      <w:r>
        <w:t>One better thought can redirect an entire day.</w:t>
      </w:r>
    </w:p>
    <w:p>
      <w:pPr>
        <w:pStyle w:val="ListBullet"/>
        <w:widowControl/>
      </w:pPr>
      <w:r>
        <w:t>Gratitude expands perspective.</w:t>
      </w:r>
    </w:p>
    <w:p>
      <w:pPr>
        <w:pStyle w:val="ListBullet"/>
        <w:widowControl/>
      </w:pPr>
      <w:r>
        <w:t>Interrupt the first turn of the spiral.</w:t>
      </w:r>
    </w:p>
    <w:p>
      <w:pPr>
        <w:pStyle w:val="ListBullet"/>
        <w:widowControl/>
      </w:pPr>
      <w:r>
        <w:t>Awareness always comes before change.</w:t>
      </w:r>
    </w:p>
    <w:p>
      <w:pPr>
        <w:pStyle w:val="ListBullet"/>
        <w:widowControl/>
      </w:pPr>
      <w:r>
        <w:t>Small daily practices become lifelong habits.</w:t>
      </w:r>
    </w:p>
    <w:p>
      <w:pPr>
        <w:pStyle w:val="ListBullet"/>
        <w:widowControl/>
      </w:pPr>
      <w:r>
        <w:t>Hope grows where attention goes.</w:t>
      </w:r>
    </w:p>
    <w:p>
      <w:pPr>
        <w:pStyle w:val="ListBullet"/>
        <w:widowControl/>
      </w:pPr>
      <w:r>
        <w:t>Your inner conversation shapes your outer life.</w:t>
      </w:r>
    </w:p>
    <w:p>
      <w:pPr>
        <w:pStyle w:val="ListBullet"/>
        <w:widowControl/>
      </w:pPr>
      <w:r>
        <w:t>The object is not the power; the practice is.</w:t>
      </w:r>
    </w:p>
    <w:p>
      <w:pPr>
        <w:pStyle w:val="ListBullet"/>
        <w:widowControl/>
      </w:pPr>
      <w:r>
        <w:t>Finding your anchor means learning how to return.</w:t>
      </w:r>
    </w:p>
    <w:p>
      <w:pPr>
        <w:pStyle w:val="Heading1"/>
        <w:keepNext/>
      </w:pPr>
      <w:r>
        <w:t>Drops of Hope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Hope begins with the next thought you choose.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Interrupt the spiral before it becomes the story.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Gratitude does not deny hardship. It broadens perspective.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Become a kinder narrator of your own life.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What you repeatedly notice eventually shapes who you become.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An anchor is memory made usable.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The ring was never the hero. The return was.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You do not have to control every thought to choose the next one.</w:t>
      </w:r>
    </w:p>
    <w:p>
      <w:pPr>
        <w:pStyle w:val="Heading1"/>
        <w:keepNext/>
      </w:pPr>
      <w:r>
        <w:t>Brewmaster Reflection</w:t>
      </w:r>
    </w:p>
    <w:p>
      <w:pPr>
        <w:widowControl/>
      </w:pPr>
      <w:r>
        <w:rPr>
          <w:i w:val="0"/>
        </w:rPr>
        <w:t>When I think about the Hope Ring now, I rarely think about the ring itself.</w:t>
      </w:r>
    </w:p>
    <w:p>
      <w:pPr>
        <w:widowControl/>
      </w:pPr>
      <w:r>
        <w:rPr>
          <w:i w:val="0"/>
        </w:rPr>
        <w:t>I think about the thousands of moments it quietly interrupted.</w:t>
      </w:r>
    </w:p>
    <w:p>
      <w:pPr>
        <w:widowControl/>
      </w:pPr>
      <w:r>
        <w:rPr>
          <w:i w:val="0"/>
        </w:rPr>
        <w:t>Moments that could have become fear.</w:t>
      </w:r>
    </w:p>
    <w:p>
      <w:pPr>
        <w:widowControl/>
      </w:pPr>
      <w:r>
        <w:rPr>
          <w:i w:val="0"/>
        </w:rPr>
        <w:t>Moments that instead became prayer.</w:t>
      </w:r>
    </w:p>
    <w:p>
      <w:pPr>
        <w:widowControl/>
      </w:pPr>
      <w:r>
        <w:rPr>
          <w:i w:val="0"/>
        </w:rPr>
        <w:t>Gratitude.</w:t>
      </w:r>
    </w:p>
    <w:p>
      <w:pPr>
        <w:widowControl/>
      </w:pPr>
      <w:r>
        <w:rPr>
          <w:i w:val="0"/>
        </w:rPr>
        <w:t>Perspective.</w:t>
      </w:r>
    </w:p>
    <w:p>
      <w:pPr>
        <w:widowControl/>
      </w:pPr>
      <w:r>
        <w:rPr>
          <w:i w:val="0"/>
        </w:rPr>
        <w:t>Hope.</w:t>
      </w:r>
    </w:p>
    <w:p>
      <w:pPr>
        <w:widowControl/>
      </w:pPr>
      <w:r>
        <w:rPr>
          <w:i w:val="0"/>
        </w:rPr>
        <w:t>Transformation rarely announces itself.</w:t>
      </w:r>
    </w:p>
    <w:p>
      <w:pPr>
        <w:widowControl/>
      </w:pPr>
      <w:r>
        <w:rPr>
          <w:i w:val="0"/>
        </w:rPr>
        <w:t>It accumulates.</w:t>
      </w:r>
    </w:p>
    <w:p>
      <w:pPr>
        <w:widowControl/>
      </w:pPr>
      <w:r>
        <w:rPr>
          <w:i w:val="0"/>
        </w:rPr>
        <w:t>One interrupted thought at a time.</w:t>
      </w:r>
    </w:p>
    <w:p>
      <w:pPr>
        <w:widowControl/>
      </w:pPr>
      <w:r>
        <w:rPr>
          <w:i w:val="0"/>
        </w:rPr>
        <w:t>The ring mattered because it became an anchor.</w:t>
      </w:r>
    </w:p>
    <w:p>
      <w:pPr>
        <w:widowControl/>
      </w:pPr>
      <w:r>
        <w:rPr>
          <w:i w:val="0"/>
        </w:rPr>
        <w:t>The anchor mattered because it taught me how to return.</w:t>
      </w:r>
    </w:p>
    <w:p>
      <w:pPr>
        <w:widowControl/>
      </w:pPr>
      <w:r>
        <w:rPr>
          <w:i w:val="0"/>
        </w:rPr>
        <w:t>That is the part I want the Estate to preserve.</w:t>
      </w:r>
    </w:p>
    <w:p>
      <w:pPr>
        <w:widowControl/>
      </w:pPr>
      <w:r>
        <w:rPr>
          <w:i w:val="0"/>
        </w:rPr>
        <w:t>Not the jewelry.</w:t>
      </w:r>
    </w:p>
    <w:p>
      <w:pPr>
        <w:widowControl/>
      </w:pPr>
      <w:r>
        <w:rPr>
          <w:i w:val="0"/>
        </w:rPr>
        <w:t>The practice.</w:t>
      </w:r>
    </w:p>
    <w:p>
      <w:pPr>
        <w:widowControl/>
      </w:pPr>
      <w:r>
        <w:rPr>
          <w:i w:val="0"/>
        </w:rPr>
        <w:t>The willingness to notice when we are drifting and choose a gentler direction.</w:t>
      </w:r>
    </w:p>
    <w:p>
      <w:pPr>
        <w:pStyle w:val="Heading1"/>
        <w:keepNext/>
      </w:pPr>
      <w:r>
        <w:t>Brewmaster Journal</w:t>
      </w:r>
    </w:p>
    <w:p>
      <w:pPr>
        <w:widowControl/>
      </w:pPr>
      <w:r>
        <w:rPr>
          <w:i w:val="0"/>
        </w:rPr>
        <w:t>What thought pattern pulls you away from the present most often?</w:t>
      </w:r>
    </w:p>
    <w:p>
      <w:pPr>
        <w:widowControl/>
      </w:pPr>
      <w:r>
        <w:rPr>
          <w:i w:val="0"/>
        </w:rPr>
        <w:t>How do you know when you have begun to drift?</w:t>
      </w:r>
    </w:p>
    <w:p>
      <w:pPr>
        <w:widowControl/>
      </w:pPr>
      <w:r>
        <w:rPr>
          <w:i w:val="0"/>
        </w:rPr>
        <w:t>What object, phrase, prayer, or practice could become your anchor?</w:t>
      </w:r>
    </w:p>
    <w:p>
      <w:pPr>
        <w:widowControl/>
      </w:pPr>
      <w:r>
        <w:rPr>
          <w:i w:val="0"/>
        </w:rPr>
        <w:t>What is true right now?</w:t>
      </w:r>
    </w:p>
    <w:p>
      <w:pPr>
        <w:widowControl/>
      </w:pPr>
      <w:r>
        <w:rPr>
          <w:i w:val="0"/>
        </w:rPr>
        <w:t>What is one better thought you can choose?</w:t>
      </w:r>
    </w:p>
    <w:p>
      <w:pPr>
        <w:widowControl/>
      </w:pPr>
      <w:r>
        <w:rPr>
          <w:i w:val="0"/>
        </w:rPr>
        <w:t>What would it mean to become a kinder narrator of your own story?</w:t>
      </w:r>
    </w:p>
    <w:p>
      <w:pPr>
        <w:pStyle w:val="Heading1"/>
        <w:keepNext/>
      </w:pPr>
      <w:r>
        <w:t>Try This Today</w:t>
      </w:r>
    </w:p>
    <w:p>
      <w:pPr>
        <w:widowControl/>
      </w:pPr>
      <w:r>
        <w:rPr>
          <w:i w:val="0"/>
        </w:rPr>
        <w:t>Choose a simple object you already own.</w:t>
      </w:r>
    </w:p>
    <w:p>
      <w:pPr>
        <w:widowControl/>
      </w:pPr>
      <w:r>
        <w:rPr>
          <w:i w:val="0"/>
        </w:rPr>
        <w:t>It could be a ring.</w:t>
      </w:r>
    </w:p>
    <w:p>
      <w:pPr>
        <w:widowControl/>
      </w:pPr>
      <w:r>
        <w:rPr>
          <w:i w:val="0"/>
        </w:rPr>
        <w:t>A watch.</w:t>
      </w:r>
    </w:p>
    <w:p>
      <w:pPr>
        <w:widowControl/>
      </w:pPr>
      <w:r>
        <w:rPr>
          <w:i w:val="0"/>
        </w:rPr>
        <w:t>A coffee mug.</w:t>
      </w:r>
    </w:p>
    <w:p>
      <w:pPr>
        <w:widowControl/>
      </w:pPr>
      <w:r>
        <w:rPr>
          <w:i w:val="0"/>
        </w:rPr>
        <w:t>A bookmark.</w:t>
      </w:r>
    </w:p>
    <w:p>
      <w:pPr>
        <w:widowControl/>
      </w:pPr>
      <w:r>
        <w:rPr>
          <w:i w:val="0"/>
        </w:rPr>
        <w:t>A stone.</w:t>
      </w:r>
    </w:p>
    <w:p>
      <w:pPr>
        <w:widowControl/>
      </w:pPr>
      <w:r>
        <w:rPr>
          <w:i w:val="0"/>
        </w:rPr>
        <w:t>Every time you see or touch it today, pause for ten seconds and ask:</w:t>
      </w:r>
    </w:p>
    <w:p>
      <w:pPr>
        <w:widowControl/>
      </w:pPr>
      <w:r>
        <w:rPr>
          <w:i w:val="0"/>
        </w:rPr>
        <w:t>What am I thinking right now?</w:t>
      </w:r>
    </w:p>
    <w:p>
      <w:pPr>
        <w:widowControl/>
      </w:pPr>
      <w:r>
        <w:rPr>
          <w:i w:val="0"/>
        </w:rPr>
        <w:t>Is that thought helping me?</w:t>
      </w:r>
    </w:p>
    <w:p>
      <w:pPr>
        <w:widowControl/>
      </w:pPr>
      <w:r>
        <w:rPr>
          <w:i w:val="0"/>
        </w:rPr>
        <w:t>What is one better thought I can choose instead?</w:t>
      </w:r>
    </w:p>
    <w:p>
      <w:pPr>
        <w:widowControl/>
      </w:pPr>
      <w:r>
        <w:rPr>
          <w:i w:val="0"/>
        </w:rPr>
        <w:t>Repeat the practice for one week.</w:t>
      </w:r>
    </w:p>
    <w:p>
      <w:pPr>
        <w:widowControl/>
      </w:pPr>
      <w:r>
        <w:rPr>
          <w:i w:val="0"/>
        </w:rPr>
        <w:t>Notice what changes.</w:t>
      </w:r>
    </w:p>
    <w:p>
      <w:pPr>
        <w:widowControl/>
      </w:pPr>
      <w:r>
        <w:rPr>
          <w:i w:val="0"/>
        </w:rPr>
        <w:t>You are not testing the object.</w:t>
      </w:r>
    </w:p>
    <w:p>
      <w:pPr>
        <w:widowControl/>
      </w:pPr>
      <w:r>
        <w:rPr>
          <w:i w:val="0"/>
        </w:rPr>
        <w:t>You are practicing the return.</w:t>
      </w:r>
    </w:p>
    <w:p>
      <w:r>
        <w:br w:type="page"/>
      </w:r>
    </w:p>
    <w:p>
      <w:pPr>
        <w:pStyle w:val="Heading1"/>
        <w:keepNext/>
      </w:pPr>
      <w:r>
        <w:t>A Letter Before You Leave</w:t>
      </w:r>
    </w:p>
    <w:p>
      <w:pPr>
        <w:widowControl/>
      </w:pPr>
      <w:r>
        <w:rPr>
          <w:i/>
        </w:rPr>
        <w:t>Dear Friend,</w:t>
      </w:r>
    </w:p>
    <w:p>
      <w:pPr>
        <w:widowControl/>
      </w:pPr>
      <w:r>
        <w:rPr>
          <w:i w:val="0"/>
        </w:rPr>
        <w:t>If your thoughts have been heavy lately, I want you to know something.</w:t>
      </w:r>
    </w:p>
    <w:p>
      <w:pPr>
        <w:widowControl/>
      </w:pPr>
      <w:r>
        <w:rPr>
          <w:i w:val="0"/>
        </w:rPr>
        <w:t>You are not your worst thought.</w:t>
      </w:r>
    </w:p>
    <w:p>
      <w:pPr>
        <w:widowControl/>
      </w:pPr>
      <w:r>
        <w:rPr>
          <w:i w:val="0"/>
        </w:rPr>
        <w:t>You are not your worst day.</w:t>
      </w:r>
    </w:p>
    <w:p>
      <w:pPr>
        <w:widowControl/>
      </w:pPr>
      <w:r>
        <w:rPr>
          <w:i w:val="0"/>
        </w:rPr>
        <w:t>You are not your greatest fear.</w:t>
      </w:r>
    </w:p>
    <w:p>
      <w:pPr>
        <w:widowControl/>
      </w:pPr>
      <w:r>
        <w:rPr>
          <w:i w:val="0"/>
        </w:rPr>
        <w:t>Those things visit you.</w:t>
      </w:r>
    </w:p>
    <w:p>
      <w:pPr>
        <w:widowControl/>
      </w:pPr>
      <w:r>
        <w:rPr>
          <w:i w:val="0"/>
        </w:rPr>
        <w:t>They do not define you.</w:t>
      </w:r>
    </w:p>
    <w:p>
      <w:pPr>
        <w:widowControl/>
      </w:pPr>
      <w:r>
        <w:rPr>
          <w:i w:val="0"/>
        </w:rPr>
        <w:t>There is freedom in remembering that you can pause before believing every thought that enters your mind.</w:t>
      </w:r>
    </w:p>
    <w:p>
      <w:pPr>
        <w:widowControl/>
      </w:pPr>
      <w:r>
        <w:rPr>
          <w:i w:val="0"/>
        </w:rPr>
        <w:t>You can breathe.</w:t>
      </w:r>
    </w:p>
    <w:p>
      <w:pPr>
        <w:widowControl/>
      </w:pPr>
      <w:r>
        <w:rPr>
          <w:i w:val="0"/>
        </w:rPr>
        <w:t>You can pray.</w:t>
      </w:r>
    </w:p>
    <w:p>
      <w:pPr>
        <w:widowControl/>
      </w:pPr>
      <w:r>
        <w:rPr>
          <w:i w:val="0"/>
        </w:rPr>
        <w:t>You can choose again.</w:t>
      </w:r>
    </w:p>
    <w:p>
      <w:pPr>
        <w:widowControl/>
      </w:pPr>
      <w:r>
        <w:rPr>
          <w:i w:val="0"/>
        </w:rPr>
        <w:t>That is not pretending.</w:t>
      </w:r>
    </w:p>
    <w:p>
      <w:pPr>
        <w:widowControl/>
      </w:pPr>
      <w:r>
        <w:rPr>
          <w:i w:val="0"/>
        </w:rPr>
        <w:t>That is practicing hope.</w:t>
      </w:r>
    </w:p>
    <w:p>
      <w:pPr>
        <w:widowControl/>
      </w:pPr>
      <w:r>
        <w:rPr>
          <w:i w:val="0"/>
        </w:rPr>
        <w:t>May you find your anchor.</w:t>
      </w:r>
    </w:p>
    <w:p>
      <w:pPr>
        <w:widowControl/>
      </w:pPr>
      <w:r>
        <w:rPr>
          <w:i w:val="0"/>
        </w:rPr>
        <w:t>Maybe it is something you wear.</w:t>
      </w:r>
    </w:p>
    <w:p>
      <w:pPr>
        <w:widowControl/>
      </w:pPr>
      <w:r>
        <w:rPr>
          <w:i w:val="0"/>
        </w:rPr>
        <w:t>Something you carry.</w:t>
      </w:r>
    </w:p>
    <w:p>
      <w:pPr>
        <w:widowControl/>
      </w:pPr>
      <w:r>
        <w:rPr>
          <w:i w:val="0"/>
        </w:rPr>
        <w:t>A word.</w:t>
      </w:r>
    </w:p>
    <w:p>
      <w:pPr>
        <w:widowControl/>
      </w:pPr>
      <w:r>
        <w:rPr>
          <w:i w:val="0"/>
        </w:rPr>
        <w:t>A habit.</w:t>
      </w:r>
    </w:p>
    <w:p>
      <w:pPr>
        <w:widowControl/>
      </w:pPr>
      <w:r>
        <w:rPr>
          <w:i w:val="0"/>
        </w:rPr>
        <w:t>A cup of tea.</w:t>
      </w:r>
    </w:p>
    <w:p>
      <w:pPr>
        <w:widowControl/>
      </w:pPr>
      <w:r>
        <w:rPr>
          <w:i w:val="0"/>
        </w:rPr>
        <w:t>Whatever form it takes, may it gently remind you that hope is never farther away than your next intentional choice.</w:t>
      </w:r>
    </w:p>
    <w:p>
      <w:pPr>
        <w:widowControl/>
      </w:pPr>
      <w:r>
        <w:rPr>
          <w:i w:val="0"/>
        </w:rPr>
        <w:t>And if today all you can manage is one better thought, that is enough.</w:t>
      </w:r>
    </w:p>
    <w:p>
      <w:pPr>
        <w:widowControl/>
      </w:pPr>
      <w:r>
        <w:rPr>
          <w:i w:val="0"/>
        </w:rPr>
        <w:t>Return when you need to.</w:t>
      </w:r>
    </w:p>
    <w:p>
      <w:pPr>
        <w:widowControl/>
      </w:pPr>
      <w:r>
        <w:rPr>
          <w:i w:val="0"/>
        </w:rPr>
        <w:t>Keep brewing.</w:t>
      </w:r>
    </w:p>
    <w:p>
      <w:pPr>
        <w:widowControl/>
      </w:pPr>
      <w:r>
        <w:rPr>
          <w:i/>
        </w:rPr>
        <w:t>— The Brewmaster</w:t>
      </w:r>
    </w:p>
    <w:p>
      <w:pPr>
        <w:pStyle w:val="Heading1"/>
        <w:keepNext/>
      </w:pPr>
      <w:r>
        <w:t>Estate Archive</w:t>
      </w:r>
    </w:p>
    <w:p>
      <w:pPr>
        <w:widowControl/>
      </w:pPr>
      <w:r>
        <w:rPr>
          <w:i w:val="0"/>
        </w:rPr>
        <w:t>Estate Story ID: ES-003</w:t>
      </w:r>
    </w:p>
    <w:p>
      <w:pPr>
        <w:widowControl/>
      </w:pPr>
      <w:r>
        <w:rPr>
          <w:i w:val="0"/>
        </w:rPr>
        <w:t>Title: Finding Your Anchor</w:t>
      </w:r>
    </w:p>
    <w:p>
      <w:pPr>
        <w:widowControl/>
      </w:pPr>
      <w:r>
        <w:rPr>
          <w:i w:val="0"/>
        </w:rPr>
        <w:t>Subtitle: The Hope Ring and the Moment You Choose a Different Thought</w:t>
      </w:r>
    </w:p>
    <w:p>
      <w:pPr>
        <w:widowControl/>
      </w:pPr>
      <w:r>
        <w:rPr>
          <w:i w:val="0"/>
        </w:rPr>
        <w:t>Collection: CHIA•TEA Estate Stories — Collection 001</w:t>
      </w:r>
    </w:p>
    <w:p>
      <w:pPr>
        <w:widowControl/>
      </w:pPr>
      <w:r>
        <w:rPr>
          <w:i w:val="0"/>
        </w:rPr>
        <w:t>Edition: Reauthored Master Edition</w:t>
      </w:r>
    </w:p>
    <w:p>
      <w:pPr>
        <w:widowControl/>
      </w:pPr>
      <w:r>
        <w:rPr>
          <w:i w:val="0"/>
        </w:rPr>
        <w:t>Status: Ready for Author Review</w:t>
      </w:r>
    </w:p>
    <w:p>
      <w:pPr>
        <w:widowControl/>
      </w:pPr>
      <w:r>
        <w:rPr>
          <w:i w:val="0"/>
        </w:rPr>
        <w:t>Original Source: ES-003 The Hope Ring — Recovery Master Manuscript</w:t>
      </w:r>
    </w:p>
    <w:p>
      <w:pPr>
        <w:widowControl/>
      </w:pPr>
      <w:r>
        <w:rPr>
          <w:i w:val="0"/>
        </w:rPr>
        <w:t>Core Themes: Anchoring, thought awareness, mindfulness, gratitude, perspective, hope, and intentional choice</w:t>
      </w:r>
    </w:p>
    <w:p>
      <w:pPr>
        <w:widowControl/>
      </w:pPr>
      <w:r>
        <w:rPr>
          <w:i w:val="0"/>
        </w:rPr>
        <w:t>Connected Materials: Estate Companion — Section 3; Brewmaster Guide; Tea Leaves Collection; Drops of Hope Collection; Reflection Workbook</w:t>
      </w:r>
    </w:p>
    <w:p>
      <w:pPr>
        <w:widowControl/>
      </w:pPr>
      <w:r>
        <w:rPr>
          <w:i w:val="0"/>
        </w:rPr>
        <w:t>Visual Framework: Interrupt the Spiral</w:t>
      </w:r>
    </w:p>
    <w:p>
      <w:pPr>
        <w:widowControl/>
      </w:pPr>
      <w:r>
        <w:rPr>
          <w:i w:val="0"/>
        </w:rPr>
        <w:t>Future Workshop: Brewing Hope One Thought at a Time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2A535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2A53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