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S2E01 Borrowed Hope — Estate Story</w:t>
      </w:r>
    </w:p>
    <w:p>
      <w:r>
        <w:rPr>
          <w:i/>
        </w:rPr>
        <w:t>For the Story Orchard. Season Two, Episode One.</w:t>
      </w:r>
    </w:p>
    <w:p/>
    <w:p>
      <w:r>
        <w:rPr>
          <w:i/>
        </w:rPr>
        <w:t>Literary expansion by the Brewmaster.</w:t>
      </w:r>
    </w:p>
    <w:p/>
    <w:p>
      <w:pPr>
        <w:pStyle w:val="Heading1"/>
      </w:pPr>
      <w:r>
        <w:t>I. The Weight of a Word</w:t>
      </w:r>
    </w:p>
    <w:p>
      <w:r>
        <w:t>Hope is a strange word to carry when your hands are full of fear.</w:t>
      </w:r>
    </w:p>
    <w:p>
      <w:r>
        <w:t>I have turned that word over so many times in my life that it has worn smooth, like a river stone that no longer cuts but still holds weight. There were years I said it like a prayer. Years I said it like a lie. Years I could not say it at all because the distance between where I stood and where hope lived felt too far to cross without breaking something.</w:t>
      </w:r>
    </w:p>
    <w:p>
      <w:r>
        <w:t>This is not a story about finding hope. Not exactly. This is a story about the seasons when hope had to be borrowed, because I did not have enough of my own to fill even the smallest cup. And what I learned in those seasons, what I carry with me still, is that borrowed hope is not lesser hope. It is not counterfeit. It is not a consolation prize for people who cannot do it on their own.</w:t>
      </w:r>
    </w:p>
    <w:p>
      <w:r>
        <w:t>Borrowed hope is often the only thing that keeps a heart beating long enough for its own warmth to return.</w:t>
      </w:r>
    </w:p>
    <w:p>
      <w:r>
        <w:t>I know this because I have lived it. More than once. In more than one kind of darkness. And I am still here to tell you about it, which is itself a kind of proof.</w:t>
      </w:r>
    </w:p>
    <w:p/>
    <w:p>
      <w:pPr>
        <w:pStyle w:val="Heading1"/>
      </w:pPr>
      <w:r>
        <w:t>II. The Surgery Waiting Room</w:t>
      </w:r>
    </w:p>
    <w:p>
      <w:r>
        <w:t>The first time I truly understood borrowed hope, I was sitting in a hospital waiting room while my husband was in surgery for his port. Cancer treatment was about to begin, and I was supposed to be the strong one. I was supposed to hold it together. I was supposed to know what to say when people asked how we were doing.</w:t>
      </w:r>
    </w:p>
    <w:p>
      <w:r>
        <w:t>But when Savannah walked into that room, I did not have any of those things left in me.</w:t>
      </w:r>
    </w:p>
    <w:p>
      <w:r>
        <w:t>She was a nurse. I do not know if she was assigned to us or if she simply appeared because she had the kind of eyes that could read a room. I must have had that look on my face again, the one I wore more and more in those days, the one that said everything my mouth could not.</w:t>
      </w:r>
    </w:p>
    <w:p>
      <w:r>
        <w:t>She did not ask me what was wrong. She did not offer platitudes. She simply extended her arms, and I collapsed into them like a child who had been holding her breath for too long. I sobbed. Not politely. Not quietly. I sobbed like a woman who had been pretending she was fine for months and could not do it for one more second.</w:t>
      </w:r>
    </w:p>
    <w:p>
      <w:r>
        <w:t>Savannah did not say a word until I was done. She held me. She let the weight come. And when I finally pulled back, embarrassed and raw and red-faced, she said five words that changed the direction of my searching:</w:t>
      </w:r>
    </w:p>
    <w:p>
      <w:r>
        <w:t>"Don't lose hope. Today's treatments are amazing."</w:t>
      </w:r>
    </w:p>
    <w:p>
      <w:r>
        <w:t>That was it. Five words. One sentence from a stranger in scrubs who had probably said it a hundred times before. But she said it to me at the exact moment I needed somebody, anybody, to say it. And I took that sentence with me. I carried it like a coin in my pocket. I touched it when things got dark. I let it remind me that somebody who sees this every day still believes people come through.</w:t>
      </w:r>
    </w:p>
    <w:p>
      <w:r>
        <w:t>I did not generate that hope. I borrowed it. From a nurse who had enough to spare.</w:t>
      </w:r>
    </w:p>
    <w:p/>
    <w:p>
      <w:pPr>
        <w:pStyle w:val="Heading1"/>
      </w:pPr>
      <w:r>
        <w:t>III. The Southernmost House</w:t>
      </w:r>
    </w:p>
    <w:p>
      <w:r>
        <w:t>Shortly after he was released, it was our 33rd wedding anniversary. We decided to travel down the coast to Key West, to stay at our favorite place: the Southernmost House. He loved sunsets. He always had. And that weekend we watched them together in a way we never had before, with the kind of attention that comes when you are no longer sure how many sunsets you have left.</w:t>
      </w:r>
    </w:p>
    <w:p>
      <w:r>
        <w:t>We did not say that out loud. We did not need to.</w:t>
      </w:r>
    </w:p>
    <w:p>
      <w:r>
        <w:t>The innkeeper was a woman named Nina. Lovely. Warm. The kind of person who notices things before you have to ask. She saw us arrive and quietly changed our room so he would not need to climb stairs. She did not make a fuss about it. She did not ask why. She simply adjusted the world to make it a little easier for him, and in doing so, made it a little easier for me.</w:t>
      </w:r>
    </w:p>
    <w:p>
      <w:r>
        <w:t>That Sunday morning, as we were leaving, Nina mentioned that she had prayed for us both in church. She said it the way you might say "I left extra towels in the bathroom." Without ceremony. Without needing anything back.</w:t>
      </w:r>
    </w:p>
    <w:p>
      <w:r>
        <w:t>I held that prayer like I held Savannah's sentence. Another drop. Another gesture. Another person pouring something into my cup when I could not fill it myself.</w:t>
      </w:r>
    </w:p>
    <w:p>
      <w:r>
        <w:t>These little gestures, the arms that opened, the room that was changed, the prayer that was offered, they reminded me of something I desperately needed to remember: I do not have to fill this cup alone. I just need to keep hold of each drop until there is enough to support both of us.</w:t>
      </w:r>
    </w:p>
    <w:p/>
    <w:p>
      <w:pPr>
        <w:pStyle w:val="Heading1"/>
      </w:pPr>
      <w:r>
        <w:t>IV. The Difference Between Positivity and Anchoring</w:t>
      </w:r>
    </w:p>
    <w:p>
      <w:r>
        <w:t>Somewhere in the middle of all this, I learned a distinction that I believe saved my life. Or at least saved my sanity.</w:t>
      </w:r>
    </w:p>
    <w:p>
      <w:r>
        <w:t>The world loves to talk about positivity. Stay positive. Look on the bright side. Everything happens for a reason. Choose joy.</w:t>
      </w:r>
    </w:p>
    <w:p>
      <w:r>
        <w:t>And I understand the intention behind those words. I do. But when you are living inside the kind of pain that does not have a bright side, when the diagnosis is real and the prognosis is uncertain and the person you love most is fighting for time, positivity can feel like violence. It can feel like someone asking you to lie about your own experience in order to make them more comfortable.</w:t>
      </w:r>
    </w:p>
    <w:p>
      <w:r>
        <w:t>Forcing positivity asks people to rush past the truth. It tells them to tidy their pain before speaking. It praises performance more than honesty.</w:t>
      </w:r>
    </w:p>
    <w:p>
      <w:r>
        <w:t>Anchoring is something else entirely.</w:t>
      </w:r>
    </w:p>
    <w:p>
      <w:r>
        <w:t>Anchoring says: This hurts. I am allowed to say that. I do not know how this ends. I am still here. I am going to hold onto one true thing today anyway.</w:t>
      </w:r>
    </w:p>
    <w:p>
      <w:r>
        <w:t>That one true thing might be painfully small. It might be: he is still alive. It might be: I made it through the night. It might be: I told the truth instead of hiding. It might be: I asked for help.</w:t>
      </w:r>
    </w:p>
    <w:p>
      <w:r>
        <w:t>Any of those count. All of those count.</w:t>
      </w:r>
    </w:p>
    <w:p>
      <w:r>
        <w:t>I did not need to be positive. I needed to be anchored. And borrowed hope was the weight that kept me from drifting out to sea.</w:t>
      </w:r>
    </w:p>
    <w:p/>
    <w:p>
      <w:pPr>
        <w:pStyle w:val="Heading1"/>
      </w:pPr>
      <w:r>
        <w:t>V. Mother of a Methhead</w:t>
      </w:r>
    </w:p>
    <w:p>
      <w:r>
        <w:t>In the 30 years that addiction continued to enter life in many forms, I somehow thought I was better prepared to deal with it.</w:t>
      </w:r>
    </w:p>
    <w:p>
      <w:r>
        <w:t>I was wrong.</w:t>
      </w:r>
    </w:p>
    <w:p>
      <w:r>
        <w:t>I had walked into Al-Anon at 21 years old, already acquainted with the particular kind of helplessness that addiction brings into a family. I had done the work. Read the books. Attended the meetings. I thought I understood the landscape well enough to navigate it if it ever came for my children.</w:t>
      </w:r>
    </w:p>
    <w:p>
      <w:r>
        <w:t>But I had always feared it would. Addiction runs through both sides of our family in different forms. Different substances. Different generations. Same devastation. And when you look at the world today, at what is available and how young they start and how fast it moves, that fear only grows sharper.</w:t>
      </w:r>
    </w:p>
    <w:p>
      <w:r>
        <w:t>So when it hit home, when I had to face the fact that my daughter was using methamphetamine, every skill I had ever learned went out the window.</w:t>
      </w:r>
    </w:p>
    <w:p>
      <w:r>
        <w:t>I read a book called Mother of a Methhead. I am not taking credit for that title. But I felt it to my core. That was me. That was what I had become without choosing it, without seeing it coming in time, without being able to stop it.</w:t>
      </w:r>
    </w:p>
    <w:p>
      <w:r>
        <w:t>MOM. Mother Of a Methhead.</w:t>
      </w:r>
    </w:p>
    <w:p>
      <w:r>
        <w:t>I do not know if safe was ever really a feeling I had. Not truly. Not in my bones. I am well aware, with all the tragedy that has moved through my lifetime, that safe is not a place. It is a feeling. And sometimes it is impossible to hold on to.</w:t>
      </w:r>
    </w:p>
    <w:p/>
    <w:p>
      <w:pPr>
        <w:pStyle w:val="Heading1"/>
      </w:pPr>
      <w:r>
        <w:t>VI. The 72 Hours</w:t>
      </w:r>
    </w:p>
    <w:p>
      <w:r>
        <w:t>The realest moment that I was forced to accept my daughter's addiction was not gradual. It was not a slow dawning. It was a phone call.</w:t>
      </w:r>
    </w:p>
    <w:p>
      <w:r>
        <w:t>She did not call me from jail. The father of her children called me and said there was a shooting in town and her name was brought up in it, so you better call around and find out if she is okay.</w:t>
      </w:r>
    </w:p>
    <w:p>
      <w:r>
        <w:t>I cannot tell you how your heart just stops beating and you stop breathing in the moment you think your kid could be dead.</w:t>
      </w:r>
    </w:p>
    <w:p>
      <w:r>
        <w:t>Although there were nights we were up all night worrying, nights when the phone rang at 2 AM and we braced ourselves before answering, this was different. This was not worry. This was the edge of the cliff.</w:t>
      </w:r>
    </w:p>
    <w:p>
      <w:r>
        <w:t>My first call was to the local jail. They told me she was in custody and was involved in the shooting, a separate instance, and that was all they could tell me. So I went for 72 hours waiting to hear her story while I made up many in my head.</w:t>
      </w:r>
    </w:p>
    <w:p>
      <w:r>
        <w:t>Seventy-two hours.</w:t>
      </w:r>
    </w:p>
    <w:p>
      <w:r>
        <w:t>Three days of silence. Three days of imagining every possible version of what happened. Three days of not knowing if my daughter was a victim or a perpetrator or both or neither. Three days of my mind writing endings I could not bear to finish.</w:t>
      </w:r>
    </w:p>
    <w:p>
      <w:r>
        <w:t>When she finally called, she said it was trafficking.</w:t>
      </w:r>
    </w:p>
    <w:p>
      <w:r>
        <w:t>And I knew at that moment she was in big trouble and nothing I do can help her. That is when I had to start accepting it for what it was. Not what I wished it was. Not what I could fix. Not what I could love her out of. What it was.</w:t>
      </w:r>
    </w:p>
    <w:p>
      <w:r>
        <w:t>The moment of acceptance came at the trafficking arrest. Not at the sentencing. The sentencing was almost a formality by then. Eight years. That is current and ongoing.</w:t>
      </w:r>
    </w:p>
    <w:p/>
    <w:p>
      <w:pPr>
        <w:pStyle w:val="Heading1"/>
      </w:pPr>
      <w:r>
        <w:t>VII. The Myth of Tough Love</w:t>
      </w:r>
    </w:p>
    <w:p>
      <w:r>
        <w:t>While she was using, I tried tough love. Everyone told me it was the answer. Draw the line. Hold the boundary. Do not enable. Do not rescue. Let her hit bottom.</w:t>
      </w:r>
    </w:p>
    <w:p>
      <w:r>
        <w:t>But I am an enabler. And I say that not with shame anymore but with honesty. I could not just ditch her even when she stole from me. Even when she disrespected me to my face. Even when she lost her kids. Even when she totalled the car. Even when every textbook and every well-meaning friend said the only path forward was to let her fall.</w:t>
      </w:r>
    </w:p>
    <w:p>
      <w:r>
        <w:t>I also learned, through countless people telling me tough love was necessary, through years of trying it and watching what it actually did, that tough love is abuse and neglect. I no longer recommend it to anyone. Ever.</w:t>
      </w:r>
    </w:p>
    <w:p>
      <w:r>
        <w:t>That is a whole other episode. A whole other cup of tea. But I want to name it here because I know there are parents listening who are being told the same thing I was told, and I want them to hear one mother's honest conclusion after decades of living it:</w:t>
      </w:r>
    </w:p>
    <w:p>
      <w:r>
        <w:t>The more you push, the more they resist.</w:t>
      </w:r>
    </w:p>
    <w:p>
      <w:r>
        <w:t>You cannot love someone into sobriety. But you cannot abandon them into it either.</w:t>
      </w:r>
    </w:p>
    <w:p/>
    <w:p>
      <w:pPr>
        <w:pStyle w:val="Heading1"/>
      </w:pPr>
      <w:r>
        <w:t>VIII. The Cup I Would Not Let Anyone Hold</w:t>
      </w:r>
    </w:p>
    <w:p>
      <w:r>
        <w:t>I did not let anyone in during this time.</w:t>
      </w:r>
    </w:p>
    <w:p>
      <w:r>
        <w:t>I felt like almost everyone just wanted the skinny. The gossip. The dramatic details they could whisper about at book club or share over coffee with that particular kind of thrill that other people's tragedies sometimes provide.</w:t>
      </w:r>
    </w:p>
    <w:p>
      <w:r>
        <w:t>And frankly, I did not want to talk about it. Not until she went to rehab. Not until I had ground to stand on. Not until I could open my mouth without falling apart.</w:t>
      </w:r>
    </w:p>
    <w:p>
      <w:r>
        <w:t>Then I could stand again and help her fight.</w:t>
      </w:r>
    </w:p>
    <w:p>
      <w:r>
        <w:t>But I never let things be about me when crisis is happening. I push my own needs to the bottom. I put out everyone else's fire. I hold everyone else's cup. And that, I can tell you now with absolute certainty, is detrimental to hope.</w:t>
      </w:r>
    </w:p>
    <w:p>
      <w:r>
        <w:t>Not letting people in is detrimental to hope.</w:t>
      </w:r>
    </w:p>
    <w:p>
      <w:r>
        <w:t>I am naming that explicitly because I know there are listeners who do the same thing. Who carry it alone. Who think being strong means being silent. Who think asking for help means being weak. Who think nobody really wants to know.</w:t>
      </w:r>
    </w:p>
    <w:p>
      <w:r>
        <w:t>Some of them don't. That is true. But some of them do. And if you never open the door, you will never find out which is which. And your cup will stay empty while you pour for everyone else.</w:t>
      </w:r>
    </w:p>
    <w:p/>
    <w:p>
      <w:pPr>
        <w:pStyle w:val="Heading1"/>
      </w:pPr>
      <w:r>
        <w:t>IX. Hope Returning</w:t>
      </w:r>
    </w:p>
    <w:p>
      <w:r>
        <w:t>Nothing came as a surprise after about the age of 40. I knew she was doing what she was doing and I tried to gently coax. But one thing I know, after all these years and all these battles: the more you push, the more they resist.</w:t>
      </w:r>
    </w:p>
    <w:p>
      <w:r>
        <w:t>So I waited. Not passively. Not without pain. But I waited for the moment when the door might open from the inside.</w:t>
      </w:r>
    </w:p>
    <w:p>
      <w:r>
        <w:t>And when my daughter read her story when exiting rehab, and I read mine to her, I think at that moment we both knew.</w:t>
      </w:r>
    </w:p>
    <w:p>
      <w:r>
        <w:t>This is hope returning.</w:t>
      </w:r>
    </w:p>
    <w:p>
      <w:r>
        <w:t>Not with trumpets. Not with guarantees. Not with a clean slate or a perfect ending. But with two women standing in a room, reading their truths to each other, and recognizing that the worst of it might be behind them.</w:t>
      </w:r>
    </w:p>
    <w:p>
      <w:r>
        <w:t>I am no longer counting the minutes in every day, afraid and lonely. She is clean. She is my baby girl. My wee child. Always.</w:t>
      </w:r>
    </w:p>
    <w:p>
      <w:r>
        <w:t>And within two days of her getting out, Hope's Anchor was born.</w:t>
      </w:r>
    </w:p>
    <w:p>
      <w:r>
        <w:t>The app was designed to give her the support our community lacked. A place to land. A daily anchor. A reminder that she was not alone and that tools existed for the hard moments. And then that grew to me wanting it to reach everyone who needs it. Everyone sitting in their own 72 hours. Everyone carrying a cup they will not let anyone hold. Everyone who has been told tough love is the answer and knows in their bones that it is not.</w:t>
      </w:r>
    </w:p>
    <w:p>
      <w:r>
        <w:t>And then came the SOS app. And then SHAT. Each one built for a different kind of crisis, a different kind of person, a different kind of moment when hope feels too far away to reach.</w:t>
      </w:r>
    </w:p>
    <w:p>
      <w:r>
        <w:t>I know I am blessed because I have been able to gather hope again for myself and now I can help others do the same. That is not a small thing. That is the whole thing.</w:t>
      </w:r>
    </w:p>
    <w:p/>
    <w:p>
      <w:pPr>
        <w:pStyle w:val="Heading1"/>
      </w:pPr>
      <w:r>
        <w:t>X. Why Borrowed Hope Is Not Weakness</w:t>
      </w:r>
    </w:p>
    <w:p>
      <w:r>
        <w:t>There is a quiet shame many people carry when they cannot generate hope from the inside out. They think if they need support, they must be failing. If they need an app, a group, a meeting, a journal, a person, they must be less than. Less faithful. Less strong. Less worthy.</w:t>
      </w:r>
    </w:p>
    <w:p>
      <w:r>
        <w:t>But the truth is almost the opposite.</w:t>
      </w:r>
    </w:p>
    <w:p>
      <w:r>
        <w:t>Borrowed hope is often what keeps people alive long enough for their own strength to begin steeping again.</w:t>
      </w:r>
    </w:p>
    <w:p>
      <w:r>
        <w:t>We borrow hope from somebody who has walked ahead of us. From one true sentence that lands at the right time. From a support group that understands the burden without needing it explained. From a memory that reminds us who we are underneath the crisis. From God. From community. From tools that help us return to ourselves.</w:t>
      </w:r>
    </w:p>
    <w:p>
      <w:r>
        <w:t>Borrowed hope is not counterfeit hope. It is not lesser hope. It is still hope. And sometimes, it is the only kind available. And that is enough.</w:t>
      </w:r>
    </w:p>
    <w:p>
      <w:r>
        <w:t>We tend to overlook the wins that do not look dramatic. Opening the app instead of shutting down. Naming the feeling instead of numbing it. Sending the message instead of disappearing. Writing three honest sentences instead of staying trapped inside the storm.</w:t>
      </w:r>
    </w:p>
    <w:p>
      <w:r>
        <w:t>Those are not minor things. Those are the kinds of choices that carry people through hard days. Those are the moments where borrowed hope does its quiet, unglamorous, life-saving work.</w:t>
      </w:r>
    </w:p>
    <w:p/>
    <w:p>
      <w:pPr>
        <w:pStyle w:val="Heading1"/>
      </w:pPr>
      <w:r>
        <w:t>XI. Holding More Than One Truth</w:t>
      </w:r>
    </w:p>
    <w:p>
      <w:r>
        <w:t>One of the things I have learned through all of this is that life does not offer the kindness of simplicity. Not at the hard parts.</w:t>
      </w:r>
    </w:p>
    <w:p>
      <w:r>
        <w:t>A daughter can be clean and still facing prison. A parent can feel relief and heartbreak in the same hour. A family can be grateful and grieving at the same table. A woman can build an app designed to give hope to thousands while still needing to borrow some for herself on a Tuesday afternoon.</w:t>
      </w:r>
    </w:p>
    <w:p>
      <w:r>
        <w:t>Borrowed hope makes room for that complexity. It does not ask us to deny sorrow in order to remain hopeful. It does not demand a clean narrative or a tidy arc. It teaches us how to hold grief and grace together without collapsing under either one.</w:t>
      </w:r>
    </w:p>
    <w:p>
      <w:r>
        <w:t>I think that is what makes it different from positivity. Positivity asks you to pick a side. Borrowed hope says: you can hold both. You can be afraid and anchored. You can be broken and still building. You can be uncertain and still showing up.</w:t>
      </w:r>
    </w:p>
    <w:p>
      <w:r>
        <w:t>That is not contradiction. That is the actual texture of a human life when it is being lived honestly.</w:t>
      </w:r>
    </w:p>
    <w:p/>
    <w:p>
      <w:pPr>
        <w:pStyle w:val="Heading1"/>
      </w:pPr>
      <w:r>
        <w:t>XII. One Drop, One Cup, One Day</w:t>
      </w:r>
    </w:p>
    <w:p>
      <w:r>
        <w:t>If you are in a thin-hope season, do not ask yourself to feel inspired. Do not demand the whole pot. Do not compare your cup to someone else's.</w:t>
      </w:r>
    </w:p>
    <w:p>
      <w:r>
        <w:t>Ask yourself a smaller question: What is one anchor I can return to today?</w:t>
      </w:r>
    </w:p>
    <w:p>
      <w:r>
        <w:t>Maybe it is prayer. Maybe it is tea. Maybe it is a journal. Maybe it is one safe person. Maybe it is a support app. Maybe it is a support room. Maybe it is simply the sentence: I am still here.</w:t>
      </w:r>
    </w:p>
    <w:p>
      <w:r>
        <w:t>Take the drop. Return to it. Let it count.</w:t>
      </w:r>
    </w:p>
    <w:p>
      <w:r>
        <w:t>Because there is no shame in borrowed hope. There is wisdom in using what helps. And sometimes the whole work of healing is not pouring for tomorrow. It is staying with today's cup long enough for something warm to steep.</w:t>
      </w:r>
    </w:p>
    <w:p>
      <w:r>
        <w:t>I know this because I have lived every season of it. The hospital room. The waiting. The silence. The arrest. The 72 hours. The tough love that was not love at all. The years of carrying it alone. The moment my daughter's voice came back to me clear and true. The two days between her freedom and the birth of something that now helps people I will never meet.</w:t>
      </w:r>
    </w:p>
    <w:p>
      <w:r>
        <w:t>All of it. Every drop borrowed. Every cup eventually filled.</w:t>
      </w:r>
    </w:p>
    <w:p>
      <w:r>
        <w:t>You are still here. You are still steeping. And as long as there is one drop left to hold, there is still something to pour.</w:t>
      </w:r>
    </w:p>
    <w:p>
      <w:r>
        <w:t>Keep brewing.</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