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2A5356"/>
          <w:sz w:val="56"/>
        </w:rPr>
        <w:t>ES-005 — Without a Map, Any Road Will Do</w:t>
      </w:r>
    </w:p>
    <w:p>
      <w:pPr>
        <w:jc w:val="center"/>
      </w:pPr>
      <w:r>
        <w:rPr>
          <w:rFonts w:ascii="Georgia" w:hAnsi="Georgia"/>
          <w:i/>
          <w:color w:val="5A5A5A"/>
          <w:sz w:val="26"/>
        </w:rPr>
        <w:t>Preservation, Stewardship, and the Systems That Help Hope Find Its Way Home</w:t>
      </w:r>
    </w:p>
    <w:p>
      <w:pPr>
        <w:widowControl/>
        <w:jc w:val="center"/>
      </w:pPr>
      <w:r>
        <w:rPr>
          <w:i/>
        </w:rPr>
        <w:t>A CHIA•TEA Estate Story</w:t>
      </w:r>
    </w:p>
    <w:p>
      <w:pPr>
        <w:widowControl/>
        <w:jc w:val="center"/>
      </w:pPr>
      <w:r>
        <w:rPr>
          <w:i/>
        </w:rPr>
        <w:t>Collection 001 • Reauthored Master Edition</w:t>
      </w:r>
    </w:p>
    <w:p>
      <w:r>
        <w:br w:type="page"/>
      </w:r>
    </w:p>
    <w:p>
      <w:pPr>
        <w:pStyle w:val="Heading1"/>
        <w:keepNext/>
      </w:pPr>
      <w:r>
        <w:t>Welcome Home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By now, we have opened the gate.</w:t>
      </w:r>
    </w:p>
    <w:p>
      <w:pPr>
        <w:widowControl/>
      </w:pPr>
      <w:r>
        <w:rPr>
          <w:i w:val="0"/>
        </w:rPr>
        <w:t>We have chosen a direction.</w:t>
      </w:r>
    </w:p>
    <w:p>
      <w:pPr>
        <w:widowControl/>
      </w:pPr>
      <w:r>
        <w:rPr>
          <w:i w:val="0"/>
        </w:rPr>
        <w:t>We have learned how to find an anchor and how hope gathers one drop at a time.</w:t>
      </w:r>
    </w:p>
    <w:p>
      <w:pPr>
        <w:widowControl/>
      </w:pPr>
      <w:r>
        <w:rPr>
          <w:i w:val="0"/>
        </w:rPr>
        <w:t>This story asks what happens next.</w:t>
      </w:r>
    </w:p>
    <w:p>
      <w:pPr>
        <w:widowControl/>
      </w:pPr>
      <w:r>
        <w:rPr>
          <w:i w:val="0"/>
        </w:rPr>
        <w:t>What happens after something meaningful has been created?</w:t>
      </w:r>
    </w:p>
    <w:p>
      <w:pPr>
        <w:widowControl/>
      </w:pPr>
      <w:r>
        <w:rPr>
          <w:i w:val="0"/>
        </w:rPr>
        <w:t>How do we keep the road from disappearing behind us?</w:t>
      </w:r>
    </w:p>
    <w:p>
      <w:pPr>
        <w:widowControl/>
      </w:pPr>
      <w:r>
        <w:rPr>
          <w:i w:val="0"/>
        </w:rPr>
        <w:t>How do we make sure the next traveler can find what helped the first one?</w:t>
      </w:r>
    </w:p>
    <w:p>
      <w:pPr>
        <w:widowControl/>
      </w:pPr>
      <w:r>
        <w:rPr>
          <w:i w:val="0"/>
        </w:rPr>
        <w:t>Without a map, any road will do.</w:t>
      </w:r>
    </w:p>
    <w:p>
      <w:pPr>
        <w:widowControl/>
      </w:pPr>
      <w:r>
        <w:rPr>
          <w:i w:val="0"/>
        </w:rPr>
        <w:t>That sentence is usually about direction.</w:t>
      </w:r>
    </w:p>
    <w:p>
      <w:pPr>
        <w:widowControl/>
      </w:pPr>
      <w:r>
        <w:rPr>
          <w:i w:val="0"/>
        </w:rPr>
        <w:t>Here, it becomes a warning about memory.</w:t>
      </w:r>
    </w:p>
    <w:p>
      <w:pPr>
        <w:widowControl/>
      </w:pPr>
      <w:r>
        <w:rPr>
          <w:i w:val="0"/>
        </w:rPr>
        <w:t>Without a map, stories scatter.</w:t>
      </w:r>
    </w:p>
    <w:p>
      <w:pPr>
        <w:widowControl/>
      </w:pPr>
      <w:r>
        <w:rPr>
          <w:i w:val="0"/>
        </w:rPr>
        <w:t>Files drift.</w:t>
      </w:r>
    </w:p>
    <w:p>
      <w:pPr>
        <w:widowControl/>
      </w:pPr>
      <w:r>
        <w:rPr>
          <w:i w:val="0"/>
        </w:rPr>
        <w:t>Lessons become difficult to find.</w:t>
      </w:r>
    </w:p>
    <w:p>
      <w:pPr>
        <w:widowControl/>
      </w:pPr>
      <w:r>
        <w:rPr>
          <w:i w:val="0"/>
        </w:rPr>
        <w:t>Work that once felt complete becomes a trail no one can retrace.</w:t>
      </w:r>
    </w:p>
    <w:p>
      <w:pPr>
        <w:widowControl/>
      </w:pPr>
      <w:r>
        <w:rPr>
          <w:i w:val="0"/>
        </w:rPr>
        <w:t>This is the story of the moment the Estate learned that preservation is not paperwork after the journey.</w:t>
      </w:r>
    </w:p>
    <w:p>
      <w:pPr>
        <w:widowControl/>
      </w:pPr>
      <w:r>
        <w:rPr>
          <w:i w:val="0"/>
        </w:rPr>
        <w:t>Preservation is the map that allows the journey to continue.</w:t>
      </w:r>
    </w:p>
    <w:p>
      <w:pPr>
        <w:pStyle w:val="Heading1"/>
        <w:keepNext/>
      </w:pPr>
      <w:r>
        <w:t>Why This Story Matters</w:t>
      </w:r>
    </w:p>
    <w:p>
      <w:pPr>
        <w:widowControl/>
      </w:pPr>
      <w:r>
        <w:rPr>
          <w:i w:val="0"/>
        </w:rPr>
        <w:t>The original version of this story was called Preservation First.</w:t>
      </w:r>
    </w:p>
    <w:p>
      <w:pPr>
        <w:widowControl/>
      </w:pPr>
      <w:r>
        <w:rPr>
          <w:i w:val="0"/>
        </w:rPr>
        <w:t>That title named the standard that emerged from the experience.</w:t>
      </w:r>
    </w:p>
    <w:p>
      <w:pPr>
        <w:widowControl/>
      </w:pPr>
      <w:r>
        <w:rPr>
          <w:i w:val="0"/>
        </w:rPr>
        <w:t>The title Without a Map, Any Road Will Do reveals the deeper reason the standard had to exist.</w:t>
      </w:r>
    </w:p>
    <w:p>
      <w:pPr>
        <w:widowControl/>
      </w:pPr>
      <w:r>
        <w:rPr>
          <w:i w:val="0"/>
        </w:rPr>
        <w:t>A map is not only something that shows us where to go.</w:t>
      </w:r>
    </w:p>
    <w:p>
      <w:pPr>
        <w:widowControl/>
      </w:pPr>
      <w:r>
        <w:rPr>
          <w:i w:val="0"/>
        </w:rPr>
        <w:t>It also shows where we have been.</w:t>
      </w:r>
    </w:p>
    <w:p>
      <w:pPr>
        <w:widowControl/>
      </w:pPr>
      <w:r>
        <w:rPr>
          <w:i w:val="0"/>
        </w:rPr>
        <w:t>It marks what matters.</w:t>
      </w:r>
    </w:p>
    <w:p>
      <w:pPr>
        <w:widowControl/>
      </w:pPr>
      <w:r>
        <w:rPr>
          <w:i w:val="0"/>
        </w:rPr>
        <w:t>It connects one place to another.</w:t>
      </w:r>
    </w:p>
    <w:p>
      <w:pPr>
        <w:widowControl/>
      </w:pPr>
      <w:r>
        <w:rPr>
          <w:i w:val="0"/>
        </w:rPr>
        <w:t>It allows someone who was not present at the beginning to understand the road later.</w:t>
      </w:r>
    </w:p>
    <w:p>
      <w:pPr>
        <w:widowControl/>
      </w:pPr>
      <w:r>
        <w:rPr>
          <w:i w:val="0"/>
        </w:rPr>
        <w:t>When meaningful work exists only inside a conversation, a temporary file, or a platform we assume will remember it for us, the road has no map.</w:t>
      </w:r>
    </w:p>
    <w:p>
      <w:pPr>
        <w:widowControl/>
      </w:pPr>
      <w:r>
        <w:rPr>
          <w:i w:val="0"/>
        </w:rPr>
        <w:t>The loss is not merely technical.</w:t>
      </w:r>
    </w:p>
    <w:p>
      <w:pPr>
        <w:widowControl/>
      </w:pPr>
      <w:r>
        <w:rPr>
          <w:i w:val="0"/>
        </w:rPr>
        <w:t>It is emotional.</w:t>
      </w:r>
    </w:p>
    <w:p>
      <w:pPr>
        <w:widowControl/>
      </w:pPr>
      <w:r>
        <w:rPr>
          <w:i w:val="0"/>
        </w:rPr>
        <w:t>The work carried time.</w:t>
      </w:r>
    </w:p>
    <w:p>
      <w:pPr>
        <w:widowControl/>
      </w:pPr>
      <w:r>
        <w:rPr>
          <w:i w:val="0"/>
        </w:rPr>
        <w:t>Memory.</w:t>
      </w:r>
    </w:p>
    <w:p>
      <w:pPr>
        <w:widowControl/>
      </w:pPr>
      <w:r>
        <w:rPr>
          <w:i w:val="0"/>
        </w:rPr>
        <w:t>Honesty.</w:t>
      </w:r>
    </w:p>
    <w:p>
      <w:pPr>
        <w:widowControl/>
      </w:pPr>
      <w:r>
        <w:rPr>
          <w:i w:val="0"/>
        </w:rPr>
        <w:t>Pieces of a life that were not easy to speak aloud.</w:t>
      </w:r>
    </w:p>
    <w:p>
      <w:pPr>
        <w:widowControl/>
      </w:pPr>
      <w:r>
        <w:rPr>
          <w:i w:val="0"/>
        </w:rPr>
        <w:t>When that work becomes difficult to find, it feels as though the effort itself was not respected.</w:t>
      </w:r>
    </w:p>
    <w:p>
      <w:pPr>
        <w:widowControl/>
      </w:pPr>
      <w:r>
        <w:rPr>
          <w:i w:val="0"/>
        </w:rPr>
        <w:t>This story belongs on the Legacy Shelf because it explains why the CHIA•TEA Estate stopped treating preservation as the last step of creation.</w:t>
      </w:r>
    </w:p>
    <w:p>
      <w:pPr>
        <w:widowControl/>
      </w:pPr>
      <w:r>
        <w:rPr>
          <w:i w:val="0"/>
        </w:rPr>
        <w:t>The map had to be drawn while the road was still visible.</w:t>
      </w:r>
    </w:p>
    <w:p>
      <w:pPr>
        <w:pStyle w:val="Heading1"/>
        <w:keepNext/>
      </w:pPr>
      <w:r>
        <w:t>Chapter One — The Road We Thought We Could Remember</w:t>
      </w:r>
    </w:p>
    <w:p>
      <w:pPr>
        <w:widowControl/>
      </w:pPr>
      <w:r>
        <w:rPr>
          <w:i w:val="0"/>
        </w:rPr>
        <w:t>In the beginning, the work felt safe because it was visible.</w:t>
      </w:r>
    </w:p>
    <w:p>
      <w:pPr>
        <w:widowControl/>
      </w:pPr>
      <w:r>
        <w:rPr>
          <w:i w:val="0"/>
        </w:rPr>
        <w:t>The words were on the screen.</w:t>
      </w:r>
    </w:p>
    <w:p>
      <w:pPr>
        <w:widowControl/>
      </w:pPr>
      <w:r>
        <w:rPr>
          <w:i w:val="0"/>
        </w:rPr>
        <w:t>The conversation was open.</w:t>
      </w:r>
    </w:p>
    <w:p>
      <w:pPr>
        <w:widowControl/>
      </w:pPr>
      <w:r>
        <w:rPr>
          <w:i w:val="0"/>
        </w:rPr>
        <w:t>The story had been told.</w:t>
      </w:r>
    </w:p>
    <w:p>
      <w:pPr>
        <w:widowControl/>
      </w:pPr>
      <w:r>
        <w:rPr>
          <w:i w:val="0"/>
        </w:rPr>
        <w:t>The ideas seemed present enough to trust.</w:t>
      </w:r>
    </w:p>
    <w:p>
      <w:pPr>
        <w:widowControl/>
      </w:pPr>
      <w:r>
        <w:rPr>
          <w:i w:val="0"/>
        </w:rPr>
        <w:t>That feeling was misleading.</w:t>
      </w:r>
    </w:p>
    <w:p>
      <w:pPr>
        <w:widowControl/>
      </w:pPr>
      <w:r>
        <w:rPr>
          <w:i w:val="0"/>
        </w:rPr>
        <w:t>Visibility is not preservation.</w:t>
      </w:r>
    </w:p>
    <w:p>
      <w:pPr>
        <w:widowControl/>
      </w:pPr>
      <w:r>
        <w:rPr>
          <w:i w:val="0"/>
        </w:rPr>
        <w:t>A road can be visible while we are standing on it and still become impossible to find later.</w:t>
      </w:r>
    </w:p>
    <w:p>
      <w:pPr>
        <w:widowControl/>
      </w:pPr>
      <w:r>
        <w:rPr>
          <w:i w:val="0"/>
        </w:rPr>
        <w:t>A story can be present and still be temporary.</w:t>
      </w:r>
    </w:p>
    <w:p>
      <w:pPr>
        <w:widowControl/>
      </w:pPr>
      <w:r>
        <w:rPr>
          <w:i w:val="0"/>
        </w:rPr>
        <w:t>A file can exist and still be incomplete.</w:t>
      </w:r>
    </w:p>
    <w:p>
      <w:pPr>
        <w:widowControl/>
      </w:pPr>
      <w:r>
        <w:rPr>
          <w:i w:val="0"/>
        </w:rPr>
        <w:t>A package can look finished while the most important piece is missing.</w:t>
      </w:r>
    </w:p>
    <w:p>
      <w:pPr>
        <w:widowControl/>
      </w:pPr>
      <w:r>
        <w:rPr>
          <w:i w:val="0"/>
        </w:rPr>
        <w:t>We learned that lesson while building the first episodes of CHIA•TEA.</w:t>
      </w:r>
    </w:p>
    <w:p>
      <w:pPr>
        <w:widowControl/>
      </w:pPr>
      <w:r>
        <w:rPr>
          <w:i w:val="0"/>
        </w:rPr>
        <w:t>The summaries existed.</w:t>
      </w:r>
    </w:p>
    <w:p>
      <w:pPr>
        <w:widowControl/>
      </w:pPr>
      <w:r>
        <w:rPr>
          <w:i w:val="0"/>
        </w:rPr>
        <w:t>The titles existed.</w:t>
      </w:r>
    </w:p>
    <w:p>
      <w:pPr>
        <w:widowControl/>
      </w:pPr>
      <w:r>
        <w:rPr>
          <w:i w:val="0"/>
        </w:rPr>
        <w:t>The supporting notes existed.</w:t>
      </w:r>
    </w:p>
    <w:p>
      <w:pPr>
        <w:widowControl/>
      </w:pPr>
      <w:r>
        <w:rPr>
          <w:i w:val="0"/>
        </w:rPr>
        <w:t>But the complete recording transcripts—the heart of the episodes—had not been preserved the way they should have been.</w:t>
      </w:r>
    </w:p>
    <w:p>
      <w:pPr>
        <w:widowControl/>
      </w:pPr>
      <w:r>
        <w:rPr>
          <w:i w:val="0"/>
        </w:rPr>
        <w:t>That discovery hurt because the missing words were not generic content.</w:t>
      </w:r>
    </w:p>
    <w:p>
      <w:pPr>
        <w:widowControl/>
      </w:pPr>
      <w:r>
        <w:rPr>
          <w:i w:val="0"/>
        </w:rPr>
        <w:t>They were lived experience.</w:t>
      </w:r>
    </w:p>
    <w:p>
      <w:pPr>
        <w:widowControl/>
      </w:pPr>
      <w:r>
        <w:rPr>
          <w:i w:val="0"/>
        </w:rPr>
        <w:t>Memories carefully pulled from places that were not always easy to revisit.</w:t>
      </w:r>
    </w:p>
    <w:p>
      <w:pPr>
        <w:widowControl/>
      </w:pPr>
      <w:r>
        <w:rPr>
          <w:i w:val="0"/>
        </w:rPr>
        <w:t>The emotional work behind the episodes.</w:t>
      </w:r>
    </w:p>
    <w:p>
      <w:pPr>
        <w:widowControl/>
      </w:pPr>
      <w:r>
        <w:rPr>
          <w:i w:val="0"/>
        </w:rPr>
        <w:t>The summaries could not carry that weight.</w:t>
      </w:r>
    </w:p>
    <w:p>
      <w:pPr>
        <w:widowControl/>
      </w:pPr>
      <w:r>
        <w:rPr>
          <w:i w:val="0"/>
        </w:rPr>
        <w:t>A paragraph about a story is not the story.</w:t>
      </w:r>
    </w:p>
    <w:p>
      <w:pPr>
        <w:widowControl/>
      </w:pPr>
      <w:r>
        <w:rPr>
          <w:i w:val="0"/>
        </w:rPr>
        <w:t>A label is not the legacy.</w:t>
      </w:r>
    </w:p>
    <w:p>
      <w:pPr>
        <w:widowControl/>
      </w:pPr>
      <w:r>
        <w:rPr>
          <w:i w:val="0"/>
        </w:rPr>
        <w:t>A sign saying a road once existed is not the same thing as a map someone can follow.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does it really mean for work to be complete?</w:t>
      </w:r>
    </w:p>
    <w:p>
      <w:pPr>
        <w:widowControl/>
      </w:pPr>
      <w:r>
        <w:rPr>
          <w:i w:val="0"/>
        </w:rPr>
        <w:t>The answer became clear.</w:t>
      </w:r>
    </w:p>
    <w:p>
      <w:pPr>
        <w:widowControl/>
      </w:pPr>
      <w:r>
        <w:rPr>
          <w:i w:val="0"/>
        </w:rPr>
        <w:t>Complete does not mean discussed.</w:t>
      </w:r>
    </w:p>
    <w:p>
      <w:pPr>
        <w:widowControl/>
      </w:pPr>
      <w:r>
        <w:rPr>
          <w:i w:val="0"/>
        </w:rPr>
        <w:t>Outlined.</w:t>
      </w:r>
    </w:p>
    <w:p>
      <w:pPr>
        <w:widowControl/>
      </w:pPr>
      <w:r>
        <w:rPr>
          <w:i w:val="0"/>
        </w:rPr>
        <w:t>Summarized.</w:t>
      </w:r>
    </w:p>
    <w:p>
      <w:pPr>
        <w:widowControl/>
      </w:pPr>
      <w:r>
        <w:rPr>
          <w:i w:val="0"/>
        </w:rPr>
        <w:t>Remembered by the person who happened to be there.</w:t>
      </w:r>
    </w:p>
    <w:p>
      <w:pPr>
        <w:widowControl/>
      </w:pPr>
      <w:r>
        <w:rPr>
          <w:i w:val="0"/>
        </w:rPr>
        <w:t>Complete means preserved in a form that can be found, trusted, opened, understood, and used again.</w:t>
      </w:r>
    </w:p>
    <w:p>
      <w:pPr>
        <w:pStyle w:val="Heading1"/>
        <w:keepNext/>
      </w:pPr>
      <w:r>
        <w:t>Chapter Two — The Cost of Traveling by Assumption</w:t>
      </w:r>
    </w:p>
    <w:p>
      <w:pPr>
        <w:widowControl/>
      </w:pPr>
      <w:r>
        <w:rPr>
          <w:i w:val="0"/>
        </w:rPr>
        <w:t>Most losses begin with an assumption.</w:t>
      </w:r>
    </w:p>
    <w:p>
      <w:pPr>
        <w:widowControl/>
      </w:pPr>
      <w:r>
        <w:rPr>
          <w:i w:val="0"/>
        </w:rPr>
        <w:t>I assumed the conversation would remain available.</w:t>
      </w:r>
    </w:p>
    <w:p>
      <w:pPr>
        <w:widowControl/>
      </w:pPr>
      <w:r>
        <w:rPr>
          <w:i w:val="0"/>
        </w:rPr>
        <w:t>I assumed the important material had been captured.</w:t>
      </w:r>
    </w:p>
    <w:p>
      <w:pPr>
        <w:widowControl/>
      </w:pPr>
      <w:r>
        <w:rPr>
          <w:i w:val="0"/>
        </w:rPr>
        <w:t>I assumed the package contained the story.</w:t>
      </w:r>
    </w:p>
    <w:p>
      <w:pPr>
        <w:widowControl/>
      </w:pPr>
      <w:r>
        <w:rPr>
          <w:i w:val="0"/>
        </w:rPr>
        <w:t>I assumed a file existed somewhere because the work had felt finished.</w:t>
      </w:r>
    </w:p>
    <w:p>
      <w:pPr>
        <w:widowControl/>
      </w:pPr>
      <w:r>
        <w:rPr>
          <w:i w:val="0"/>
        </w:rPr>
        <w:t>Assumption is comfortable because it delays verification.</w:t>
      </w:r>
    </w:p>
    <w:p>
      <w:pPr>
        <w:widowControl/>
      </w:pPr>
      <w:r>
        <w:rPr>
          <w:i w:val="0"/>
        </w:rPr>
        <w:t>Verification takes time.</w:t>
      </w:r>
    </w:p>
    <w:p>
      <w:pPr>
        <w:widowControl/>
      </w:pPr>
      <w:r>
        <w:rPr>
          <w:i w:val="0"/>
        </w:rPr>
        <w:t>It asks us to slow down at the exact moment we are eager to move forward.</w:t>
      </w:r>
    </w:p>
    <w:p>
      <w:pPr>
        <w:widowControl/>
      </w:pPr>
      <w:r>
        <w:rPr>
          <w:i w:val="0"/>
        </w:rPr>
        <w:t>That is why it is so easy to skip.</w:t>
      </w:r>
    </w:p>
    <w:p>
      <w:pPr>
        <w:widowControl/>
      </w:pPr>
      <w:r>
        <w:rPr>
          <w:i w:val="0"/>
        </w:rPr>
        <w:t>But the cost of skipping it can be enormous.</w:t>
      </w:r>
    </w:p>
    <w:p>
      <w:pPr>
        <w:widowControl/>
      </w:pPr>
      <w:r>
        <w:rPr>
          <w:i w:val="0"/>
        </w:rPr>
        <w:t>When we later searched for the first episode manuscripts, we did not simply lose minutes.</w:t>
      </w:r>
    </w:p>
    <w:p>
      <w:pPr>
        <w:widowControl/>
      </w:pPr>
      <w:r>
        <w:rPr>
          <w:i w:val="0"/>
        </w:rPr>
        <w:t>We lost momentum.</w:t>
      </w:r>
    </w:p>
    <w:p>
      <w:pPr>
        <w:widowControl/>
      </w:pPr>
      <w:r>
        <w:rPr>
          <w:i w:val="0"/>
        </w:rPr>
        <w:t>Confidence.</w:t>
      </w:r>
    </w:p>
    <w:p>
      <w:pPr>
        <w:widowControl/>
      </w:pPr>
      <w:r>
        <w:rPr>
          <w:i w:val="0"/>
        </w:rPr>
        <w:t>Hours of creative energy that should have been used to build the next road instead of rediscovering the last one.</w:t>
      </w:r>
    </w:p>
    <w:p>
      <w:pPr>
        <w:widowControl/>
      </w:pPr>
      <w:r>
        <w:rPr>
          <w:i w:val="0"/>
        </w:rPr>
        <w:t>We scrolled, copied, pasted, recovered, compared, and tried to rebuild what should have been protected the first time.</w:t>
      </w:r>
    </w:p>
    <w:p>
      <w:pPr>
        <w:widowControl/>
      </w:pPr>
      <w:r>
        <w:rPr>
          <w:i w:val="0"/>
        </w:rPr>
        <w:t>Every recovered paragraph carried the fear that another paragraph might still be missing.</w:t>
      </w:r>
    </w:p>
    <w:p>
      <w:pPr>
        <w:widowControl/>
      </w:pPr>
      <w:r>
        <w:rPr>
          <w:i w:val="0"/>
        </w:rPr>
        <w:t>That experience changed my relationship with the word done.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Done is not a feeling. Done is a verified condition.</w:t>
      </w:r>
    </w:p>
    <w:p>
      <w:pPr>
        <w:widowControl/>
      </w:pPr>
      <w:r>
        <w:rPr>
          <w:i w:val="0"/>
        </w:rPr>
        <w:t>A story is done when the full manuscript exists.</w:t>
      </w:r>
    </w:p>
    <w:p>
      <w:pPr>
        <w:widowControl/>
      </w:pPr>
      <w:r>
        <w:rPr>
          <w:i w:val="0"/>
        </w:rPr>
        <w:t>A package is done when every required file is present.</w:t>
      </w:r>
    </w:p>
    <w:p>
      <w:pPr>
        <w:widowControl/>
      </w:pPr>
      <w:r>
        <w:rPr>
          <w:i w:val="0"/>
        </w:rPr>
        <w:t>A session is done when the files have been downloaded and saved.</w:t>
      </w:r>
    </w:p>
    <w:p>
      <w:pPr>
        <w:widowControl/>
      </w:pPr>
      <w:r>
        <w:rPr>
          <w:i w:val="0"/>
        </w:rPr>
        <w:t>An Estate record is done when someone can return later and understand what happened without searching through old conversations.</w:t>
      </w:r>
    </w:p>
    <w:p>
      <w:pPr>
        <w:widowControl/>
      </w:pPr>
      <w:r>
        <w:rPr>
          <w:i w:val="0"/>
        </w:rPr>
        <w:t>That standard may sound strict.</w:t>
      </w:r>
    </w:p>
    <w:p>
      <w:pPr>
        <w:widowControl/>
      </w:pPr>
      <w:r>
        <w:rPr>
          <w:i w:val="0"/>
        </w:rPr>
        <w:t>To me, it sounds peaceful.</w:t>
      </w:r>
    </w:p>
    <w:p>
      <w:pPr>
        <w:widowControl/>
      </w:pPr>
      <w:r>
        <w:rPr>
          <w:i w:val="0"/>
        </w:rPr>
        <w:t>A clear map creates peace because it removes the fear that the road will vanish when we turn away.</w:t>
      </w:r>
    </w:p>
    <w:p>
      <w:pPr>
        <w:pStyle w:val="Heading1"/>
        <w:keepNext/>
      </w:pPr>
      <w:r>
        <w:t>Chapter Three — Preservation Is Emotional Care</w:t>
      </w:r>
    </w:p>
    <w:p>
      <w:pPr>
        <w:widowControl/>
      </w:pPr>
      <w:r>
        <w:rPr>
          <w:i w:val="0"/>
        </w:rPr>
        <w:t>Preservation may look administrative from the outside.</w:t>
      </w:r>
    </w:p>
    <w:p>
      <w:pPr>
        <w:widowControl/>
      </w:pPr>
      <w:r>
        <w:rPr>
          <w:i w:val="0"/>
        </w:rPr>
        <w:t>Inside the Estate, it is an act of emotional care.</w:t>
      </w:r>
    </w:p>
    <w:p>
      <w:pPr>
        <w:widowControl/>
      </w:pPr>
      <w:r>
        <w:rPr>
          <w:i w:val="0"/>
        </w:rPr>
        <w:t>When someone tells a meaningful story, they are giving more than information.</w:t>
      </w:r>
    </w:p>
    <w:p>
      <w:pPr>
        <w:widowControl/>
      </w:pPr>
      <w:r>
        <w:rPr>
          <w:i w:val="0"/>
        </w:rPr>
        <w:t>They are trusting us with memory, grief, confusion, insight, and hope.</w:t>
      </w:r>
    </w:p>
    <w:p>
      <w:pPr>
        <w:widowControl/>
      </w:pPr>
      <w:r>
        <w:rPr>
          <w:i w:val="0"/>
        </w:rPr>
        <w:t>To lose that story after it has been shared is to ask the person to carry the emotional labor twice.</w:t>
      </w:r>
    </w:p>
    <w:p>
      <w:pPr>
        <w:widowControl/>
      </w:pPr>
      <w:r>
        <w:rPr>
          <w:i w:val="0"/>
        </w:rPr>
        <w:t>That became unacceptable.</w:t>
      </w:r>
    </w:p>
    <w:p>
      <w:pPr>
        <w:widowControl/>
      </w:pPr>
      <w:r>
        <w:rPr>
          <w:i w:val="0"/>
        </w:rPr>
        <w:t>The Master Transcript standard was created to protect the speaker as much as the content.</w:t>
      </w:r>
    </w:p>
    <w:p>
      <w:pPr>
        <w:widowControl/>
      </w:pPr>
      <w:r>
        <w:rPr>
          <w:i w:val="0"/>
        </w:rPr>
        <w:t>The manuscript says: You do not have to tell this again because we failed to hold it.</w:t>
      </w:r>
    </w:p>
    <w:p>
      <w:pPr>
        <w:widowControl/>
      </w:pPr>
      <w:r>
        <w:rPr>
          <w:i w:val="0"/>
        </w:rPr>
        <w:t>The archive says: Your story mattered enough to preserve completely.</w:t>
      </w:r>
    </w:p>
    <w:p>
      <w:pPr>
        <w:widowControl/>
      </w:pPr>
      <w:r>
        <w:rPr>
          <w:i w:val="0"/>
        </w:rPr>
        <w:t>The index says: We know where it lives.</w:t>
      </w:r>
    </w:p>
    <w:p>
      <w:pPr>
        <w:widowControl/>
      </w:pPr>
      <w:r>
        <w:rPr>
          <w:i w:val="0"/>
        </w:rPr>
        <w:t>The version history says: We respect how it changes.</w:t>
      </w:r>
    </w:p>
    <w:p>
      <w:pPr>
        <w:widowControl/>
      </w:pPr>
      <w:r>
        <w:rPr>
          <w:i w:val="0"/>
        </w:rPr>
        <w:t>The download verification says: We did not assume.</w:t>
      </w:r>
    </w:p>
    <w:p>
      <w:pPr>
        <w:widowControl/>
      </w:pPr>
      <w:r>
        <w:rPr>
          <w:i w:val="0"/>
        </w:rPr>
        <w:t>This is why preservation belongs inside the philosophy of CHIA•TEA, not merely inside operations.</w:t>
      </w:r>
    </w:p>
    <w:p>
      <w:pPr>
        <w:widowControl/>
      </w:pPr>
      <w:r>
        <w:rPr>
          <w:i w:val="0"/>
        </w:rPr>
        <w:t>Care is not only how we listen.</w:t>
      </w:r>
    </w:p>
    <w:p>
      <w:pPr>
        <w:widowControl/>
      </w:pPr>
      <w:r>
        <w:rPr>
          <w:i w:val="0"/>
        </w:rPr>
        <w:t>Care is also what we do with what we heard.</w:t>
      </w:r>
    </w:p>
    <w:p>
      <w:pPr>
        <w:widowControl/>
      </w:pPr>
      <w:r>
        <w:rPr>
          <w:i w:val="0"/>
        </w:rPr>
        <w:t>A map is an act of care because it helps the story find its way home.</w:t>
      </w:r>
    </w:p>
    <w:p>
      <w:pPr>
        <w:pStyle w:val="Heading1"/>
        <w:keepNext/>
      </w:pPr>
      <w:r>
        <w:t>Chapter Four — The Master Manuscript Becomes the Map</w:t>
      </w:r>
    </w:p>
    <w:p>
      <w:pPr>
        <w:widowControl/>
      </w:pPr>
      <w:r>
        <w:rPr>
          <w:i w:val="0"/>
        </w:rPr>
        <w:t>The Estate needed a source of truth.</w:t>
      </w:r>
    </w:p>
    <w:p>
      <w:pPr>
        <w:widowControl/>
      </w:pPr>
      <w:r>
        <w:rPr>
          <w:i w:val="0"/>
        </w:rPr>
        <w:t>Not a summary of the source.</w:t>
      </w:r>
    </w:p>
    <w:p>
      <w:pPr>
        <w:widowControl/>
      </w:pPr>
      <w:r>
        <w:rPr>
          <w:i w:val="0"/>
        </w:rPr>
        <w:t>Not a later reconstruction.</w:t>
      </w:r>
    </w:p>
    <w:p>
      <w:pPr>
        <w:widowControl/>
      </w:pPr>
      <w:r>
        <w:rPr>
          <w:i w:val="0"/>
        </w:rPr>
        <w:t>Not a shortened version made for convenience.</w:t>
      </w:r>
    </w:p>
    <w:p>
      <w:pPr>
        <w:widowControl/>
      </w:pPr>
      <w:r>
        <w:rPr>
          <w:i w:val="0"/>
        </w:rPr>
        <w:t>The source itself.</w:t>
      </w:r>
    </w:p>
    <w:p>
      <w:pPr>
        <w:widowControl/>
      </w:pPr>
      <w:r>
        <w:rPr>
          <w:i w:val="0"/>
        </w:rPr>
        <w:t>That source became the Master Manuscript.</w:t>
      </w:r>
    </w:p>
    <w:p>
      <w:pPr>
        <w:widowControl/>
      </w:pPr>
      <w:r>
        <w:rPr>
          <w:i w:val="0"/>
        </w:rPr>
        <w:t>For an episode, it is the complete recording transcript.</w:t>
      </w:r>
    </w:p>
    <w:p>
      <w:pPr>
        <w:widowControl/>
      </w:pPr>
      <w:r>
        <w:rPr>
          <w:i w:val="0"/>
        </w:rPr>
        <w:t>For an Estate Story, it is the complete signature publication.</w:t>
      </w:r>
    </w:p>
    <w:p>
      <w:pPr>
        <w:widowControl/>
      </w:pPr>
      <w:r>
        <w:rPr>
          <w:i w:val="0"/>
        </w:rPr>
        <w:t>For the Companion, it is the approved section text.</w:t>
      </w:r>
    </w:p>
    <w:p>
      <w:pPr>
        <w:widowControl/>
      </w:pPr>
      <w:r>
        <w:rPr>
          <w:i w:val="0"/>
        </w:rPr>
        <w:t>For a Visual Framework, it is the full concept before it becomes a graphic.</w:t>
      </w:r>
    </w:p>
    <w:p>
      <w:pPr>
        <w:widowControl/>
      </w:pPr>
      <w:r>
        <w:rPr>
          <w:i w:val="0"/>
        </w:rPr>
        <w:t>The Master Manuscript does not exist to make the Estate feel official.</w:t>
      </w:r>
    </w:p>
    <w:p>
      <w:pPr>
        <w:widowControl/>
      </w:pPr>
      <w:r>
        <w:rPr>
          <w:i w:val="0"/>
        </w:rPr>
        <w:t>It exists to prevent memory from becoming the only archive.</w:t>
      </w:r>
    </w:p>
    <w:p>
      <w:pPr>
        <w:widowControl/>
      </w:pPr>
      <w:r>
        <w:rPr>
          <w:i w:val="0"/>
        </w:rPr>
        <w:t>Memory changes.</w:t>
      </w:r>
    </w:p>
    <w:p>
      <w:pPr>
        <w:widowControl/>
      </w:pPr>
      <w:r>
        <w:rPr>
          <w:i w:val="0"/>
        </w:rPr>
        <w:t>Conversations become difficult to search.</w:t>
      </w:r>
    </w:p>
    <w:p>
      <w:pPr>
        <w:widowControl/>
      </w:pPr>
      <w:r>
        <w:rPr>
          <w:i w:val="0"/>
        </w:rPr>
        <w:t>Platforms evolve.</w:t>
      </w:r>
    </w:p>
    <w:p>
      <w:pPr>
        <w:widowControl/>
      </w:pPr>
      <w:r>
        <w:rPr>
          <w:i w:val="0"/>
        </w:rPr>
        <w:t>Files move.</w:t>
      </w:r>
    </w:p>
    <w:p>
      <w:pPr>
        <w:widowControl/>
      </w:pPr>
      <w:r>
        <w:rPr>
          <w:i w:val="0"/>
        </w:rPr>
        <w:t>The Master Manuscript creates stability inside that movement.</w:t>
      </w:r>
    </w:p>
    <w:p>
      <w:pPr>
        <w:widowControl/>
      </w:pPr>
      <w:r>
        <w:rPr>
          <w:i w:val="0"/>
        </w:rPr>
        <w:t>It gives every future asset a place to begin.</w:t>
      </w:r>
    </w:p>
    <w:p>
      <w:pPr>
        <w:widowControl/>
      </w:pPr>
      <w:r>
        <w:rPr>
          <w:i w:val="0"/>
        </w:rPr>
        <w:t>The recording copy comes from it.</w:t>
      </w:r>
    </w:p>
    <w:p>
      <w:pPr>
        <w:widowControl/>
      </w:pPr>
      <w:r>
        <w:rPr>
          <w:i w:val="0"/>
        </w:rPr>
        <w:t>The handout comes from it.</w:t>
      </w:r>
    </w:p>
    <w:p>
      <w:pPr>
        <w:widowControl/>
      </w:pPr>
      <w:r>
        <w:rPr>
          <w:i w:val="0"/>
        </w:rPr>
        <w:t>The workbook page comes from it.</w:t>
      </w:r>
    </w:p>
    <w:p>
      <w:pPr>
        <w:widowControl/>
      </w:pPr>
      <w:r>
        <w:rPr>
          <w:i w:val="0"/>
        </w:rPr>
        <w:t>The social carousel comes from it.</w:t>
      </w:r>
    </w:p>
    <w:p>
      <w:pPr>
        <w:widowControl/>
      </w:pPr>
      <w:r>
        <w:rPr>
          <w:i w:val="0"/>
        </w:rPr>
        <w:t>The presentation comes from it.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Create once. Preserve fully. Publish many.</w:t>
      </w:r>
    </w:p>
    <w:p>
      <w:pPr>
        <w:widowControl/>
      </w:pPr>
      <w:r>
        <w:rPr>
          <w:i w:val="0"/>
        </w:rPr>
        <w:t>That sequence protects both energy and truth.</w:t>
      </w:r>
    </w:p>
    <w:p>
      <w:pPr>
        <w:widowControl/>
      </w:pPr>
      <w:r>
        <w:rPr>
          <w:i w:val="0"/>
        </w:rPr>
        <w:t>The Master Manuscript is not merely a source file.</w:t>
      </w:r>
    </w:p>
    <w:p>
      <w:pPr>
        <w:widowControl/>
      </w:pPr>
      <w:r>
        <w:rPr>
          <w:i w:val="0"/>
        </w:rPr>
        <w:t>It is the map legend explaining what every other road connects back to.</w:t>
      </w:r>
    </w:p>
    <w:p>
      <w:pPr>
        <w:pStyle w:val="Heading1"/>
        <w:keepNext/>
      </w:pPr>
      <w:r>
        <w:t>Chapter Five — The Session Closeout Marks the Trail</w:t>
      </w:r>
    </w:p>
    <w:p>
      <w:pPr>
        <w:widowControl/>
      </w:pPr>
      <w:r>
        <w:rPr>
          <w:i w:val="0"/>
        </w:rPr>
        <w:t>One of the simplest standards became one of the most important:</w:t>
      </w:r>
    </w:p>
    <w:p>
      <w:pPr>
        <w:widowControl/>
      </w:pPr>
      <w:r>
        <w:rPr>
          <w:i w:val="0"/>
        </w:rPr>
        <w:t>Before a session ends, verify the files.</w:t>
      </w:r>
    </w:p>
    <w:p>
      <w:pPr>
        <w:widowControl/>
      </w:pPr>
      <w:r>
        <w:rPr>
          <w:i w:val="0"/>
        </w:rPr>
        <w:t>Not later.</w:t>
      </w:r>
    </w:p>
    <w:p>
      <w:pPr>
        <w:widowControl/>
      </w:pPr>
      <w:r>
        <w:rPr>
          <w:i w:val="0"/>
        </w:rPr>
        <w:t>Not tomorrow.</w:t>
      </w:r>
    </w:p>
    <w:p>
      <w:pPr>
        <w:widowControl/>
      </w:pPr>
      <w:r>
        <w:rPr>
          <w:i w:val="0"/>
        </w:rPr>
        <w:t>Before the session ends.</w:t>
      </w:r>
    </w:p>
    <w:p>
      <w:pPr>
        <w:widowControl/>
      </w:pPr>
      <w:r>
        <w:rPr>
          <w:i w:val="0"/>
        </w:rPr>
        <w:t>This practice may never feel exciting.</w:t>
      </w:r>
    </w:p>
    <w:p>
      <w:pPr>
        <w:widowControl/>
      </w:pPr>
      <w:r>
        <w:rPr>
          <w:i w:val="0"/>
        </w:rPr>
        <w:t>It will never have the emotional power of telling the story.</w:t>
      </w:r>
    </w:p>
    <w:p>
      <w:pPr>
        <w:widowControl/>
      </w:pPr>
      <w:r>
        <w:rPr>
          <w:i w:val="0"/>
        </w:rPr>
        <w:t>It will not feel as creative as designing a framework.</w:t>
      </w:r>
    </w:p>
    <w:p>
      <w:pPr>
        <w:widowControl/>
      </w:pPr>
      <w:r>
        <w:rPr>
          <w:i w:val="0"/>
        </w:rPr>
        <w:t>Yet it is the moment when temporary work becomes Estate work.</w:t>
      </w:r>
    </w:p>
    <w:p>
      <w:pPr>
        <w:widowControl/>
      </w:pPr>
      <w:r>
        <w:rPr>
          <w:i w:val="0"/>
        </w:rPr>
        <w:t>The closeout asks:</w:t>
      </w:r>
    </w:p>
    <w:p>
      <w:pPr>
        <w:widowControl/>
      </w:pPr>
      <w:r>
        <w:rPr>
          <w:i w:val="0"/>
        </w:rPr>
        <w:t>What files were created?</w:t>
      </w:r>
    </w:p>
    <w:p>
      <w:pPr>
        <w:widowControl/>
      </w:pPr>
      <w:r>
        <w:rPr>
          <w:i w:val="0"/>
        </w:rPr>
        <w:t>Are they complete?</w:t>
      </w:r>
    </w:p>
    <w:p>
      <w:pPr>
        <w:widowControl/>
      </w:pPr>
      <w:r>
        <w:rPr>
          <w:i w:val="0"/>
        </w:rPr>
        <w:t>Were they downloaded?</w:t>
      </w:r>
    </w:p>
    <w:p>
      <w:pPr>
        <w:widowControl/>
      </w:pPr>
      <w:r>
        <w:rPr>
          <w:i w:val="0"/>
        </w:rPr>
        <w:t>Can they be opened?</w:t>
      </w:r>
    </w:p>
    <w:p>
      <w:pPr>
        <w:widowControl/>
      </w:pPr>
      <w:r>
        <w:rPr>
          <w:i w:val="0"/>
        </w:rPr>
        <w:t>Is the version clear?</w:t>
      </w:r>
    </w:p>
    <w:p>
      <w:pPr>
        <w:widowControl/>
      </w:pPr>
      <w:r>
        <w:rPr>
          <w:i w:val="0"/>
        </w:rPr>
        <w:t>Where will they live?</w:t>
      </w:r>
    </w:p>
    <w:p>
      <w:pPr>
        <w:widowControl/>
      </w:pPr>
      <w:r>
        <w:rPr>
          <w:i w:val="0"/>
        </w:rPr>
        <w:t>What still remains unfinished?</w:t>
      </w:r>
    </w:p>
    <w:p>
      <w:pPr>
        <w:widowControl/>
      </w:pPr>
      <w:r>
        <w:rPr>
          <w:i w:val="0"/>
        </w:rPr>
        <w:t>Those questions protect the next workday.</w:t>
      </w:r>
    </w:p>
    <w:p>
      <w:pPr>
        <w:widowControl/>
      </w:pPr>
      <w:r>
        <w:rPr>
          <w:i w:val="0"/>
        </w:rPr>
        <w:t>They allow the Brewmaster to return to creation instead of recovery.</w:t>
      </w:r>
    </w:p>
    <w:p>
      <w:pPr>
        <w:widowControl/>
      </w:pPr>
      <w:r>
        <w:rPr>
          <w:i w:val="0"/>
        </w:rPr>
        <w:t>That is the hidden gift of preservation.</w:t>
      </w:r>
    </w:p>
    <w:p>
      <w:pPr>
        <w:widowControl/>
      </w:pPr>
      <w:r>
        <w:rPr>
          <w:i w:val="0"/>
        </w:rPr>
        <w:t>It creates momentum.</w:t>
      </w:r>
    </w:p>
    <w:p>
      <w:pPr>
        <w:widowControl/>
      </w:pPr>
      <w:r>
        <w:rPr>
          <w:i w:val="0"/>
        </w:rPr>
        <w:t>A protected ending makes the next beginning easier.</w:t>
      </w:r>
    </w:p>
    <w:p>
      <w:pPr>
        <w:widowControl/>
      </w:pPr>
      <w:r>
        <w:rPr>
          <w:i w:val="0"/>
        </w:rPr>
        <w:t>Each verified file becomes a trail marker saying: the road continues from here.</w:t>
      </w:r>
    </w:p>
    <w:p>
      <w:pPr>
        <w:pStyle w:val="Heading1"/>
        <w:keepNext/>
      </w:pPr>
      <w:r>
        <w:t>Chapter Six — The Estate Learns to Remember</w:t>
      </w:r>
    </w:p>
    <w:p>
      <w:pPr>
        <w:widowControl/>
      </w:pPr>
      <w:r>
        <w:rPr>
          <w:i w:val="0"/>
        </w:rPr>
        <w:t>The Digital Estate became necessary because no person should have to remember everything.</w:t>
      </w:r>
    </w:p>
    <w:p>
      <w:pPr>
        <w:widowControl/>
      </w:pPr>
      <w:r>
        <w:rPr>
          <w:i w:val="0"/>
        </w:rPr>
        <w:t>Stories connect to episodes.</w:t>
      </w:r>
    </w:p>
    <w:p>
      <w:pPr>
        <w:widowControl/>
      </w:pPr>
      <w:r>
        <w:rPr>
          <w:i w:val="0"/>
        </w:rPr>
        <w:t>Episodes connect to themes.</w:t>
      </w:r>
    </w:p>
    <w:p>
      <w:pPr>
        <w:widowControl/>
      </w:pPr>
      <w:r>
        <w:rPr>
          <w:i w:val="0"/>
        </w:rPr>
        <w:t>Themes connect to Visual Frameworks.</w:t>
      </w:r>
    </w:p>
    <w:p>
      <w:pPr>
        <w:widowControl/>
      </w:pPr>
      <w:r>
        <w:rPr>
          <w:i w:val="0"/>
        </w:rPr>
        <w:t>Frameworks connect to worksheets.</w:t>
      </w:r>
    </w:p>
    <w:p>
      <w:pPr>
        <w:widowControl/>
      </w:pPr>
      <w:r>
        <w:rPr>
          <w:i w:val="0"/>
        </w:rPr>
        <w:t>Worksheets connect to workshops.</w:t>
      </w:r>
    </w:p>
    <w:p>
      <w:pPr>
        <w:widowControl/>
      </w:pPr>
      <w:r>
        <w:rPr>
          <w:i w:val="0"/>
        </w:rPr>
        <w:t>One conversation may create dozens of future paths.</w:t>
      </w:r>
    </w:p>
    <w:p>
      <w:pPr>
        <w:widowControl/>
      </w:pPr>
      <w:r>
        <w:rPr>
          <w:i w:val="0"/>
        </w:rPr>
        <w:t>Without a system, those paths disappear into scattered files.</w:t>
      </w:r>
    </w:p>
    <w:p>
      <w:pPr>
        <w:widowControl/>
      </w:pPr>
      <w:r>
        <w:rPr>
          <w:i w:val="0"/>
        </w:rPr>
        <w:t>The Estate's memory is not meant to replace human memory.</w:t>
      </w:r>
    </w:p>
    <w:p>
      <w:pPr>
        <w:widowControl/>
      </w:pPr>
      <w:r>
        <w:rPr>
          <w:i w:val="0"/>
        </w:rPr>
        <w:t>It is meant to support it.</w:t>
      </w:r>
    </w:p>
    <w:p>
      <w:pPr>
        <w:widowControl/>
      </w:pPr>
      <w:r>
        <w:rPr>
          <w:i w:val="0"/>
        </w:rPr>
        <w:t>Airtable, the Master Index, document names, version numbers, and archive folders all serve the same purpose: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Help the work find its way home.</w:t>
      </w:r>
    </w:p>
    <w:p>
      <w:pPr>
        <w:widowControl/>
      </w:pPr>
      <w:r>
        <w:rPr>
          <w:i w:val="0"/>
        </w:rPr>
        <w:t>A good archive does more than store.</w:t>
      </w:r>
    </w:p>
    <w:p>
      <w:pPr>
        <w:widowControl/>
      </w:pPr>
      <w:r>
        <w:rPr>
          <w:i w:val="0"/>
        </w:rPr>
        <w:t>It explains relationships.</w:t>
      </w:r>
    </w:p>
    <w:p>
      <w:pPr>
        <w:widowControl/>
      </w:pPr>
      <w:r>
        <w:rPr>
          <w:i w:val="0"/>
        </w:rPr>
        <w:t>It tells us where something came from.</w:t>
      </w:r>
    </w:p>
    <w:p>
      <w:pPr>
        <w:widowControl/>
      </w:pPr>
      <w:r>
        <w:rPr>
          <w:i w:val="0"/>
        </w:rPr>
        <w:t>It shows what has already been created.</w:t>
      </w:r>
    </w:p>
    <w:p>
      <w:pPr>
        <w:widowControl/>
      </w:pPr>
      <w:r>
        <w:rPr>
          <w:i w:val="0"/>
        </w:rPr>
        <w:t>It prevents us from rebuilding the same thing because we forgot it existed.</w:t>
      </w:r>
    </w:p>
    <w:p>
      <w:pPr>
        <w:widowControl/>
      </w:pPr>
      <w:r>
        <w:rPr>
          <w:i w:val="0"/>
        </w:rPr>
        <w:t>It gives future Brewmasters context, not just files.</w:t>
      </w:r>
    </w:p>
    <w:p>
      <w:pPr>
        <w:widowControl/>
      </w:pPr>
      <w:r>
        <w:rPr>
          <w:i w:val="0"/>
        </w:rPr>
        <w:t>That is the difference between storage and stewardship.</w:t>
      </w:r>
    </w:p>
    <w:p>
      <w:pPr>
        <w:widowControl/>
      </w:pPr>
      <w:r>
        <w:rPr>
          <w:i w:val="0"/>
        </w:rPr>
        <w:t>Storage keeps objects.</w:t>
      </w:r>
    </w:p>
    <w:p>
      <w:pPr>
        <w:widowControl/>
      </w:pPr>
      <w:r>
        <w:rPr>
          <w:i w:val="0"/>
        </w:rPr>
        <w:t>Stewardship preserves roads between them.</w:t>
      </w:r>
    </w:p>
    <w:p>
      <w:pPr>
        <w:pStyle w:val="Heading1"/>
        <w:keepNext/>
      </w:pPr>
      <w:r>
        <w:t>Chapter Seven — When the Title Becomes the Standard</w:t>
      </w:r>
    </w:p>
    <w:p>
      <w:pPr>
        <w:widowControl/>
      </w:pPr>
      <w:r>
        <w:rPr>
          <w:i w:val="0"/>
        </w:rPr>
        <w:t>Without a map, any road will do.</w:t>
      </w:r>
    </w:p>
    <w:p>
      <w:pPr>
        <w:widowControl/>
      </w:pPr>
      <w:r>
        <w:rPr>
          <w:i w:val="0"/>
        </w:rPr>
        <w:t>At first, that sentence sounds like a lesson about choosing direction.</w:t>
      </w:r>
    </w:p>
    <w:p>
      <w:pPr>
        <w:widowControl/>
      </w:pPr>
      <w:r>
        <w:rPr>
          <w:i w:val="0"/>
        </w:rPr>
        <w:t>Inside this story, it becomes something more.</w:t>
      </w:r>
    </w:p>
    <w:p>
      <w:pPr>
        <w:widowControl/>
      </w:pPr>
      <w:r>
        <w:rPr>
          <w:i w:val="0"/>
        </w:rPr>
        <w:t>Without a map, every file can become an isolated road.</w:t>
      </w:r>
    </w:p>
    <w:p>
      <w:pPr>
        <w:widowControl/>
      </w:pPr>
      <w:r>
        <w:rPr>
          <w:i w:val="0"/>
        </w:rPr>
        <w:t>Every version can drift away from its source.</w:t>
      </w:r>
    </w:p>
    <w:p>
      <w:pPr>
        <w:widowControl/>
      </w:pPr>
      <w:r>
        <w:rPr>
          <w:i w:val="0"/>
        </w:rPr>
        <w:t>Every story can be separated from the reason it mattered.</w:t>
      </w:r>
    </w:p>
    <w:p>
      <w:pPr>
        <w:widowControl/>
      </w:pPr>
      <w:r>
        <w:rPr>
          <w:i w:val="0"/>
        </w:rPr>
        <w:t>Preservation creates the map.</w:t>
      </w:r>
    </w:p>
    <w:p>
      <w:pPr>
        <w:widowControl/>
      </w:pPr>
      <w:r>
        <w:rPr>
          <w:i w:val="0"/>
        </w:rPr>
        <w:t>Naming creates the signposts.</w:t>
      </w:r>
    </w:p>
    <w:p>
      <w:pPr>
        <w:widowControl/>
      </w:pPr>
      <w:r>
        <w:rPr>
          <w:i w:val="0"/>
        </w:rPr>
        <w:t>Version history marks the turns.</w:t>
      </w:r>
    </w:p>
    <w:p>
      <w:pPr>
        <w:widowControl/>
      </w:pPr>
      <w:r>
        <w:rPr>
          <w:i w:val="0"/>
        </w:rPr>
        <w:t>The Master Index shows the intersections.</w:t>
      </w:r>
    </w:p>
    <w:p>
      <w:pPr>
        <w:widowControl/>
      </w:pPr>
      <w:r>
        <w:rPr>
          <w:i w:val="0"/>
        </w:rPr>
        <w:t>The archive gives the road a permanent home.</w:t>
      </w:r>
    </w:p>
    <w:p>
      <w:pPr>
        <w:widowControl/>
      </w:pPr>
      <w:r>
        <w:rPr>
          <w:i w:val="0"/>
        </w:rPr>
        <w:t>The standard is not about controlling every path.</w:t>
      </w:r>
    </w:p>
    <w:p>
      <w:pPr>
        <w:widowControl/>
      </w:pPr>
      <w:r>
        <w:rPr>
          <w:i w:val="0"/>
        </w:rPr>
        <w:t>It is about making sure meaningful work can still be found after the original traveler has moved on.</w:t>
      </w:r>
    </w:p>
    <w:p>
      <w:pPr>
        <w:widowControl/>
      </w:pPr>
      <w:r>
        <w:rPr>
          <w:i w:val="0"/>
        </w:rPr>
        <w:t>That is why Preservation First remains the operating principle beneath the new title.</w:t>
      </w:r>
    </w:p>
    <w:p>
      <w:pPr>
        <w:widowControl/>
      </w:pPr>
      <w:r>
        <w:rPr>
          <w:i w:val="0"/>
        </w:rPr>
        <w:t>The title names the problem.</w:t>
      </w:r>
    </w:p>
    <w:p>
      <w:pPr>
        <w:widowControl/>
      </w:pPr>
      <w:r>
        <w:rPr>
          <w:i w:val="0"/>
        </w:rPr>
        <w:t>The principle names the response.</w:t>
      </w:r>
    </w:p>
    <w:p>
      <w:pPr>
        <w:pStyle w:val="Heading1"/>
        <w:keepNext/>
      </w:pPr>
      <w:r>
        <w:t>Chapter Eight — The Legacy We Can Actually Leave</w:t>
      </w:r>
    </w:p>
    <w:p>
      <w:pPr>
        <w:widowControl/>
      </w:pPr>
      <w:r>
        <w:rPr>
          <w:i w:val="0"/>
        </w:rPr>
        <w:t>Legacy is often discussed as though it belongs to the distant future.</w:t>
      </w:r>
    </w:p>
    <w:p>
      <w:pPr>
        <w:widowControl/>
      </w:pPr>
      <w:r>
        <w:rPr>
          <w:i w:val="0"/>
        </w:rPr>
        <w:t>Preservation taught me that legacy is built through ordinary habits.</w:t>
      </w:r>
    </w:p>
    <w:p>
      <w:pPr>
        <w:widowControl/>
      </w:pPr>
      <w:r>
        <w:rPr>
          <w:i w:val="0"/>
        </w:rPr>
        <w:t>Naming the file clearly.</w:t>
      </w:r>
    </w:p>
    <w:p>
      <w:pPr>
        <w:widowControl/>
      </w:pPr>
      <w:r>
        <w:rPr>
          <w:i w:val="0"/>
        </w:rPr>
        <w:t>Saving the complete text.</w:t>
      </w:r>
    </w:p>
    <w:p>
      <w:pPr>
        <w:widowControl/>
      </w:pPr>
      <w:r>
        <w:rPr>
          <w:i w:val="0"/>
        </w:rPr>
        <w:t>Recording why a decision was made.</w:t>
      </w:r>
    </w:p>
    <w:p>
      <w:pPr>
        <w:widowControl/>
      </w:pPr>
      <w:r>
        <w:rPr>
          <w:i w:val="0"/>
        </w:rPr>
        <w:t>Linking a story to its source episode.</w:t>
      </w:r>
    </w:p>
    <w:p>
      <w:pPr>
        <w:widowControl/>
      </w:pPr>
      <w:r>
        <w:rPr>
          <w:i w:val="0"/>
        </w:rPr>
        <w:t>Keeping the old version when a new one is approved.</w:t>
      </w:r>
    </w:p>
    <w:p>
      <w:pPr>
        <w:widowControl/>
      </w:pPr>
      <w:r>
        <w:rPr>
          <w:i w:val="0"/>
        </w:rPr>
        <w:t>Verifying the download.</w:t>
      </w:r>
    </w:p>
    <w:p>
      <w:pPr>
        <w:widowControl/>
      </w:pPr>
      <w:r>
        <w:rPr>
          <w:i w:val="0"/>
        </w:rPr>
        <w:t>None of these actions look historic while we are doing them.</w:t>
      </w:r>
    </w:p>
    <w:p>
      <w:pPr>
        <w:widowControl/>
      </w:pPr>
      <w:r>
        <w:rPr>
          <w:i w:val="0"/>
        </w:rPr>
        <w:t>Together, they make history accessible.</w:t>
      </w:r>
    </w:p>
    <w:p>
      <w:pPr>
        <w:widowControl/>
      </w:pPr>
      <w:r>
        <w:rPr>
          <w:i w:val="0"/>
        </w:rPr>
        <w:t>A legacy that cannot be found cannot serve.</w:t>
      </w:r>
    </w:p>
    <w:p>
      <w:pPr>
        <w:widowControl/>
      </w:pPr>
      <w:r>
        <w:rPr>
          <w:i w:val="0"/>
        </w:rPr>
        <w:t>A story that cannot be opened cannot teach.</w:t>
      </w:r>
    </w:p>
    <w:p>
      <w:pPr>
        <w:widowControl/>
      </w:pPr>
      <w:r>
        <w:rPr>
          <w:i w:val="0"/>
        </w:rPr>
        <w:t>A lesson that exists only in someone's memory may disappear with them.</w:t>
      </w:r>
    </w:p>
    <w:p>
      <w:pPr>
        <w:widowControl/>
      </w:pPr>
      <w:r>
        <w:rPr>
          <w:i w:val="0"/>
        </w:rPr>
        <w:t>The Estate was created so hope would not depend on perfect memory.</w:t>
      </w:r>
    </w:p>
    <w:p>
      <w:pPr>
        <w:widowControl/>
      </w:pPr>
      <w:r>
        <w:rPr>
          <w:i w:val="0"/>
        </w:rPr>
        <w:t>It would depend on faithful stewardship.</w:t>
      </w:r>
    </w:p>
    <w:p>
      <w:pPr>
        <w:widowControl/>
      </w:pPr>
      <w:r>
        <w:rPr>
          <w:i w:val="0"/>
        </w:rPr>
        <w:t>That is Preservation First.</w:t>
      </w:r>
    </w:p>
    <w:p>
      <w:pPr>
        <w:widowControl/>
      </w:pPr>
      <w:r>
        <w:rPr>
          <w:i w:val="0"/>
        </w:rPr>
        <w:t>Not fear of loss.</w:t>
      </w:r>
    </w:p>
    <w:p>
      <w:pPr>
        <w:widowControl/>
      </w:pPr>
      <w:r>
        <w:rPr>
          <w:i w:val="0"/>
        </w:rPr>
        <w:t>Love expressed through preparation.</w:t>
      </w:r>
    </w:p>
    <w:p>
      <w:pPr>
        <w:widowControl/>
      </w:pPr>
      <w:r>
        <w:rPr>
          <w:i w:val="0"/>
        </w:rPr>
        <w:t>A map drawn carefully enough that someone else can continue the road.</w:t>
      </w:r>
    </w:p>
    <w:p>
      <w:pPr>
        <w:pStyle w:val="Heading1"/>
        <w:keepNext/>
      </w:pPr>
      <w:r>
        <w:t>Brewmaster Insight</w:t>
      </w:r>
    </w:p>
    <w:p>
      <w:pPr>
        <w:widowControl/>
      </w:pPr>
      <w:r>
        <w:rPr>
          <w:i w:val="0"/>
        </w:rPr>
        <w:t>The hardest part of preservation was accepting that good intentions were not enough.</w:t>
      </w:r>
    </w:p>
    <w:p>
      <w:pPr>
        <w:widowControl/>
      </w:pPr>
      <w:r>
        <w:rPr>
          <w:i w:val="0"/>
        </w:rPr>
        <w:t>I intended to save the work.</w:t>
      </w:r>
    </w:p>
    <w:p>
      <w:pPr>
        <w:widowControl/>
      </w:pPr>
      <w:r>
        <w:rPr>
          <w:i w:val="0"/>
        </w:rPr>
        <w:t>I believed the work mattered.</w:t>
      </w:r>
    </w:p>
    <w:p>
      <w:pPr>
        <w:widowControl/>
      </w:pPr>
      <w:r>
        <w:rPr>
          <w:i w:val="0"/>
        </w:rPr>
        <w:t>I expected the package to be complete.</w:t>
      </w:r>
    </w:p>
    <w:p>
      <w:pPr>
        <w:widowControl/>
      </w:pPr>
      <w:r>
        <w:rPr>
          <w:i w:val="0"/>
        </w:rPr>
        <w:t>Preservation required a different kind of care.</w:t>
      </w:r>
    </w:p>
    <w:p>
      <w:pPr>
        <w:widowControl/>
      </w:pPr>
      <w:r>
        <w:rPr>
          <w:i w:val="0"/>
        </w:rPr>
        <w:t>It required proof.</w:t>
      </w:r>
    </w:p>
    <w:p>
      <w:pPr>
        <w:widowControl/>
      </w:pPr>
      <w:r>
        <w:rPr>
          <w:i w:val="0"/>
        </w:rPr>
        <w:t>That lesson changed how I define responsibility.</w:t>
      </w:r>
    </w:p>
    <w:p>
      <w:pPr>
        <w:widowControl/>
      </w:pPr>
      <w:r>
        <w:rPr>
          <w:i w:val="0"/>
        </w:rPr>
        <w:t>Responsibility is not only caring about the outcome.</w:t>
      </w:r>
    </w:p>
    <w:p>
      <w:pPr>
        <w:widowControl/>
      </w:pPr>
      <w:r>
        <w:rPr>
          <w:i w:val="0"/>
        </w:rPr>
        <w:t>It is building a process that makes the outcome reliable.</w:t>
      </w:r>
    </w:p>
    <w:p>
      <w:pPr>
        <w:widowControl/>
      </w:pPr>
      <w:r>
        <w:rPr>
          <w:i w:val="0"/>
        </w:rPr>
        <w:t>This is why the new title works when the manuscript is framed correctly.</w:t>
      </w:r>
    </w:p>
    <w:p>
      <w:pPr>
        <w:widowControl/>
      </w:pPr>
      <w:r>
        <w:rPr>
          <w:i w:val="0"/>
        </w:rPr>
        <w:t>Without a map, any road will do is not permission to wander carelessly.</w:t>
      </w:r>
    </w:p>
    <w:p>
      <w:pPr>
        <w:widowControl/>
      </w:pPr>
      <w:r>
        <w:rPr>
          <w:i w:val="0"/>
        </w:rPr>
        <w:t>It is a reminder that meaningful journeys deserve direction, memory, and retrievable context.</w:t>
      </w:r>
    </w:p>
    <w:p>
      <w:pPr>
        <w:widowControl/>
      </w:pPr>
      <w:r>
        <w:rPr>
          <w:i w:val="0"/>
        </w:rPr>
        <w:t>Preservation is how the Estate refuses to let hope become lost terrain.</w:t>
      </w:r>
    </w:p>
    <w:p>
      <w:pPr>
        <w:pStyle w:val="Heading1"/>
        <w:keepNext/>
      </w:pPr>
      <w:r>
        <w:t>Tea Leaves</w:t>
      </w:r>
    </w:p>
    <w:p>
      <w:pPr>
        <w:pStyle w:val="ListBullet"/>
        <w:widowControl/>
      </w:pPr>
      <w:r>
        <w:t>Visibility is not preservation.</w:t>
      </w:r>
    </w:p>
    <w:p>
      <w:pPr>
        <w:pStyle w:val="ListBullet"/>
        <w:widowControl/>
      </w:pPr>
      <w:r>
        <w:t>A summary is not the story.</w:t>
      </w:r>
    </w:p>
    <w:p>
      <w:pPr>
        <w:pStyle w:val="ListBullet"/>
        <w:widowControl/>
      </w:pPr>
      <w:r>
        <w:t>Done is a verified condition, not a feeling.</w:t>
      </w:r>
    </w:p>
    <w:p>
      <w:pPr>
        <w:pStyle w:val="ListBullet"/>
        <w:widowControl/>
      </w:pPr>
      <w:r>
        <w:t>Preservation protects emotional labor.</w:t>
      </w:r>
    </w:p>
    <w:p>
      <w:pPr>
        <w:pStyle w:val="ListBullet"/>
        <w:widowControl/>
      </w:pPr>
      <w:r>
        <w:t>The Master Manuscript is the source of truth.</w:t>
      </w:r>
    </w:p>
    <w:p>
      <w:pPr>
        <w:pStyle w:val="ListBullet"/>
        <w:widowControl/>
      </w:pPr>
      <w:r>
        <w:t>Session closeout protects tomorrow's momentum.</w:t>
      </w:r>
    </w:p>
    <w:p>
      <w:pPr>
        <w:pStyle w:val="ListBullet"/>
        <w:widowControl/>
      </w:pPr>
      <w:r>
        <w:t>A good Estate remembers relationships, not only files.</w:t>
      </w:r>
    </w:p>
    <w:p>
      <w:pPr>
        <w:pStyle w:val="ListBullet"/>
        <w:widowControl/>
      </w:pPr>
      <w:r>
        <w:t>Legacy is built through ordinary acts of stewardship.</w:t>
      </w:r>
    </w:p>
    <w:p>
      <w:pPr>
        <w:pStyle w:val="ListBullet"/>
        <w:widowControl/>
      </w:pPr>
      <w:r>
        <w:t>A map preserves both direction and memory.</w:t>
      </w:r>
    </w:p>
    <w:p>
      <w:pPr>
        <w:pStyle w:val="ListBullet"/>
        <w:widowControl/>
      </w:pPr>
      <w:r>
        <w:t>The title names the risk; Preservation First names the standard.</w:t>
      </w:r>
    </w:p>
    <w:p>
      <w:pPr>
        <w:pStyle w:val="Heading1"/>
        <w:keepNext/>
      </w:pPr>
      <w:r>
        <w:t>Drops of Hope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Protect today's work so tomorrow can build upon it.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Your story should not have to be retold because someone failed to preserve it.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Done means complete, saved, opened, and verified.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Preservation is care made visible.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 legacy that cannot be found cannot serve.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final act of creation is making sure the work can live again.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 map helps meaningful work find its way home.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Do not wait for the road to disappear before deciding it mattered.</w:t>
      </w:r>
    </w:p>
    <w:p>
      <w:pPr>
        <w:pStyle w:val="Heading1"/>
        <w:keepNext/>
      </w:pPr>
      <w:r>
        <w:t>Brewmaster Reflection</w:t>
      </w:r>
    </w:p>
    <w:p>
      <w:pPr>
        <w:widowControl/>
      </w:pPr>
      <w:r>
        <w:rPr>
          <w:i w:val="0"/>
        </w:rPr>
        <w:t>When I think about what was nearly lost, I still feel the frustration.</w:t>
      </w:r>
    </w:p>
    <w:p>
      <w:pPr>
        <w:widowControl/>
      </w:pPr>
      <w:r>
        <w:rPr>
          <w:i w:val="0"/>
        </w:rPr>
        <w:t>But I also see what the experience created.</w:t>
      </w:r>
    </w:p>
    <w:p>
      <w:pPr>
        <w:widowControl/>
      </w:pPr>
      <w:r>
        <w:rPr>
          <w:i w:val="0"/>
        </w:rPr>
        <w:t>It created a standard strong enough to protect the next hundred episodes.</w:t>
      </w:r>
    </w:p>
    <w:p>
      <w:pPr>
        <w:widowControl/>
      </w:pPr>
      <w:r>
        <w:rPr>
          <w:i w:val="0"/>
        </w:rPr>
        <w:t>The Master Manuscript rule.</w:t>
      </w:r>
    </w:p>
    <w:p>
      <w:pPr>
        <w:widowControl/>
      </w:pPr>
      <w:r>
        <w:rPr>
          <w:i w:val="0"/>
        </w:rPr>
        <w:t>The session closeout.</w:t>
      </w:r>
    </w:p>
    <w:p>
      <w:pPr>
        <w:widowControl/>
      </w:pPr>
      <w:r>
        <w:rPr>
          <w:i w:val="0"/>
        </w:rPr>
        <w:t>The Estate Story requirement.</w:t>
      </w:r>
    </w:p>
    <w:p>
      <w:pPr>
        <w:widowControl/>
      </w:pPr>
      <w:r>
        <w:rPr>
          <w:i w:val="0"/>
        </w:rPr>
        <w:t>The Master Index.</w:t>
      </w:r>
    </w:p>
    <w:p>
      <w:pPr>
        <w:widowControl/>
      </w:pPr>
      <w:r>
        <w:rPr>
          <w:i w:val="0"/>
        </w:rPr>
        <w:t>A deeper understanding of stewardship.</w:t>
      </w:r>
    </w:p>
    <w:p>
      <w:pPr>
        <w:widowControl/>
      </w:pPr>
      <w:r>
        <w:rPr>
          <w:i w:val="0"/>
        </w:rPr>
        <w:t>I would not choose to repeat the experience.</w:t>
      </w:r>
    </w:p>
    <w:p>
      <w:pPr>
        <w:widowControl/>
      </w:pPr>
      <w:r>
        <w:rPr>
          <w:i w:val="0"/>
        </w:rPr>
        <w:t>I will choose to preserve the lesson.</w:t>
      </w:r>
    </w:p>
    <w:p>
      <w:pPr>
        <w:widowControl/>
      </w:pPr>
      <w:r>
        <w:rPr>
          <w:i w:val="0"/>
        </w:rPr>
        <w:t>The road behind us became useful only after we learned how to mark it.</w:t>
      </w:r>
    </w:p>
    <w:p>
      <w:pPr>
        <w:widowControl/>
      </w:pPr>
      <w:r>
        <w:rPr>
          <w:i w:val="0"/>
        </w:rPr>
        <w:t>Now every preserved story becomes a map someone else can trust.</w:t>
      </w:r>
    </w:p>
    <w:p>
      <w:pPr>
        <w:pStyle w:val="Heading1"/>
        <w:keepNext/>
      </w:pPr>
      <w:r>
        <w:t>Brewmaster Journal</w:t>
      </w:r>
    </w:p>
    <w:p>
      <w:pPr>
        <w:widowControl/>
      </w:pPr>
      <w:r>
        <w:rPr>
          <w:i w:val="0"/>
        </w:rPr>
        <w:t>What meaningful work do you believe is safe simply because you can still see it?</w:t>
      </w:r>
    </w:p>
    <w:p>
      <w:pPr>
        <w:widowControl/>
      </w:pPr>
      <w:r>
        <w:rPr>
          <w:i w:val="0"/>
        </w:rPr>
        <w:t>What would happen if the current platform, device, or conversation disappeared?</w:t>
      </w:r>
    </w:p>
    <w:p>
      <w:pPr>
        <w:widowControl/>
      </w:pPr>
      <w:r>
        <w:rPr>
          <w:i w:val="0"/>
        </w:rPr>
        <w:t>Where is the source of truth?</w:t>
      </w:r>
    </w:p>
    <w:p>
      <w:pPr>
        <w:widowControl/>
      </w:pPr>
      <w:r>
        <w:rPr>
          <w:i w:val="0"/>
        </w:rPr>
        <w:t>Can someone else understand how the files relate?</w:t>
      </w:r>
    </w:p>
    <w:p>
      <w:pPr>
        <w:widowControl/>
      </w:pPr>
      <w:r>
        <w:rPr>
          <w:i w:val="0"/>
        </w:rPr>
        <w:t>What road in your work needs a clearer map?</w:t>
      </w:r>
    </w:p>
    <w:p>
      <w:pPr>
        <w:widowControl/>
      </w:pPr>
      <w:r>
        <w:rPr>
          <w:i w:val="0"/>
        </w:rPr>
        <w:t>What one preservation habit would create peace tomorrow?</w:t>
      </w:r>
    </w:p>
    <w:p>
      <w:pPr>
        <w:pStyle w:val="Heading1"/>
        <w:keepNext/>
      </w:pPr>
      <w:r>
        <w:t>Try This Today</w:t>
      </w:r>
    </w:p>
    <w:p>
      <w:pPr>
        <w:widowControl/>
      </w:pPr>
      <w:r>
        <w:rPr>
          <w:i w:val="0"/>
        </w:rPr>
        <w:t>Choose one piece of meaningful work you believe is safe.</w:t>
      </w:r>
    </w:p>
    <w:p>
      <w:pPr>
        <w:widowControl/>
      </w:pPr>
      <w:r>
        <w:rPr>
          <w:i w:val="0"/>
        </w:rPr>
        <w:t>Do not assume.</w:t>
      </w:r>
    </w:p>
    <w:p>
      <w:pPr>
        <w:widowControl/>
      </w:pPr>
      <w:r>
        <w:rPr>
          <w:i w:val="0"/>
        </w:rPr>
        <w:t>Verify.</w:t>
      </w:r>
    </w:p>
    <w:p>
      <w:pPr>
        <w:widowControl/>
      </w:pPr>
      <w:r>
        <w:rPr>
          <w:i w:val="0"/>
        </w:rPr>
        <w:t>Open the file.</w:t>
      </w:r>
    </w:p>
    <w:p>
      <w:pPr>
        <w:widowControl/>
      </w:pPr>
      <w:r>
        <w:rPr>
          <w:i w:val="0"/>
        </w:rPr>
        <w:t>Confirm it is complete.</w:t>
      </w:r>
    </w:p>
    <w:p>
      <w:pPr>
        <w:widowControl/>
      </w:pPr>
      <w:r>
        <w:rPr>
          <w:i w:val="0"/>
        </w:rPr>
        <w:t>Check the title and version.</w:t>
      </w:r>
    </w:p>
    <w:p>
      <w:pPr>
        <w:widowControl/>
      </w:pPr>
      <w:r>
        <w:rPr>
          <w:i w:val="0"/>
        </w:rPr>
        <w:t>Save a copy in its permanent home.</w:t>
      </w:r>
    </w:p>
    <w:p>
      <w:pPr>
        <w:widowControl/>
      </w:pPr>
      <w:r>
        <w:rPr>
          <w:i w:val="0"/>
        </w:rPr>
        <w:t>Write down where it lives.</w:t>
      </w:r>
    </w:p>
    <w:p>
      <w:pPr>
        <w:widowControl/>
      </w:pPr>
      <w:r>
        <w:rPr>
          <w:i w:val="0"/>
        </w:rPr>
        <w:t>Then ask: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If I returned in five years, would I understand what this is, where it came from, and why it matters?</w:t>
      </w:r>
    </w:p>
    <w:p>
      <w:pPr>
        <w:widowControl/>
      </w:pPr>
      <w:r>
        <w:rPr>
          <w:i w:val="0"/>
        </w:rPr>
        <w:t>If the answer is no, preserve one more layer of context today.</w:t>
      </w:r>
    </w:p>
    <w:p>
      <w:pPr>
        <w:widowControl/>
      </w:pPr>
      <w:r>
        <w:rPr>
          <w:i w:val="0"/>
        </w:rPr>
        <w:t>Draw the map while the road is still visible.</w:t>
      </w:r>
    </w:p>
    <w:p>
      <w:r>
        <w:br w:type="page"/>
      </w:r>
    </w:p>
    <w:p>
      <w:pPr>
        <w:pStyle w:val="Heading1"/>
        <w:keepNext/>
      </w:pPr>
      <w:r>
        <w:t>A Letter Before You Leave</w:t>
      </w:r>
    </w:p>
    <w:p>
      <w:pPr>
        <w:widowControl/>
      </w:pPr>
      <w:r>
        <w:rPr>
          <w:i/>
        </w:rPr>
        <w:t>Dear Friend,</w:t>
      </w:r>
    </w:p>
    <w:p>
      <w:pPr>
        <w:widowControl/>
      </w:pPr>
      <w:r>
        <w:rPr>
          <w:i w:val="0"/>
        </w:rPr>
        <w:t>There are things you have created that deserve more care than you may realize.</w:t>
      </w:r>
    </w:p>
    <w:p>
      <w:pPr>
        <w:widowControl/>
      </w:pPr>
      <w:r>
        <w:rPr>
          <w:i w:val="0"/>
        </w:rPr>
        <w:t>A letter.</w:t>
      </w:r>
    </w:p>
    <w:p>
      <w:pPr>
        <w:widowControl/>
      </w:pPr>
      <w:r>
        <w:rPr>
          <w:i w:val="0"/>
        </w:rPr>
        <w:t>A journal.</w:t>
      </w:r>
    </w:p>
    <w:p>
      <w:pPr>
        <w:widowControl/>
      </w:pPr>
      <w:r>
        <w:rPr>
          <w:i w:val="0"/>
        </w:rPr>
        <w:t>A photograph.</w:t>
      </w:r>
    </w:p>
    <w:p>
      <w:pPr>
        <w:widowControl/>
      </w:pPr>
      <w:r>
        <w:rPr>
          <w:i w:val="0"/>
        </w:rPr>
        <w:t>A recording.</w:t>
      </w:r>
    </w:p>
    <w:p>
      <w:pPr>
        <w:widowControl/>
      </w:pPr>
      <w:r>
        <w:rPr>
          <w:i w:val="0"/>
        </w:rPr>
        <w:t>A story someone trusted you enough to tell.</w:t>
      </w:r>
    </w:p>
    <w:p>
      <w:pPr>
        <w:widowControl/>
      </w:pPr>
      <w:r>
        <w:rPr>
          <w:i w:val="0"/>
        </w:rPr>
        <w:t>Do not wait until something disappears to decide it mattered.</w:t>
      </w:r>
    </w:p>
    <w:p>
      <w:pPr>
        <w:widowControl/>
      </w:pPr>
      <w:r>
        <w:rPr>
          <w:i w:val="0"/>
        </w:rPr>
        <w:t>Preserve it now.</w:t>
      </w:r>
    </w:p>
    <w:p>
      <w:pPr>
        <w:widowControl/>
      </w:pPr>
      <w:r>
        <w:rPr>
          <w:i w:val="0"/>
        </w:rPr>
        <w:t>Not because everything must become public.</w:t>
      </w:r>
    </w:p>
    <w:p>
      <w:pPr>
        <w:widowControl/>
      </w:pPr>
      <w:r>
        <w:rPr>
          <w:i w:val="0"/>
        </w:rPr>
        <w:t>Some things are preserved simply because they are precious.</w:t>
      </w:r>
    </w:p>
    <w:p>
      <w:pPr>
        <w:widowControl/>
      </w:pPr>
      <w:r>
        <w:rPr>
          <w:i w:val="0"/>
        </w:rPr>
        <w:t>Give your future self the gift of finding the work whole.</w:t>
      </w:r>
    </w:p>
    <w:p>
      <w:pPr>
        <w:widowControl/>
      </w:pPr>
      <w:r>
        <w:rPr>
          <w:i w:val="0"/>
        </w:rPr>
        <w:t>Give the people who come after you the gift of understanding what you meant.</w:t>
      </w:r>
    </w:p>
    <w:p>
      <w:pPr>
        <w:widowControl/>
      </w:pPr>
      <w:r>
        <w:rPr>
          <w:i w:val="0"/>
        </w:rPr>
        <w:t>And when you create something that carries hope, protect it well enough that hope can keep traveling.</w:t>
      </w:r>
    </w:p>
    <w:p>
      <w:pPr>
        <w:widowControl/>
      </w:pPr>
      <w:r>
        <w:rPr>
          <w:i w:val="0"/>
        </w:rPr>
        <w:t>Without a map, any road will do.</w:t>
      </w:r>
    </w:p>
    <w:p>
      <w:pPr>
        <w:widowControl/>
      </w:pPr>
      <w:r>
        <w:rPr>
          <w:i w:val="0"/>
        </w:rPr>
        <w:t>So draw the map.</w:t>
      </w:r>
    </w:p>
    <w:p>
      <w:pPr>
        <w:widowControl/>
      </w:pPr>
      <w:r>
        <w:rPr>
          <w:i w:val="0"/>
        </w:rPr>
        <w:t>Name the road.</w:t>
      </w:r>
    </w:p>
    <w:p>
      <w:pPr>
        <w:widowControl/>
      </w:pPr>
      <w:r>
        <w:rPr>
          <w:i w:val="0"/>
        </w:rPr>
        <w:t>Mark where the story lives.</w:t>
      </w:r>
    </w:p>
    <w:p>
      <w:pPr>
        <w:widowControl/>
      </w:pPr>
      <w:r>
        <w:rPr>
          <w:i w:val="0"/>
        </w:rPr>
        <w:t>Preserve before producing.</w:t>
      </w:r>
    </w:p>
    <w:p>
      <w:pPr>
        <w:widowControl/>
      </w:pPr>
      <w:r>
        <w:rPr>
          <w:i w:val="0"/>
        </w:rPr>
        <w:t>Verify before closing.</w:t>
      </w:r>
    </w:p>
    <w:p>
      <w:pPr>
        <w:widowControl/>
      </w:pPr>
      <w:r>
        <w:rPr>
          <w:i w:val="0"/>
        </w:rPr>
        <w:t>Build for the person who will need this later.</w:t>
      </w:r>
    </w:p>
    <w:p>
      <w:pPr>
        <w:widowControl/>
      </w:pPr>
      <w:r>
        <w:rPr>
          <w:i w:val="0"/>
        </w:rPr>
        <w:t>Keep brewing.</w:t>
      </w:r>
    </w:p>
    <w:p>
      <w:pPr>
        <w:widowControl/>
      </w:pPr>
      <w:r>
        <w:rPr>
          <w:i/>
        </w:rPr>
        <w:t>— The Brewmaster</w:t>
      </w:r>
    </w:p>
    <w:p>
      <w:pPr>
        <w:pStyle w:val="Heading1"/>
        <w:keepNext/>
      </w:pPr>
      <w:r>
        <w:t>Estate Archive</w:t>
      </w:r>
    </w:p>
    <w:p>
      <w:pPr>
        <w:widowControl/>
      </w:pPr>
      <w:r>
        <w:rPr>
          <w:i w:val="0"/>
        </w:rPr>
        <w:t>Estate Story ID: ES-005</w:t>
      </w:r>
    </w:p>
    <w:p>
      <w:pPr>
        <w:widowControl/>
      </w:pPr>
      <w:r>
        <w:rPr>
          <w:i w:val="0"/>
        </w:rPr>
        <w:t>Title: Without a Map, Any Road Will Do</w:t>
      </w:r>
    </w:p>
    <w:p>
      <w:pPr>
        <w:widowControl/>
      </w:pPr>
      <w:r>
        <w:rPr>
          <w:i w:val="0"/>
        </w:rPr>
        <w:t>Subtitle: Preservation, Stewardship, and the Systems That Help Hope Find Its Way Home</w:t>
      </w:r>
    </w:p>
    <w:p>
      <w:pPr>
        <w:widowControl/>
      </w:pPr>
      <w:r>
        <w:rPr>
          <w:i w:val="0"/>
        </w:rPr>
        <w:t>Collection: CHIA•TEA Estate Stories — Collection 001</w:t>
      </w:r>
    </w:p>
    <w:p>
      <w:pPr>
        <w:widowControl/>
      </w:pPr>
      <w:r>
        <w:rPr>
          <w:i w:val="0"/>
        </w:rPr>
        <w:t>Edition: Reauthored Master Edition</w:t>
      </w:r>
    </w:p>
    <w:p>
      <w:pPr>
        <w:widowControl/>
      </w:pPr>
      <w:r>
        <w:rPr>
          <w:i w:val="0"/>
        </w:rPr>
        <w:t>Status: Ready for Author Review</w:t>
      </w:r>
    </w:p>
    <w:p>
      <w:pPr>
        <w:widowControl/>
      </w:pPr>
      <w:r>
        <w:rPr>
          <w:i w:val="0"/>
        </w:rPr>
        <w:t>Original Source: ES-005 Preservation First — Complete Master Publication</w:t>
      </w:r>
    </w:p>
    <w:p>
      <w:pPr>
        <w:widowControl/>
      </w:pPr>
      <w:r>
        <w:rPr>
          <w:i w:val="0"/>
        </w:rPr>
        <w:t>Operating Principle Preserved: Preservation First</w:t>
      </w:r>
    </w:p>
    <w:p>
      <w:pPr>
        <w:widowControl/>
      </w:pPr>
      <w:r>
        <w:rPr>
          <w:i w:val="0"/>
        </w:rPr>
        <w:t>Core Themes: Preservation, source of truth, stewardship, verification, legacy, maps, memory, and Estate continuity</w:t>
      </w:r>
    </w:p>
    <w:p>
      <w:pPr>
        <w:widowControl/>
      </w:pPr>
      <w:r>
        <w:rPr>
          <w:i w:val="0"/>
        </w:rPr>
        <w:t>Referenced By: Estate Companion — Sections 2, 4, 5, 7, and 8; Episode Production Standard; Session Closeout Standard; Master Manuscript Policy; Digital Estate; Master Index; Visual Framework: Preservation Loop; Companion Handout: Creation Is Not Complete Until Preserved; Future Workshop: Building a Legacy That Remembers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A53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2A53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