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2A5356"/>
          <w:sz w:val="56"/>
        </w:rPr>
        <w:t>ES-004 — One Drop at a Time</w:t>
      </w:r>
    </w:p>
    <w:p>
      <w:pPr>
        <w:jc w:val="center"/>
      </w:pPr>
      <w:r>
        <w:rPr>
          <w:rFonts w:ascii="Georgia" w:hAnsi="Georgia"/>
          <w:i/>
          <w:color w:val="5A5A5A"/>
          <w:sz w:val="26"/>
        </w:rPr>
        <w:t>Why Brewing Became the Language of Hope</w:t>
      </w:r>
    </w:p>
    <w:p>
      <w:pPr>
        <w:widowControl/>
        <w:jc w:val="center"/>
      </w:pPr>
      <w:r>
        <w:rPr>
          <w:i/>
        </w:rPr>
        <w:t>A CHIA•TEA Estate Story</w:t>
      </w:r>
    </w:p>
    <w:p>
      <w:pPr>
        <w:widowControl/>
        <w:jc w:val="center"/>
      </w:pPr>
      <w:r>
        <w:rPr>
          <w:i/>
        </w:rPr>
        <w:t>Collection 001 • Reauthored Master Edition</w:t>
      </w:r>
    </w:p>
    <w:p>
      <w:r>
        <w:br w:type="page"/>
      </w:r>
    </w:p>
    <w:p>
      <w:pPr>
        <w:pStyle w:val="Heading1"/>
        <w:keepNext/>
      </w:pPr>
      <w:r>
        <w:t>Welcome Home</w:t>
      </w:r>
    </w:p>
    <w:p>
      <w:pPr>
        <w:widowControl/>
      </w:pPr>
      <w:r>
        <w:rPr>
          <w:i w:val="0"/>
        </w:rPr>
        <w:t>Welcome home.</w:t>
      </w:r>
    </w:p>
    <w:p>
      <w:pPr>
        <w:widowControl/>
      </w:pPr>
      <w:r>
        <w:rPr>
          <w:i w:val="0"/>
        </w:rPr>
        <w:t>Some changes arrive like storms.</w:t>
      </w:r>
    </w:p>
    <w:p>
      <w:pPr>
        <w:widowControl/>
      </w:pPr>
      <w:r>
        <w:rPr>
          <w:i w:val="0"/>
        </w:rPr>
        <w:t>Others arrive so quietly we almost miss them.</w:t>
      </w:r>
    </w:p>
    <w:p>
      <w:pPr>
        <w:widowControl/>
      </w:pPr>
      <w:r>
        <w:rPr>
          <w:i w:val="0"/>
        </w:rPr>
        <w:t>A pause.</w:t>
      </w:r>
    </w:p>
    <w:p>
      <w:pPr>
        <w:widowControl/>
      </w:pPr>
      <w:r>
        <w:rPr>
          <w:i w:val="0"/>
        </w:rPr>
        <w:t>A breath.</w:t>
      </w:r>
    </w:p>
    <w:p>
      <w:pPr>
        <w:widowControl/>
      </w:pPr>
      <w:r>
        <w:rPr>
          <w:i w:val="0"/>
        </w:rPr>
        <w:t>A cup held with both hands.</w:t>
      </w:r>
    </w:p>
    <w:p>
      <w:pPr>
        <w:widowControl/>
      </w:pPr>
      <w:r>
        <w:rPr>
          <w:i w:val="0"/>
        </w:rPr>
        <w:t>One small choice not to rush.</w:t>
      </w:r>
    </w:p>
    <w:p>
      <w:pPr>
        <w:widowControl/>
      </w:pPr>
      <w:r>
        <w:rPr>
          <w:i w:val="0"/>
        </w:rPr>
        <w:t>One gentle thought replacing a harsher one.</w:t>
      </w:r>
    </w:p>
    <w:p>
      <w:pPr>
        <w:widowControl/>
      </w:pPr>
      <w:r>
        <w:rPr>
          <w:i w:val="0"/>
        </w:rPr>
        <w:t>One drop of hope added to a day that felt nearly empty.</w:t>
      </w:r>
    </w:p>
    <w:p>
      <w:pPr>
        <w:widowControl/>
      </w:pPr>
      <w:r>
        <w:rPr>
          <w:i w:val="0"/>
        </w:rPr>
        <w:t>This story is about those smaller changes.</w:t>
      </w:r>
    </w:p>
    <w:p>
      <w:pPr>
        <w:widowControl/>
      </w:pPr>
      <w:r>
        <w:rPr>
          <w:i w:val="0"/>
        </w:rPr>
        <w:t>The ones that do not look impressive while they are happening.</w:t>
      </w:r>
    </w:p>
    <w:p>
      <w:pPr>
        <w:widowControl/>
      </w:pPr>
      <w:r>
        <w:rPr>
          <w:i w:val="0"/>
        </w:rPr>
        <w:t>The ones that gather slowly until, one day, we realize a whole life has been altered.</w:t>
      </w:r>
    </w:p>
    <w:p>
      <w:pPr>
        <w:widowControl/>
      </w:pPr>
      <w:r>
        <w:rPr>
          <w:i w:val="0"/>
        </w:rPr>
        <w:t>Tea became the language of CHIA•TEA because brewing gave me a way to understand that kind of change.</w:t>
      </w:r>
    </w:p>
    <w:p>
      <w:pPr>
        <w:widowControl/>
      </w:pPr>
      <w:r>
        <w:rPr>
          <w:i w:val="0"/>
        </w:rPr>
        <w:t>Not instant.</w:t>
      </w:r>
    </w:p>
    <w:p>
      <w:pPr>
        <w:widowControl/>
      </w:pPr>
      <w:r>
        <w:rPr>
          <w:i w:val="0"/>
        </w:rPr>
        <w:t>Not forced.</w:t>
      </w:r>
    </w:p>
    <w:p>
      <w:pPr>
        <w:widowControl/>
      </w:pPr>
      <w:r>
        <w:rPr>
          <w:i w:val="0"/>
        </w:rPr>
        <w:t>Not manufactured.</w:t>
      </w:r>
    </w:p>
    <w:p>
      <w:pPr>
        <w:widowControl/>
      </w:pPr>
      <w:r>
        <w:rPr>
          <w:i w:val="0"/>
        </w:rPr>
        <w:t>One drop at a time.</w:t>
      </w:r>
    </w:p>
    <w:p>
      <w:pPr>
        <w:pStyle w:val="Heading1"/>
        <w:keepNext/>
      </w:pPr>
      <w:r>
        <w:t>Why This Story Matters</w:t>
      </w:r>
    </w:p>
    <w:p>
      <w:pPr>
        <w:widowControl/>
      </w:pPr>
      <w:r>
        <w:rPr>
          <w:i w:val="0"/>
        </w:rPr>
        <w:t>People sometimes assume CHIA•TEA began because I loved tea.</w:t>
      </w:r>
    </w:p>
    <w:p>
      <w:pPr>
        <w:widowControl/>
      </w:pPr>
      <w:r>
        <w:rPr>
          <w:i w:val="0"/>
        </w:rPr>
        <w:t>That is only partly true.</w:t>
      </w:r>
    </w:p>
    <w:p>
      <w:pPr>
        <w:widowControl/>
      </w:pPr>
      <w:r>
        <w:rPr>
          <w:i w:val="0"/>
        </w:rPr>
        <w:t>Tea mattered because it gave me a language for something I had been trying to explain for years.</w:t>
      </w:r>
    </w:p>
    <w:p>
      <w:pPr>
        <w:widowControl/>
      </w:pPr>
      <w:r>
        <w:rPr>
          <w:i w:val="0"/>
        </w:rPr>
        <w:t>It gave me a way to talk about healing without making healing sound clinical.</w:t>
      </w:r>
    </w:p>
    <w:p>
      <w:pPr>
        <w:widowControl/>
      </w:pPr>
      <w:r>
        <w:rPr>
          <w:i w:val="0"/>
        </w:rPr>
        <w:t>A way to talk about patience without making patience sound passive.</w:t>
      </w:r>
    </w:p>
    <w:p>
      <w:pPr>
        <w:widowControl/>
      </w:pPr>
      <w:r>
        <w:rPr>
          <w:i w:val="0"/>
        </w:rPr>
        <w:t>A way to talk about hope without pretending hope was always bright, immediate, or easy.</w:t>
      </w:r>
    </w:p>
    <w:p>
      <w:pPr>
        <w:widowControl/>
      </w:pPr>
      <w:r>
        <w:rPr>
          <w:i w:val="0"/>
        </w:rPr>
        <w:t>A cup of tea begins with ordinary things:</w:t>
      </w:r>
    </w:p>
    <w:p>
      <w:pPr>
        <w:widowControl/>
      </w:pPr>
      <w:r>
        <w:rPr>
          <w:i w:val="0"/>
        </w:rPr>
        <w:t>Water.</w:t>
      </w:r>
    </w:p>
    <w:p>
      <w:pPr>
        <w:widowControl/>
      </w:pPr>
      <w:r>
        <w:rPr>
          <w:i w:val="0"/>
        </w:rPr>
        <w:t>Leaves.</w:t>
      </w:r>
    </w:p>
    <w:p>
      <w:pPr>
        <w:widowControl/>
      </w:pPr>
      <w:r>
        <w:rPr>
          <w:i w:val="0"/>
        </w:rPr>
        <w:t>Warmth.</w:t>
      </w:r>
    </w:p>
    <w:p>
      <w:pPr>
        <w:widowControl/>
      </w:pPr>
      <w:r>
        <w:rPr>
          <w:i w:val="0"/>
        </w:rPr>
        <w:t>Time.</w:t>
      </w:r>
    </w:p>
    <w:p>
      <w:pPr>
        <w:widowControl/>
      </w:pPr>
      <w:r>
        <w:rPr>
          <w:i w:val="0"/>
        </w:rPr>
        <w:t>So does recovery.</w:t>
      </w:r>
    </w:p>
    <w:p>
      <w:pPr>
        <w:widowControl/>
      </w:pPr>
      <w:r>
        <w:rPr>
          <w:i w:val="0"/>
        </w:rPr>
        <w:t>So does reflection.</w:t>
      </w:r>
    </w:p>
    <w:p>
      <w:pPr>
        <w:widowControl/>
      </w:pPr>
      <w:r>
        <w:rPr>
          <w:i w:val="0"/>
        </w:rPr>
        <w:t>So does trust.</w:t>
      </w:r>
    </w:p>
    <w:p>
      <w:pPr>
        <w:widowControl/>
      </w:pPr>
      <w:r>
        <w:rPr>
          <w:i w:val="0"/>
        </w:rPr>
        <w:t>So does every meaningful change I have ever experienced.</w:t>
      </w:r>
    </w:p>
    <w:p>
      <w:pPr>
        <w:widowControl/>
      </w:pPr>
      <w:r>
        <w:rPr>
          <w:i w:val="0"/>
        </w:rPr>
        <w:t>But the title One Drop at a Time asks us to notice something even more specific.</w:t>
      </w:r>
    </w:p>
    <w:p>
      <w:pPr>
        <w:widowControl/>
      </w:pPr>
      <w:r>
        <w:rPr>
          <w:i w:val="0"/>
        </w:rPr>
        <w:t>Hope rarely arrives as a full cup.</w:t>
      </w:r>
    </w:p>
    <w:p>
      <w:pPr>
        <w:widowControl/>
      </w:pPr>
      <w:r>
        <w:rPr>
          <w:i w:val="0"/>
        </w:rPr>
        <w:t>More often it returns in small amounts.</w:t>
      </w:r>
    </w:p>
    <w:p>
      <w:pPr>
        <w:widowControl/>
      </w:pPr>
      <w:r>
        <w:rPr>
          <w:i w:val="0"/>
        </w:rPr>
        <w:t>One breath.</w:t>
      </w:r>
    </w:p>
    <w:p>
      <w:pPr>
        <w:widowControl/>
      </w:pPr>
      <w:r>
        <w:rPr>
          <w:i w:val="0"/>
        </w:rPr>
        <w:t>One honest conversation.</w:t>
      </w:r>
    </w:p>
    <w:p>
      <w:pPr>
        <w:widowControl/>
      </w:pPr>
      <w:r>
        <w:rPr>
          <w:i w:val="0"/>
        </w:rPr>
        <w:t>One quiet morning.</w:t>
      </w:r>
    </w:p>
    <w:p>
      <w:pPr>
        <w:widowControl/>
      </w:pPr>
      <w:r>
        <w:rPr>
          <w:i w:val="0"/>
        </w:rPr>
        <w:t>One decision to stay.</w:t>
      </w:r>
    </w:p>
    <w:p>
      <w:pPr>
        <w:widowControl/>
      </w:pPr>
      <w:r>
        <w:rPr>
          <w:i w:val="0"/>
        </w:rPr>
        <w:t>One moment of believing tomorrow might still hold something different.</w:t>
      </w:r>
    </w:p>
    <w:p>
      <w:pPr>
        <w:widowControl/>
      </w:pPr>
      <w:r>
        <w:rPr>
          <w:i w:val="0"/>
        </w:rPr>
        <w:t>This story belongs in the Estate because the tea metaphor did not become decoration around CHIA•TEA.</w:t>
      </w:r>
    </w:p>
    <w:p>
      <w:pPr>
        <w:widowControl/>
      </w:pPr>
      <w:r>
        <w:rPr>
          <w:i w:val="0"/>
        </w:rPr>
        <w:t>It became the structure beneath it.</w:t>
      </w:r>
    </w:p>
    <w:p>
      <w:pPr>
        <w:widowControl/>
      </w:pPr>
      <w:r>
        <w:rPr>
          <w:i w:val="0"/>
        </w:rPr>
        <w:t>The brew is how a story becomes wisdom.</w:t>
      </w:r>
    </w:p>
    <w:p>
      <w:pPr>
        <w:widowControl/>
      </w:pPr>
      <w:r>
        <w:rPr>
          <w:i w:val="0"/>
        </w:rPr>
        <w:t>The pot is how wisdom is held.</w:t>
      </w:r>
    </w:p>
    <w:p>
      <w:pPr>
        <w:widowControl/>
      </w:pPr>
      <w:r>
        <w:rPr>
          <w:i w:val="0"/>
        </w:rPr>
        <w:t>The cup is how it is shared.</w:t>
      </w:r>
    </w:p>
    <w:p>
      <w:pPr>
        <w:widowControl/>
      </w:pPr>
      <w:r>
        <w:rPr>
          <w:i w:val="0"/>
        </w:rPr>
        <w:t>And the drop is how hope first returns.</w:t>
      </w:r>
    </w:p>
    <w:p>
      <w:pPr>
        <w:pStyle w:val="Heading1"/>
        <w:keepNext/>
      </w:pPr>
      <w:r>
        <w:t>Chapter One — Before the First Cup</w:t>
      </w:r>
    </w:p>
    <w:p>
      <w:pPr>
        <w:widowControl/>
      </w:pPr>
      <w:r>
        <w:rPr>
          <w:i w:val="0"/>
        </w:rPr>
        <w:t>Long before I ever called myself the Brewmaster, there were quiet moments when I sat with a warm cup in my hands and noticed how different tea felt from almost everything else in my day.</w:t>
      </w:r>
    </w:p>
    <w:p>
      <w:pPr>
        <w:widowControl/>
      </w:pPr>
      <w:r>
        <w:rPr>
          <w:i w:val="0"/>
        </w:rPr>
        <w:t>Most of life seemed to be asking me to hurry.</w:t>
      </w:r>
    </w:p>
    <w:p>
      <w:pPr>
        <w:widowControl/>
      </w:pPr>
      <w:r>
        <w:rPr>
          <w:i w:val="0"/>
        </w:rPr>
        <w:t>Answer the phone.</w:t>
      </w:r>
    </w:p>
    <w:p>
      <w:pPr>
        <w:widowControl/>
      </w:pPr>
      <w:r>
        <w:rPr>
          <w:i w:val="0"/>
        </w:rPr>
        <w:t>Fix the problem.</w:t>
      </w:r>
    </w:p>
    <w:p>
      <w:pPr>
        <w:widowControl/>
      </w:pPr>
      <w:r>
        <w:rPr>
          <w:i w:val="0"/>
        </w:rPr>
        <w:t>Meet the deadline.</w:t>
      </w:r>
    </w:p>
    <w:p>
      <w:pPr>
        <w:widowControl/>
      </w:pPr>
      <w:r>
        <w:rPr>
          <w:i w:val="0"/>
        </w:rPr>
        <w:t>Help the person.</w:t>
      </w:r>
    </w:p>
    <w:p>
      <w:pPr>
        <w:widowControl/>
      </w:pPr>
      <w:r>
        <w:rPr>
          <w:i w:val="0"/>
        </w:rPr>
        <w:t>Solve the crisis.</w:t>
      </w:r>
    </w:p>
    <w:p>
      <w:pPr>
        <w:widowControl/>
      </w:pPr>
      <w:r>
        <w:rPr>
          <w:i w:val="0"/>
        </w:rPr>
        <w:t>Move to the next thing.</w:t>
      </w:r>
    </w:p>
    <w:p>
      <w:pPr>
        <w:widowControl/>
      </w:pPr>
      <w:r>
        <w:rPr>
          <w:i w:val="0"/>
        </w:rPr>
        <w:t>Tea did not hurry me.</w:t>
      </w:r>
    </w:p>
    <w:p>
      <w:pPr>
        <w:widowControl/>
      </w:pPr>
      <w:r>
        <w:rPr>
          <w:i w:val="0"/>
        </w:rPr>
        <w:t>Tea asked me to stop.</w:t>
      </w:r>
    </w:p>
    <w:p>
      <w:pPr>
        <w:widowControl/>
      </w:pPr>
      <w:r>
        <w:rPr>
          <w:i w:val="0"/>
        </w:rPr>
        <w:t>There is a difference between drinking something and receiving it.</w:t>
      </w:r>
    </w:p>
    <w:p>
      <w:pPr>
        <w:widowControl/>
      </w:pPr>
      <w:r>
        <w:rPr>
          <w:i w:val="0"/>
        </w:rPr>
        <w:t>I had consumed plenty of things quickly.</w:t>
      </w:r>
    </w:p>
    <w:p>
      <w:pPr>
        <w:widowControl/>
      </w:pPr>
      <w:r>
        <w:rPr>
          <w:i w:val="0"/>
        </w:rPr>
        <w:t>Coffee on the run.</w:t>
      </w:r>
    </w:p>
    <w:p>
      <w:pPr>
        <w:widowControl/>
      </w:pPr>
      <w:r>
        <w:rPr>
          <w:i w:val="0"/>
        </w:rPr>
        <w:t>Water while standing at the sink.</w:t>
      </w:r>
    </w:p>
    <w:p>
      <w:pPr>
        <w:widowControl/>
      </w:pPr>
      <w:r>
        <w:rPr>
          <w:i w:val="0"/>
        </w:rPr>
        <w:t>A meal eaten while answering messages.</w:t>
      </w:r>
    </w:p>
    <w:p>
      <w:pPr>
        <w:widowControl/>
      </w:pPr>
      <w:r>
        <w:rPr>
          <w:i w:val="0"/>
        </w:rPr>
        <w:t>Tea seemed to create a different kind of moment.</w:t>
      </w:r>
    </w:p>
    <w:p>
      <w:pPr>
        <w:widowControl/>
      </w:pPr>
      <w:r>
        <w:rPr>
          <w:i w:val="0"/>
        </w:rPr>
        <w:t>The kettle had to be filled.</w:t>
      </w:r>
    </w:p>
    <w:p>
      <w:pPr>
        <w:widowControl/>
      </w:pPr>
      <w:r>
        <w:rPr>
          <w:i w:val="0"/>
        </w:rPr>
        <w:t>The water had to heat.</w:t>
      </w:r>
    </w:p>
    <w:p>
      <w:pPr>
        <w:widowControl/>
      </w:pPr>
      <w:r>
        <w:rPr>
          <w:i w:val="0"/>
        </w:rPr>
        <w:t>The leaves had to be chosen.</w:t>
      </w:r>
    </w:p>
    <w:p>
      <w:pPr>
        <w:widowControl/>
      </w:pPr>
      <w:r>
        <w:rPr>
          <w:i w:val="0"/>
        </w:rPr>
        <w:t>The cup had to be held.</w:t>
      </w:r>
    </w:p>
    <w:p>
      <w:pPr>
        <w:widowControl/>
      </w:pPr>
      <w:r>
        <w:rPr>
          <w:i w:val="0"/>
        </w:rPr>
        <w:t>The steep had to be allowed.</w:t>
      </w:r>
    </w:p>
    <w:p>
      <w:pPr>
        <w:widowControl/>
      </w:pPr>
      <w:r>
        <w:rPr>
          <w:i w:val="0"/>
        </w:rPr>
        <w:t>Nothing about it was dramatic.</w:t>
      </w:r>
    </w:p>
    <w:p>
      <w:pPr>
        <w:widowControl/>
      </w:pPr>
      <w:r>
        <w:rPr>
          <w:i w:val="0"/>
        </w:rPr>
        <w:t>That may have been why it mattered.</w:t>
      </w:r>
    </w:p>
    <w:p>
      <w:pPr>
        <w:widowControl/>
      </w:pPr>
      <w:r>
        <w:rPr>
          <w:i w:val="0"/>
        </w:rPr>
        <w:t>The ritual was small enough not to frighten me, but steady enough to change the pace of my thoughts.</w:t>
      </w:r>
    </w:p>
    <w:p>
      <w:pPr>
        <w:widowControl/>
      </w:pPr>
      <w:r>
        <w:rPr>
          <w:i w:val="0"/>
        </w:rPr>
        <w:t>At first, I did not think of that as healing.</w:t>
      </w:r>
    </w:p>
    <w:p>
      <w:pPr>
        <w:widowControl/>
      </w:pPr>
      <w:r>
        <w:rPr>
          <w:i w:val="0"/>
        </w:rPr>
        <w:t>I thought of it as taking a break.</w:t>
      </w:r>
    </w:p>
    <w:p>
      <w:pPr>
        <w:widowControl/>
      </w:pPr>
      <w:r>
        <w:rPr>
          <w:i w:val="0"/>
        </w:rPr>
        <w:t>Later, I realized the break was the healing.</w:t>
      </w:r>
    </w:p>
    <w:p>
      <w:pPr>
        <w:widowControl/>
      </w:pPr>
      <w:r>
        <w:rPr>
          <w:i w:val="0"/>
        </w:rPr>
        <w:t>The tea did not solve my problems.</w:t>
      </w:r>
    </w:p>
    <w:p>
      <w:pPr>
        <w:widowControl/>
      </w:pPr>
      <w:r>
        <w:rPr>
          <w:i w:val="0"/>
        </w:rPr>
        <w:t>It did not repair broken appliances, change difficult people, or erase grief.</w:t>
      </w:r>
    </w:p>
    <w:p>
      <w:pPr>
        <w:widowControl/>
      </w:pPr>
      <w:r>
        <w:rPr>
          <w:i w:val="0"/>
        </w:rPr>
        <w:t>It gave me a few minutes in which I was not required to solve anything.</w:t>
      </w:r>
    </w:p>
    <w:p>
      <w:pPr>
        <w:widowControl/>
      </w:pPr>
      <w:r>
        <w:rPr>
          <w:i w:val="0"/>
        </w:rPr>
        <w:t>That space became sacred.</w:t>
      </w:r>
    </w:p>
    <w:p>
      <w:pPr>
        <w:widowControl/>
      </w:pPr>
      <w:r>
        <w:rPr>
          <w:i w:val="0"/>
        </w:rPr>
        <w:t>The cup became a boundary around a moment.</w:t>
      </w:r>
    </w:p>
    <w:p>
      <w:pPr>
        <w:widowControl/>
      </w:pPr>
      <w:r>
        <w:rPr>
          <w:i w:val="0"/>
        </w:rPr>
        <w:t>For as long as I held it, I was allowed to be present.</w:t>
      </w:r>
    </w:p>
    <w:p>
      <w:pPr>
        <w:widowControl/>
      </w:pPr>
      <w:r>
        <w:rPr>
          <w:i w:val="0"/>
        </w:rPr>
        <w:t>I did not have to be productive.</w:t>
      </w:r>
    </w:p>
    <w:p>
      <w:pPr>
        <w:widowControl/>
      </w:pPr>
      <w:r>
        <w:rPr>
          <w:i w:val="0"/>
        </w:rPr>
        <w:t>Useful.</w:t>
      </w:r>
    </w:p>
    <w:p>
      <w:pPr>
        <w:widowControl/>
      </w:pPr>
      <w:r>
        <w:rPr>
          <w:i w:val="0"/>
        </w:rPr>
        <w:t>Strong for anyone else.</w:t>
      </w:r>
    </w:p>
    <w:p>
      <w:pPr>
        <w:widowControl/>
      </w:pPr>
      <w:r>
        <w:rPr>
          <w:i w:val="0"/>
        </w:rPr>
        <w:t>I could simply sit.</w:t>
      </w:r>
    </w:p>
    <w:p>
      <w:pPr>
        <w:widowControl/>
      </w:pPr>
      <w:r>
        <w:rPr>
          <w:i w:val="0"/>
        </w:rPr>
        <w:t>And in that sitting, something inside me softened.</w:t>
      </w:r>
    </w:p>
    <w:p>
      <w:pPr>
        <w:widowControl/>
      </w:pPr>
      <w:r>
        <w:rPr>
          <w:i w:val="0"/>
        </w:rPr>
        <w:t>That was the first drop.</w:t>
      </w:r>
    </w:p>
    <w:p>
      <w:pPr>
        <w:pStyle w:val="Heading1"/>
        <w:keepNext/>
      </w:pPr>
      <w:r>
        <w:t>Chapter Two — Water Before Leaves</w:t>
      </w:r>
    </w:p>
    <w:p>
      <w:pPr>
        <w:widowControl/>
      </w:pPr>
      <w:r>
        <w:rPr>
          <w:i w:val="0"/>
        </w:rPr>
        <w:t>A Brewmaster learns quickly that the order matters.</w:t>
      </w:r>
    </w:p>
    <w:p>
      <w:pPr>
        <w:widowControl/>
      </w:pPr>
      <w:r>
        <w:rPr>
          <w:i w:val="0"/>
        </w:rPr>
        <w:t>You cannot steep tea without water.</w:t>
      </w:r>
    </w:p>
    <w:p>
      <w:pPr>
        <w:widowControl/>
      </w:pPr>
      <w:r>
        <w:rPr>
          <w:i w:val="0"/>
        </w:rPr>
        <w:t>You cannot force flavor from dry leaves and call the process complete.</w:t>
      </w:r>
    </w:p>
    <w:p>
      <w:pPr>
        <w:widowControl/>
      </w:pPr>
      <w:r>
        <w:rPr>
          <w:i w:val="0"/>
        </w:rPr>
        <w:t>The water has to be prepared first.</w:t>
      </w:r>
    </w:p>
    <w:p>
      <w:pPr>
        <w:widowControl/>
      </w:pPr>
      <w:r>
        <w:rPr>
          <w:i w:val="0"/>
        </w:rPr>
        <w:t>That became one of the most useful metaphors in my life.</w:t>
      </w:r>
    </w:p>
    <w:p>
      <w:pPr>
        <w:widowControl/>
      </w:pPr>
      <w:r>
        <w:rPr>
          <w:i w:val="0"/>
        </w:rPr>
        <w:t>We often try to place wisdom into an environment that cannot receive it.</w:t>
      </w:r>
    </w:p>
    <w:p>
      <w:pPr>
        <w:widowControl/>
      </w:pPr>
      <w:r>
        <w:rPr>
          <w:i w:val="0"/>
        </w:rPr>
        <w:t>We give advice to someone who does not yet feel safe.</w:t>
      </w:r>
    </w:p>
    <w:p>
      <w:pPr>
        <w:widowControl/>
      </w:pPr>
      <w:r>
        <w:rPr>
          <w:i w:val="0"/>
        </w:rPr>
        <w:t>We ask for vulnerability before we have offered trust.</w:t>
      </w:r>
    </w:p>
    <w:p>
      <w:pPr>
        <w:widowControl/>
      </w:pPr>
      <w:r>
        <w:rPr>
          <w:i w:val="0"/>
        </w:rPr>
        <w:t>We expect healing in spaces still filled with judgment.</w:t>
      </w:r>
    </w:p>
    <w:p>
      <w:pPr>
        <w:widowControl/>
      </w:pPr>
      <w:r>
        <w:rPr>
          <w:i w:val="0"/>
        </w:rPr>
        <w:t>We demand growth from ourselves while living in constant exhaustion.</w:t>
      </w:r>
    </w:p>
    <w:p>
      <w:pPr>
        <w:widowControl/>
      </w:pPr>
      <w:r>
        <w:rPr>
          <w:i w:val="0"/>
        </w:rPr>
        <w:t>Then we wonder why nothing opens.</w:t>
      </w:r>
    </w:p>
    <w:p>
      <w:pPr>
        <w:widowControl/>
      </w:pPr>
      <w:r>
        <w:rPr>
          <w:i w:val="0"/>
        </w:rPr>
        <w:t>Tea taught me that preparation is not wasted time.</w:t>
      </w:r>
    </w:p>
    <w:p>
      <w:pPr>
        <w:widowControl/>
      </w:pPr>
      <w:r>
        <w:rPr>
          <w:i w:val="0"/>
        </w:rPr>
        <w:t>The water matters.</w:t>
      </w:r>
    </w:p>
    <w:p>
      <w:pPr>
        <w:widowControl/>
      </w:pPr>
      <w:r>
        <w:rPr>
          <w:i w:val="0"/>
        </w:rPr>
        <w:t>Too cold, and the leaves remain closed.</w:t>
      </w:r>
    </w:p>
    <w:p>
      <w:pPr>
        <w:widowControl/>
      </w:pPr>
      <w:r>
        <w:rPr>
          <w:i w:val="0"/>
        </w:rPr>
        <w:t>Too hot, and delicate flavors disappear.</w:t>
      </w:r>
    </w:p>
    <w:p>
      <w:pPr>
        <w:widowControl/>
      </w:pPr>
      <w:r>
        <w:rPr>
          <w:i w:val="0"/>
        </w:rPr>
        <w:t>People are like that too.</w:t>
      </w:r>
    </w:p>
    <w:p>
      <w:pPr>
        <w:widowControl/>
      </w:pPr>
      <w:r>
        <w:rPr>
          <w:i w:val="0"/>
        </w:rPr>
        <w:t>Some of us have spent so long surviving harsh environments that gentleness feels unfamiliar.</w:t>
      </w:r>
    </w:p>
    <w:p>
      <w:pPr>
        <w:widowControl/>
      </w:pPr>
      <w:r>
        <w:rPr>
          <w:i w:val="0"/>
        </w:rPr>
        <w:t>Others have been protected from every discomfort and have never learned how much strength they carry.</w:t>
      </w:r>
    </w:p>
    <w:p>
      <w:pPr>
        <w:widowControl/>
      </w:pPr>
      <w:r>
        <w:rPr>
          <w:i w:val="0"/>
        </w:rPr>
        <w:t>The role of the Brewmaster is not to force the leaves.</w:t>
      </w:r>
    </w:p>
    <w:p>
      <w:pPr>
        <w:widowControl/>
      </w:pPr>
      <w:r>
        <w:rPr>
          <w:i w:val="0"/>
        </w:rPr>
        <w:t>The role is to create the conditions in which they can open.</w:t>
      </w:r>
    </w:p>
    <w:p>
      <w:pPr>
        <w:widowControl/>
      </w:pPr>
      <w:r>
        <w:rPr>
          <w:i w:val="0"/>
        </w:rPr>
        <w:t>Listening becomes the water.</w:t>
      </w:r>
    </w:p>
    <w:p>
      <w:pPr>
        <w:widowControl/>
      </w:pPr>
      <w:r>
        <w:rPr>
          <w:i w:val="0"/>
        </w:rPr>
        <w:t>Patience becomes the temperature.</w:t>
      </w:r>
    </w:p>
    <w:p>
      <w:pPr>
        <w:widowControl/>
      </w:pPr>
      <w:r>
        <w:rPr>
          <w:i w:val="0"/>
        </w:rPr>
        <w:t>Honesty becomes the kettle.</w:t>
      </w:r>
    </w:p>
    <w:p>
      <w:pPr>
        <w:widowControl/>
      </w:pPr>
      <w:r>
        <w:rPr>
          <w:i w:val="0"/>
        </w:rPr>
        <w:t>Compassion becomes the warmth surrounding the cup.</w:t>
      </w:r>
    </w:p>
    <w:p>
      <w:pPr>
        <w:widowControl/>
      </w:pPr>
      <w:r>
        <w:rPr>
          <w:i w:val="0"/>
        </w:rPr>
        <w:t>Only then can the story release what it has been carrying.</w:t>
      </w:r>
    </w:p>
    <w:p>
      <w:pPr>
        <w:widowControl/>
      </w:pPr>
      <w:r>
        <w:rPr>
          <w:i w:val="0"/>
        </w:rPr>
        <w:t>This is how hope often begins.</w:t>
      </w:r>
    </w:p>
    <w:p>
      <w:pPr>
        <w:widowControl/>
      </w:pPr>
      <w:r>
        <w:rPr>
          <w:i w:val="0"/>
        </w:rPr>
        <w:t>Not with the answer.</w:t>
      </w:r>
    </w:p>
    <w:p>
      <w:pPr>
        <w:widowControl/>
      </w:pPr>
      <w:r>
        <w:rPr>
          <w:i w:val="0"/>
        </w:rPr>
        <w:t>With the conditions that make the answer possible.</w:t>
      </w:r>
    </w:p>
    <w:p>
      <w:pPr>
        <w:pStyle w:val="Heading1"/>
        <w:keepNext/>
      </w:pPr>
      <w:r>
        <w:t>Chapter Three — Slow Is Not Stagnant</w:t>
      </w:r>
    </w:p>
    <w:p>
      <w:pPr>
        <w:widowControl/>
      </w:pPr>
      <w:r>
        <w:rPr>
          <w:i w:val="0"/>
        </w:rPr>
        <w:t>Waiting has become an unpopular discipline.</w:t>
      </w:r>
    </w:p>
    <w:p>
      <w:pPr>
        <w:widowControl/>
      </w:pPr>
      <w:r>
        <w:rPr>
          <w:i w:val="0"/>
        </w:rPr>
        <w:t>We live in a world that rewards speed.</w:t>
      </w:r>
    </w:p>
    <w:p>
      <w:pPr>
        <w:widowControl/>
      </w:pPr>
      <w:r>
        <w:rPr>
          <w:i w:val="0"/>
        </w:rPr>
        <w:t>Fast replies.</w:t>
      </w:r>
    </w:p>
    <w:p>
      <w:pPr>
        <w:widowControl/>
      </w:pPr>
      <w:r>
        <w:rPr>
          <w:i w:val="0"/>
        </w:rPr>
        <w:t>Fast delivery.</w:t>
      </w:r>
    </w:p>
    <w:p>
      <w:pPr>
        <w:widowControl/>
      </w:pPr>
      <w:r>
        <w:rPr>
          <w:i w:val="0"/>
        </w:rPr>
        <w:t>Fast growth.</w:t>
      </w:r>
    </w:p>
    <w:p>
      <w:pPr>
        <w:widowControl/>
      </w:pPr>
      <w:r>
        <w:rPr>
          <w:i w:val="0"/>
        </w:rPr>
        <w:t>Fast healing.</w:t>
      </w:r>
    </w:p>
    <w:p>
      <w:pPr>
        <w:widowControl/>
      </w:pPr>
      <w:r>
        <w:rPr>
          <w:i w:val="0"/>
        </w:rPr>
        <w:t>We are taught to measure movement by how quickly something changes.</w:t>
      </w:r>
    </w:p>
    <w:p>
      <w:pPr>
        <w:widowControl/>
      </w:pPr>
      <w:r>
        <w:rPr>
          <w:i w:val="0"/>
        </w:rPr>
        <w:t>Tea refuses that standard.</w:t>
      </w:r>
    </w:p>
    <w:p>
      <w:pPr>
        <w:widowControl/>
      </w:pPr>
      <w:r>
        <w:rPr>
          <w:i w:val="0"/>
        </w:rPr>
        <w:t>The leaves do not apologize for taking time.</w:t>
      </w:r>
    </w:p>
    <w:p>
      <w:pPr>
        <w:widowControl/>
      </w:pPr>
      <w:r>
        <w:rPr>
          <w:i w:val="0"/>
        </w:rPr>
        <w:t>They do not become better because we shake the cup impatiently.</w:t>
      </w:r>
    </w:p>
    <w:p>
      <w:pPr>
        <w:widowControl/>
      </w:pPr>
      <w:r>
        <w:rPr>
          <w:i w:val="0"/>
        </w:rPr>
        <w:t>They do not release more because we stare at the clock.</w:t>
      </w:r>
    </w:p>
    <w:p>
      <w:pPr>
        <w:widowControl/>
      </w:pPr>
      <w:r>
        <w:rPr>
          <w:i w:val="0"/>
        </w:rPr>
        <w:t>They respond to warmth and time.</w:t>
      </w:r>
    </w:p>
    <w:p>
      <w:pPr>
        <w:widowControl/>
      </w:pPr>
      <w:r>
        <w:rPr>
          <w:i w:val="0"/>
        </w:rPr>
        <w:t>So do people.</w:t>
      </w:r>
    </w:p>
    <w:p>
      <w:pPr>
        <w:widowControl/>
      </w:pPr>
      <w:r>
        <w:rPr>
          <w:i w:val="0"/>
        </w:rPr>
        <w:t>Some of the hardest seasons of my life felt motionless while I was living them.</w:t>
      </w:r>
    </w:p>
    <w:p>
      <w:pPr>
        <w:widowControl/>
      </w:pPr>
      <w:r>
        <w:rPr>
          <w:i w:val="0"/>
        </w:rPr>
        <w:t>I mistook waiting for failure.</w:t>
      </w:r>
    </w:p>
    <w:p>
      <w:pPr>
        <w:widowControl/>
      </w:pPr>
      <w:r>
        <w:rPr>
          <w:i w:val="0"/>
        </w:rPr>
        <w:t>I thought that because I could not yet see change, nothing was happening.</w:t>
      </w:r>
    </w:p>
    <w:p>
      <w:pPr>
        <w:widowControl/>
      </w:pPr>
      <w:r>
        <w:rPr>
          <w:i w:val="0"/>
        </w:rPr>
        <w:t>But the deepest changes often happen where no one can see them.</w:t>
      </w:r>
    </w:p>
    <w:p>
      <w:pPr>
        <w:widowControl/>
      </w:pPr>
      <w:r>
        <w:rPr>
          <w:i w:val="0"/>
        </w:rPr>
        <w:t>Roots grow underground.</w:t>
      </w:r>
    </w:p>
    <w:p>
      <w:pPr>
        <w:widowControl/>
      </w:pPr>
      <w:r>
        <w:rPr>
          <w:i w:val="0"/>
        </w:rPr>
        <w:t>Trust rebuilds quietly.</w:t>
      </w:r>
    </w:p>
    <w:p>
      <w:pPr>
        <w:widowControl/>
      </w:pPr>
      <w:r>
        <w:rPr>
          <w:i w:val="0"/>
        </w:rPr>
        <w:t>Grief changes shape without asking permission.</w:t>
      </w:r>
    </w:p>
    <w:p>
      <w:pPr>
        <w:widowControl/>
      </w:pPr>
      <w:r>
        <w:rPr>
          <w:i w:val="0"/>
        </w:rPr>
        <w:t>Confidence forms one decision at a time.</w:t>
      </w:r>
    </w:p>
    <w:p>
      <w:pPr>
        <w:widowControl/>
      </w:pPr>
      <w:r>
        <w:rPr>
          <w:i w:val="0"/>
        </w:rPr>
        <w:t>Hope returns in drops.</w:t>
      </w:r>
    </w:p>
    <w:p>
      <w:pPr>
        <w:widowControl/>
      </w:pPr>
      <w:r>
        <w:rPr>
          <w:i w:val="0"/>
        </w:rPr>
        <w:t>The steep taught me that unseen does not mean inactive.</w:t>
      </w:r>
    </w:p>
    <w:p>
      <w:pPr>
        <w:widowControl/>
      </w:pPr>
      <w:r>
        <w:rPr>
          <w:i w:val="0"/>
        </w:rPr>
        <w:t>There were days when all I could do was breathe, pray, walk, write, or sit beside the ocean.</w:t>
      </w:r>
    </w:p>
    <w:p>
      <w:pPr>
        <w:widowControl/>
      </w:pPr>
      <w:r>
        <w:rPr>
          <w:i w:val="0"/>
        </w:rPr>
        <w:t>Those actions did not look impressive.</w:t>
      </w:r>
    </w:p>
    <w:p>
      <w:pPr>
        <w:widowControl/>
      </w:pPr>
      <w:r>
        <w:rPr>
          <w:i w:val="0"/>
        </w:rPr>
        <w:t>No one would have called them milestones.</w:t>
      </w:r>
    </w:p>
    <w:p>
      <w:pPr>
        <w:widowControl/>
      </w:pPr>
      <w:r>
        <w:rPr>
          <w:i w:val="0"/>
        </w:rPr>
        <w:t>Yet they were changing me.</w:t>
      </w:r>
    </w:p>
    <w:p>
      <w:pPr>
        <w:widowControl/>
      </w:pPr>
      <w:r>
        <w:rPr>
          <w:i w:val="0"/>
        </w:rPr>
        <w:t>The person I became was being brewed in those ordinary hours.</w:t>
      </w:r>
    </w:p>
    <w:p>
      <w:pPr>
        <w:widowControl/>
      </w:pPr>
      <w:r>
        <w:rPr>
          <w:i w:val="0"/>
        </w:rPr>
        <w:t>That is why I resist language that treats healing like a deadline.</w:t>
      </w:r>
    </w:p>
    <w:p>
      <w:pPr>
        <w:widowControl/>
      </w:pPr>
      <w:r>
        <w:rPr>
          <w:i w:val="0"/>
        </w:rPr>
        <w:t>People are not projects.</w:t>
      </w:r>
    </w:p>
    <w:p>
      <w:pPr>
        <w:widowControl/>
      </w:pPr>
      <w:r>
        <w:rPr>
          <w:i w:val="0"/>
        </w:rPr>
        <w:t>We are living systems.</w:t>
      </w:r>
    </w:p>
    <w:p>
      <w:pPr>
        <w:widowControl/>
      </w:pPr>
      <w:r>
        <w:rPr>
          <w:i w:val="0"/>
        </w:rPr>
        <w:t>We respond to safety, rhythm, repetition, and meaning.</w:t>
      </w:r>
    </w:p>
    <w:p>
      <w:pPr>
        <w:widowControl/>
      </w:pPr>
      <w:r>
        <w:rPr>
          <w:i w:val="0"/>
        </w:rPr>
        <w:t>Sometimes the most loving thing we can do is stop demanding that change prove itself immediately.</w:t>
      </w:r>
    </w:p>
    <w:p>
      <w:pPr>
        <w:widowControl/>
      </w:pPr>
      <w:r>
        <w:rPr>
          <w:i w:val="0"/>
        </w:rPr>
        <w:t>A Brewmaster does not call the tea a failure because it is not ready in the first minute.</w:t>
      </w:r>
    </w:p>
    <w:p>
      <w:pPr>
        <w:widowControl/>
      </w:pPr>
      <w:r>
        <w:rPr>
          <w:i w:val="0"/>
        </w:rPr>
        <w:t>The Brewmaster trusts what warmth and time are doing together.</w:t>
      </w:r>
    </w:p>
    <w:p>
      <w:pPr>
        <w:widowControl/>
      </w:pPr>
      <w:r>
        <w:rPr>
          <w:i w:val="0"/>
        </w:rPr>
        <w:t>That trust is one drop of hope.</w:t>
      </w:r>
    </w:p>
    <w:p>
      <w:pPr>
        <w:pStyle w:val="Heading1"/>
        <w:keepNext/>
      </w:pPr>
      <w:r>
        <w:t>Chapter Four — The Whole Pot Begins With a Drop</w:t>
      </w:r>
    </w:p>
    <w:p>
      <w:pPr>
        <w:widowControl/>
      </w:pPr>
      <w:r>
        <w:rPr>
          <w:i w:val="0"/>
        </w:rPr>
        <w:t>At some point, the cup stopped being enough to describe what I was building.</w:t>
      </w:r>
    </w:p>
    <w:p>
      <w:pPr>
        <w:widowControl/>
      </w:pPr>
      <w:r>
        <w:rPr>
          <w:i w:val="0"/>
        </w:rPr>
        <w:t>A cup is personal.</w:t>
      </w:r>
    </w:p>
    <w:p>
      <w:pPr>
        <w:widowControl/>
      </w:pPr>
      <w:r>
        <w:rPr>
          <w:i w:val="0"/>
        </w:rPr>
        <w:t>A pot is communal.</w:t>
      </w:r>
    </w:p>
    <w:p>
      <w:pPr>
        <w:widowControl/>
      </w:pPr>
      <w:r>
        <w:rPr>
          <w:i w:val="0"/>
        </w:rPr>
        <w:t>A cup serves one person in one moment.</w:t>
      </w:r>
    </w:p>
    <w:p>
      <w:pPr>
        <w:widowControl/>
      </w:pPr>
      <w:r>
        <w:rPr>
          <w:i w:val="0"/>
        </w:rPr>
        <w:t>A pot holds enough to return, refill, and share.</w:t>
      </w:r>
    </w:p>
    <w:p>
      <w:pPr>
        <w:widowControl/>
      </w:pPr>
      <w:r>
        <w:rPr>
          <w:i w:val="0"/>
        </w:rPr>
        <w:t>That distinction became central to CHIA•TEA.</w:t>
      </w:r>
    </w:p>
    <w:p>
      <w:pPr>
        <w:widowControl/>
      </w:pPr>
      <w:r>
        <w:rPr>
          <w:i w:val="0"/>
        </w:rPr>
        <w:t>But a pot is still filled one drop at a time.</w:t>
      </w:r>
    </w:p>
    <w:p>
      <w:pPr>
        <w:widowControl/>
      </w:pPr>
      <w:r>
        <w:rPr>
          <w:i w:val="0"/>
        </w:rPr>
        <w:t>That is the part the new title brings into focus.</w:t>
      </w:r>
    </w:p>
    <w:p>
      <w:pPr>
        <w:widowControl/>
      </w:pPr>
      <w:r>
        <w:rPr>
          <w:i w:val="0"/>
        </w:rPr>
        <w:t>The Whole Pot did not appear all at once.</w:t>
      </w:r>
    </w:p>
    <w:p>
      <w:pPr>
        <w:widowControl/>
      </w:pPr>
      <w:r>
        <w:rPr>
          <w:i w:val="0"/>
        </w:rPr>
        <w:t>It was assembled through stories.</w:t>
      </w:r>
    </w:p>
    <w:p>
      <w:pPr>
        <w:widowControl/>
      </w:pPr>
      <w:r>
        <w:rPr>
          <w:i w:val="0"/>
        </w:rPr>
        <w:t>Tools.</w:t>
      </w:r>
    </w:p>
    <w:p>
      <w:pPr>
        <w:widowControl/>
      </w:pPr>
      <w:r>
        <w:rPr>
          <w:i w:val="0"/>
        </w:rPr>
        <w:t>Conversations.</w:t>
      </w:r>
    </w:p>
    <w:p>
      <w:pPr>
        <w:widowControl/>
      </w:pPr>
      <w:r>
        <w:rPr>
          <w:i w:val="0"/>
        </w:rPr>
        <w:t>Lessons.</w:t>
      </w:r>
    </w:p>
    <w:p>
      <w:pPr>
        <w:widowControl/>
      </w:pPr>
      <w:r>
        <w:rPr>
          <w:i w:val="0"/>
        </w:rPr>
        <w:t>Losses.</w:t>
      </w:r>
    </w:p>
    <w:p>
      <w:pPr>
        <w:widowControl/>
      </w:pPr>
      <w:r>
        <w:rPr>
          <w:i w:val="0"/>
        </w:rPr>
        <w:t>Experiments.</w:t>
      </w:r>
    </w:p>
    <w:p>
      <w:pPr>
        <w:widowControl/>
      </w:pPr>
      <w:r>
        <w:rPr>
          <w:i w:val="0"/>
        </w:rPr>
        <w:t>Returns.</w:t>
      </w:r>
    </w:p>
    <w:p>
      <w:pPr>
        <w:widowControl/>
      </w:pPr>
      <w:r>
        <w:rPr>
          <w:i w:val="0"/>
        </w:rPr>
        <w:t>One drop after another.</w:t>
      </w:r>
    </w:p>
    <w:p>
      <w:pPr>
        <w:widowControl/>
      </w:pPr>
      <w:r>
        <w:rPr>
          <w:i w:val="0"/>
        </w:rPr>
        <w:t>The Whole Pot is not simply a bundle of products, stories, or tools.</w:t>
      </w:r>
    </w:p>
    <w:p>
      <w:pPr>
        <w:widowControl/>
      </w:pPr>
      <w:r>
        <w:rPr>
          <w:i w:val="0"/>
        </w:rPr>
        <w:t>It is the belief that people need different forms of support at different times.</w:t>
      </w:r>
    </w:p>
    <w:p>
      <w:pPr>
        <w:widowControl/>
      </w:pPr>
      <w:r>
        <w:rPr>
          <w:i w:val="0"/>
        </w:rPr>
        <w:t>Some days we need grounding.</w:t>
      </w:r>
    </w:p>
    <w:p>
      <w:pPr>
        <w:widowControl/>
      </w:pPr>
      <w:r>
        <w:rPr>
          <w:i w:val="0"/>
        </w:rPr>
        <w:t>Some days community.</w:t>
      </w:r>
    </w:p>
    <w:p>
      <w:pPr>
        <w:widowControl/>
      </w:pPr>
      <w:r>
        <w:rPr>
          <w:i w:val="0"/>
        </w:rPr>
        <w:t>Some days a quick tool to interrupt a harmful thought.</w:t>
      </w:r>
    </w:p>
    <w:p>
      <w:pPr>
        <w:widowControl/>
      </w:pPr>
      <w:r>
        <w:rPr>
          <w:i w:val="0"/>
        </w:rPr>
        <w:t>Some days a gentle morning reminder that we are still capable of beginning again.</w:t>
      </w:r>
    </w:p>
    <w:p>
      <w:pPr>
        <w:widowControl/>
      </w:pPr>
      <w:r>
        <w:rPr>
          <w:i w:val="0"/>
        </w:rPr>
        <w:t>No single cup can meet every need.</w:t>
      </w:r>
    </w:p>
    <w:p>
      <w:pPr>
        <w:widowControl/>
      </w:pPr>
      <w:r>
        <w:rPr>
          <w:i w:val="0"/>
        </w:rPr>
        <w:t>The Whole Pot makes room for variety.</w:t>
      </w:r>
    </w:p>
    <w:p>
      <w:pPr>
        <w:widowControl/>
      </w:pPr>
      <w:r>
        <w:rPr>
          <w:i w:val="0"/>
        </w:rPr>
        <w:t>It also makes room for choice.</w:t>
      </w:r>
    </w:p>
    <w:p>
      <w:pPr>
        <w:widowControl/>
      </w:pPr>
      <w:r>
        <w:rPr>
          <w:i w:val="0"/>
        </w:rPr>
        <w:t>I have never wanted CHIA•TEA to tell people there is only one path toward hope.</w:t>
      </w:r>
    </w:p>
    <w:p>
      <w:pPr>
        <w:widowControl/>
      </w:pPr>
      <w:r>
        <w:rPr>
          <w:i w:val="0"/>
        </w:rPr>
        <w:t>My own life has taught me otherwise.</w:t>
      </w:r>
    </w:p>
    <w:p>
      <w:pPr>
        <w:widowControl/>
      </w:pPr>
      <w:r>
        <w:rPr>
          <w:i w:val="0"/>
        </w:rPr>
        <w:t>Hope came through people.</w:t>
      </w:r>
    </w:p>
    <w:p>
      <w:pPr>
        <w:widowControl/>
      </w:pPr>
      <w:r>
        <w:rPr>
          <w:i w:val="0"/>
        </w:rPr>
        <w:t>Work.</w:t>
      </w:r>
    </w:p>
    <w:p>
      <w:pPr>
        <w:widowControl/>
      </w:pPr>
      <w:r>
        <w:rPr>
          <w:i w:val="0"/>
        </w:rPr>
        <w:t>Grief.</w:t>
      </w:r>
    </w:p>
    <w:p>
      <w:pPr>
        <w:widowControl/>
      </w:pPr>
      <w:r>
        <w:rPr>
          <w:i w:val="0"/>
        </w:rPr>
        <w:t>The ocean.</w:t>
      </w:r>
    </w:p>
    <w:p>
      <w:pPr>
        <w:widowControl/>
      </w:pPr>
      <w:r>
        <w:rPr>
          <w:i w:val="0"/>
        </w:rPr>
        <w:t>Yoga.</w:t>
      </w:r>
    </w:p>
    <w:p>
      <w:pPr>
        <w:widowControl/>
      </w:pPr>
      <w:r>
        <w:rPr>
          <w:i w:val="0"/>
        </w:rPr>
        <w:t>Meditation.</w:t>
      </w:r>
    </w:p>
    <w:p>
      <w:pPr>
        <w:widowControl/>
      </w:pPr>
      <w:r>
        <w:rPr>
          <w:i w:val="0"/>
        </w:rPr>
        <w:t>Gratitude.</w:t>
      </w:r>
    </w:p>
    <w:p>
      <w:pPr>
        <w:widowControl/>
      </w:pPr>
      <w:r>
        <w:rPr>
          <w:i w:val="0"/>
        </w:rPr>
        <w:t>Old Man Winter.</w:t>
      </w:r>
    </w:p>
    <w:p>
      <w:pPr>
        <w:widowControl/>
      </w:pPr>
      <w:r>
        <w:rPr>
          <w:i w:val="0"/>
        </w:rPr>
        <w:t>Learning to worry just in time.</w:t>
      </w:r>
    </w:p>
    <w:p>
      <w:pPr>
        <w:widowControl/>
      </w:pPr>
      <w:r>
        <w:rPr>
          <w:i w:val="0"/>
        </w:rPr>
        <w:t>Moving one pebble instead of trying to move the mountain.</w:t>
      </w:r>
    </w:p>
    <w:p>
      <w:pPr>
        <w:widowControl/>
      </w:pPr>
      <w:r>
        <w:rPr>
          <w:i w:val="0"/>
        </w:rPr>
        <w:t>Each of those became another drop.</w:t>
      </w:r>
    </w:p>
    <w:p>
      <w:pPr>
        <w:widowControl/>
      </w:pPr>
      <w:r>
        <w:rPr>
          <w:i w:val="0"/>
        </w:rPr>
        <w:t>The pot holds possibility.</w:t>
      </w:r>
    </w:p>
    <w:p>
      <w:pPr>
        <w:widowControl/>
      </w:pPr>
      <w:r>
        <w:rPr>
          <w:i w:val="0"/>
        </w:rPr>
        <w:t>The cup becomes the personal expression of it.</w:t>
      </w:r>
    </w:p>
    <w:p>
      <w:pPr>
        <w:widowControl/>
      </w:pPr>
      <w:r>
        <w:rPr>
          <w:i w:val="0"/>
        </w:rPr>
        <w:t>That is the Estate.</w:t>
      </w:r>
    </w:p>
    <w:p>
      <w:pPr>
        <w:widowControl/>
      </w:pPr>
      <w:r>
        <w:rPr>
          <w:i w:val="0"/>
        </w:rPr>
        <w:t>One body of preserved wisdom.</w:t>
      </w:r>
    </w:p>
    <w:p>
      <w:pPr>
        <w:widowControl/>
      </w:pPr>
      <w:r>
        <w:rPr>
          <w:i w:val="0"/>
        </w:rPr>
        <w:t>Many ways to receive it.</w:t>
      </w:r>
    </w:p>
    <w:p>
      <w:pPr>
        <w:pStyle w:val="Heading1"/>
        <w:keepNext/>
      </w:pPr>
      <w:r>
        <w:t>Brewmaster Insight — The Cup Changes</w:t>
      </w:r>
    </w:p>
    <w:p>
      <w:pPr>
        <w:widowControl/>
      </w:pPr>
      <w:r>
        <w:rPr>
          <w:i w:val="0"/>
        </w:rPr>
        <w:t>The Whole Pot taught me that healing is not a single method.</w:t>
      </w:r>
    </w:p>
    <w:p>
      <w:pPr>
        <w:widowControl/>
      </w:pPr>
      <w:r>
        <w:rPr>
          <w:i w:val="0"/>
        </w:rPr>
        <w:t>It is an ecosystem.</w:t>
      </w:r>
    </w:p>
    <w:p>
      <w:pPr>
        <w:widowControl/>
      </w:pPr>
      <w:r>
        <w:rPr>
          <w:i w:val="0"/>
        </w:rPr>
        <w:t>People do not fail because one tool did not work for them.</w:t>
      </w:r>
    </w:p>
    <w:p>
      <w:pPr>
        <w:widowControl/>
      </w:pPr>
      <w:r>
        <w:rPr>
          <w:i w:val="0"/>
        </w:rPr>
        <w:t>Sometimes they simply need a different cup.</w:t>
      </w:r>
    </w:p>
    <w:p>
      <w:pPr>
        <w:widowControl/>
      </w:pPr>
      <w:r>
        <w:rPr>
          <w:i w:val="0"/>
        </w:rPr>
        <w:t>That idea changed how I think about every asset we create.</w:t>
      </w:r>
    </w:p>
    <w:p>
      <w:pPr>
        <w:widowControl/>
      </w:pPr>
      <w:r>
        <w:rPr>
          <w:i w:val="0"/>
        </w:rPr>
        <w:t>An episode may reach someone who needs to hear a voice.</w:t>
      </w:r>
    </w:p>
    <w:p>
      <w:pPr>
        <w:widowControl/>
      </w:pPr>
      <w:r>
        <w:rPr>
          <w:i w:val="0"/>
        </w:rPr>
        <w:t>A worksheet may reach someone who needs to write.</w:t>
      </w:r>
    </w:p>
    <w:p>
      <w:pPr>
        <w:widowControl/>
      </w:pPr>
      <w:r>
        <w:rPr>
          <w:i w:val="0"/>
        </w:rPr>
        <w:t>A visual framework may reach someone who understands through images.</w:t>
      </w:r>
    </w:p>
    <w:p>
      <w:pPr>
        <w:widowControl/>
      </w:pPr>
      <w:r>
        <w:rPr>
          <w:i w:val="0"/>
        </w:rPr>
        <w:t>A quote card may reach someone who only has ten seconds of attention available.</w:t>
      </w:r>
    </w:p>
    <w:p>
      <w:pPr>
        <w:widowControl/>
      </w:pPr>
      <w:r>
        <w:rPr>
          <w:i w:val="0"/>
        </w:rPr>
        <w:t>The message remains hope.</w:t>
      </w:r>
    </w:p>
    <w:p>
      <w:pPr>
        <w:widowControl/>
      </w:pPr>
      <w:r>
        <w:rPr>
          <w:i w:val="0"/>
        </w:rPr>
        <w:t>The cup changes.</w:t>
      </w:r>
    </w:p>
    <w:p>
      <w:pPr>
        <w:widowControl/>
      </w:pPr>
      <w:r>
        <w:rPr>
          <w:i w:val="0"/>
        </w:rPr>
        <w:t>The drop still matters.</w:t>
      </w:r>
    </w:p>
    <w:p>
      <w:pPr>
        <w:pStyle w:val="Heading1"/>
        <w:keepNext/>
      </w:pPr>
      <w:r>
        <w:t>Chapter Five — Sharing the Pot</w:t>
      </w:r>
    </w:p>
    <w:p>
      <w:pPr>
        <w:widowControl/>
      </w:pPr>
      <w:r>
        <w:rPr>
          <w:i w:val="0"/>
        </w:rPr>
        <w:t>Tea changes when it is shared.</w:t>
      </w:r>
    </w:p>
    <w:p>
      <w:pPr>
        <w:widowControl/>
      </w:pPr>
      <w:r>
        <w:rPr>
          <w:i w:val="0"/>
        </w:rPr>
        <w:t>The same cup that offers quiet in solitude can create connection at a table.</w:t>
      </w:r>
    </w:p>
    <w:p>
      <w:pPr>
        <w:widowControl/>
      </w:pPr>
      <w:r>
        <w:rPr>
          <w:i w:val="0"/>
        </w:rPr>
        <w:t>Some of the most meaningful conversations of my life have not happened in formal settings.</w:t>
      </w:r>
    </w:p>
    <w:p>
      <w:pPr>
        <w:widowControl/>
      </w:pPr>
      <w:r>
        <w:rPr>
          <w:i w:val="0"/>
        </w:rPr>
        <w:t>They happened when people felt comfortable enough to stop performing.</w:t>
      </w:r>
    </w:p>
    <w:p>
      <w:pPr>
        <w:widowControl/>
      </w:pPr>
      <w:r>
        <w:rPr>
          <w:i w:val="0"/>
        </w:rPr>
        <w:t>A warm drink helps with that.</w:t>
      </w:r>
    </w:p>
    <w:p>
      <w:pPr>
        <w:widowControl/>
      </w:pPr>
      <w:r>
        <w:rPr>
          <w:i w:val="0"/>
        </w:rPr>
        <w:t>It gives the hands something to hold.</w:t>
      </w:r>
    </w:p>
    <w:p>
      <w:pPr>
        <w:widowControl/>
      </w:pPr>
      <w:r>
        <w:rPr>
          <w:i w:val="0"/>
        </w:rPr>
        <w:t>It fills silence without making silence awkward.</w:t>
      </w:r>
    </w:p>
    <w:p>
      <w:pPr>
        <w:widowControl/>
      </w:pPr>
      <w:r>
        <w:rPr>
          <w:i w:val="0"/>
        </w:rPr>
        <w:t>It slows the pace.</w:t>
      </w:r>
    </w:p>
    <w:p>
      <w:pPr>
        <w:widowControl/>
      </w:pPr>
      <w:r>
        <w:rPr>
          <w:i w:val="0"/>
        </w:rPr>
        <w:t>It creates permission.</w:t>
      </w:r>
    </w:p>
    <w:p>
      <w:pPr>
        <w:widowControl/>
      </w:pPr>
      <w:r>
        <w:rPr>
          <w:i w:val="0"/>
        </w:rPr>
        <w:t>That is what I wanted CHIA•TEA to feel like.</w:t>
      </w:r>
    </w:p>
    <w:p>
      <w:pPr>
        <w:widowControl/>
      </w:pPr>
      <w:r>
        <w:rPr>
          <w:i w:val="0"/>
        </w:rPr>
        <w:t>Not a lecture.</w:t>
      </w:r>
    </w:p>
    <w:p>
      <w:pPr>
        <w:widowControl/>
      </w:pPr>
      <w:r>
        <w:rPr>
          <w:i w:val="0"/>
        </w:rPr>
        <w:t>Not a performance.</w:t>
      </w:r>
    </w:p>
    <w:p>
      <w:pPr>
        <w:widowControl/>
      </w:pPr>
      <w:r>
        <w:rPr>
          <w:i w:val="0"/>
        </w:rPr>
        <w:t>Not a person standing above others with answers.</w:t>
      </w:r>
    </w:p>
    <w:p>
      <w:pPr>
        <w:widowControl/>
      </w:pPr>
      <w:r>
        <w:rPr>
          <w:i w:val="0"/>
        </w:rPr>
        <w:t>A table.</w:t>
      </w:r>
    </w:p>
    <w:p>
      <w:pPr>
        <w:widowControl/>
      </w:pPr>
      <w:r>
        <w:rPr>
          <w:i w:val="0"/>
        </w:rPr>
        <w:t>A warm mug.</w:t>
      </w:r>
    </w:p>
    <w:p>
      <w:pPr>
        <w:widowControl/>
      </w:pPr>
      <w:r>
        <w:rPr>
          <w:i w:val="0"/>
        </w:rPr>
        <w:t>A real conversation.</w:t>
      </w:r>
    </w:p>
    <w:p>
      <w:pPr>
        <w:widowControl/>
      </w:pPr>
      <w:r>
        <w:rPr>
          <w:i w:val="0"/>
        </w:rPr>
        <w:t>A place where someone can say, This is what happened to me, and someone else can answer, You are not alone.</w:t>
      </w:r>
    </w:p>
    <w:p>
      <w:pPr>
        <w:widowControl/>
      </w:pPr>
      <w:r>
        <w:rPr>
          <w:i w:val="0"/>
        </w:rPr>
        <w:t>That is pouring.</w:t>
      </w:r>
    </w:p>
    <w:p>
      <w:pPr>
        <w:widowControl/>
      </w:pPr>
      <w:r>
        <w:rPr>
          <w:i w:val="0"/>
        </w:rPr>
        <w:t>Pouring is not broadcasting information.</w:t>
      </w:r>
    </w:p>
    <w:p>
      <w:pPr>
        <w:widowControl/>
      </w:pPr>
      <w:r>
        <w:rPr>
          <w:i w:val="0"/>
        </w:rPr>
        <w:t>It is offering something that has been brewed with care.</w:t>
      </w:r>
    </w:p>
    <w:p>
      <w:pPr>
        <w:widowControl/>
      </w:pPr>
      <w:r>
        <w:rPr>
          <w:i w:val="0"/>
        </w:rPr>
        <w:t>A story told too early may still be raw.</w:t>
      </w:r>
    </w:p>
    <w:p>
      <w:pPr>
        <w:widowControl/>
      </w:pPr>
      <w:r>
        <w:rPr>
          <w:i w:val="0"/>
        </w:rPr>
        <w:t>A lesson shared before it has been understood may create more confusion than clarity.</w:t>
      </w:r>
    </w:p>
    <w:p>
      <w:pPr>
        <w:widowControl/>
      </w:pPr>
      <w:r>
        <w:rPr>
          <w:i w:val="0"/>
        </w:rPr>
        <w:t>That is why the Brew Cycle matters.</w:t>
      </w:r>
    </w:p>
    <w:p>
      <w:pPr>
        <w:widowControl/>
      </w:pPr>
      <w:r>
        <w:rPr>
          <w:i w:val="0"/>
        </w:rPr>
        <w:t>Harvest.</w:t>
      </w:r>
    </w:p>
    <w:p>
      <w:pPr>
        <w:widowControl/>
      </w:pPr>
      <w:r>
        <w:rPr>
          <w:i w:val="0"/>
        </w:rPr>
        <w:t>Brew.</w:t>
      </w:r>
    </w:p>
    <w:p>
      <w:pPr>
        <w:widowControl/>
      </w:pPr>
      <w:r>
        <w:rPr>
          <w:i w:val="0"/>
        </w:rPr>
        <w:t>Pour.</w:t>
      </w:r>
    </w:p>
    <w:p>
      <w:pPr>
        <w:widowControl/>
      </w:pPr>
      <w:r>
        <w:rPr>
          <w:i w:val="0"/>
        </w:rPr>
        <w:t>Preserve.</w:t>
      </w:r>
    </w:p>
    <w:p>
      <w:pPr>
        <w:widowControl/>
      </w:pPr>
      <w:r>
        <w:rPr>
          <w:i w:val="0"/>
        </w:rPr>
        <w:t>The story is harvested from life.</w:t>
      </w:r>
    </w:p>
    <w:p>
      <w:pPr>
        <w:widowControl/>
      </w:pPr>
      <w:r>
        <w:rPr>
          <w:i w:val="0"/>
        </w:rPr>
        <w:t>It is brewed through reflection.</w:t>
      </w:r>
    </w:p>
    <w:p>
      <w:pPr>
        <w:widowControl/>
      </w:pPr>
      <w:r>
        <w:rPr>
          <w:i w:val="0"/>
        </w:rPr>
        <w:t>It is poured through service.</w:t>
      </w:r>
    </w:p>
    <w:p>
      <w:pPr>
        <w:widowControl/>
      </w:pPr>
      <w:r>
        <w:rPr>
          <w:i w:val="0"/>
        </w:rPr>
        <w:t>It is preserved so the wisdom can continue.</w:t>
      </w:r>
    </w:p>
    <w:p>
      <w:pPr>
        <w:widowControl/>
      </w:pPr>
      <w:r>
        <w:rPr>
          <w:i w:val="0"/>
        </w:rPr>
        <w:t>Each stage protects the next.</w:t>
      </w:r>
    </w:p>
    <w:p>
      <w:pPr>
        <w:widowControl/>
      </w:pPr>
      <w:r>
        <w:rPr>
          <w:i w:val="0"/>
        </w:rPr>
        <w:t>The sharing is important, but the preparation is what makes the sharing useful.</w:t>
      </w:r>
    </w:p>
    <w:p>
      <w:pPr>
        <w:widowControl/>
      </w:pPr>
      <w:r>
        <w:rPr>
          <w:i w:val="0"/>
        </w:rPr>
        <w:t>I have learned that people can feel the difference between a story used for attention and a story offered in service.</w:t>
      </w:r>
    </w:p>
    <w:p>
      <w:pPr>
        <w:widowControl/>
      </w:pPr>
      <w:r>
        <w:rPr>
          <w:i w:val="0"/>
        </w:rPr>
        <w:t>The first asks, Do you see me?</w:t>
      </w:r>
    </w:p>
    <w:p>
      <w:pPr>
        <w:widowControl/>
      </w:pPr>
      <w:r>
        <w:rPr>
          <w:i w:val="0"/>
        </w:rPr>
        <w:t>The second asks, Can this help you?</w:t>
      </w:r>
    </w:p>
    <w:p>
      <w:pPr>
        <w:widowControl/>
      </w:pPr>
      <w:r>
        <w:rPr>
          <w:i w:val="0"/>
        </w:rPr>
        <w:t>CHIA•TEA must always choose the second.</w:t>
      </w:r>
    </w:p>
    <w:p>
      <w:pPr>
        <w:pStyle w:val="Heading1"/>
        <w:keepNext/>
      </w:pPr>
      <w:r>
        <w:t>Chapter Six — The Cup in Front of You</w:t>
      </w:r>
    </w:p>
    <w:p>
      <w:pPr>
        <w:widowControl/>
      </w:pPr>
      <w:r>
        <w:rPr>
          <w:i w:val="0"/>
        </w:rPr>
        <w:t>It is easy to become distracted by reach.</w:t>
      </w:r>
    </w:p>
    <w:p>
      <w:pPr>
        <w:widowControl/>
      </w:pPr>
      <w:r>
        <w:rPr>
          <w:i w:val="0"/>
        </w:rPr>
        <w:t>Downloads.</w:t>
      </w:r>
    </w:p>
    <w:p>
      <w:pPr>
        <w:widowControl/>
      </w:pPr>
      <w:r>
        <w:rPr>
          <w:i w:val="0"/>
        </w:rPr>
        <w:t>Followers.</w:t>
      </w:r>
    </w:p>
    <w:p>
      <w:pPr>
        <w:widowControl/>
      </w:pPr>
      <w:r>
        <w:rPr>
          <w:i w:val="0"/>
        </w:rPr>
        <w:t>Views.</w:t>
      </w:r>
    </w:p>
    <w:p>
      <w:pPr>
        <w:widowControl/>
      </w:pPr>
      <w:r>
        <w:rPr>
          <w:i w:val="0"/>
        </w:rPr>
        <w:t>Numbers can be useful, but they can also make us forget the person.</w:t>
      </w:r>
    </w:p>
    <w:p>
      <w:pPr>
        <w:widowControl/>
      </w:pPr>
      <w:r>
        <w:rPr>
          <w:i w:val="0"/>
        </w:rPr>
        <w:t>Every episode eventually arrives in one pair of ears.</w:t>
      </w:r>
    </w:p>
    <w:p>
      <w:pPr>
        <w:widowControl/>
      </w:pPr>
      <w:r>
        <w:rPr>
          <w:i w:val="0"/>
        </w:rPr>
        <w:t>Every page lands in one pair of hands.</w:t>
      </w:r>
    </w:p>
    <w:p>
      <w:pPr>
        <w:widowControl/>
      </w:pPr>
      <w:r>
        <w:rPr>
          <w:i w:val="0"/>
        </w:rPr>
        <w:t>Every Drop of Hope meets one moment in one life.</w:t>
      </w:r>
    </w:p>
    <w:p>
      <w:pPr>
        <w:widowControl/>
      </w:pPr>
      <w:r>
        <w:rPr>
          <w:i w:val="0"/>
        </w:rPr>
        <w:t>That is the cup in front of us.</w:t>
      </w:r>
    </w:p>
    <w:p>
      <w:pPr>
        <w:widowControl/>
      </w:pPr>
      <w:r>
        <w:rPr>
          <w:i w:val="0"/>
        </w:rPr>
        <w:t>I do not need to know everyone who may receive the work.</w:t>
      </w:r>
    </w:p>
    <w:p>
      <w:pPr>
        <w:widowControl/>
      </w:pPr>
      <w:r>
        <w:rPr>
          <w:i w:val="0"/>
        </w:rPr>
        <w:t>I need to honor the person receiving it now.</w:t>
      </w:r>
    </w:p>
    <w:p>
      <w:pPr>
        <w:widowControl/>
      </w:pPr>
      <w:r>
        <w:rPr>
          <w:i w:val="0"/>
        </w:rPr>
        <w:t>That changes how I write.</w:t>
      </w:r>
    </w:p>
    <w:p>
      <w:pPr>
        <w:widowControl/>
      </w:pPr>
      <w:r>
        <w:rPr>
          <w:i w:val="0"/>
        </w:rPr>
        <w:t>How I speak.</w:t>
      </w:r>
    </w:p>
    <w:p>
      <w:pPr>
        <w:widowControl/>
      </w:pPr>
      <w:r>
        <w:rPr>
          <w:i w:val="0"/>
        </w:rPr>
        <w:t>How I define success.</w:t>
      </w:r>
    </w:p>
    <w:p>
      <w:pPr>
        <w:widowControl/>
      </w:pPr>
      <w:r>
        <w:rPr>
          <w:i w:val="0"/>
        </w:rPr>
        <w:t>If one person feels less alone, the cup mattered.</w:t>
      </w:r>
    </w:p>
    <w:p>
      <w:pPr>
        <w:widowControl/>
      </w:pPr>
      <w:r>
        <w:rPr>
          <w:i w:val="0"/>
        </w:rPr>
        <w:t>If one person pauses before giving up, the cup mattered.</w:t>
      </w:r>
    </w:p>
    <w:p>
      <w:pPr>
        <w:widowControl/>
      </w:pPr>
      <w:r>
        <w:rPr>
          <w:i w:val="0"/>
        </w:rPr>
        <w:t>If one person recognizes their own strength, the cup mattered.</w:t>
      </w:r>
    </w:p>
    <w:p>
      <w:pPr>
        <w:widowControl/>
      </w:pPr>
      <w:r>
        <w:rPr>
          <w:i w:val="0"/>
        </w:rPr>
        <w:t>The Estate may grow large, but the experience must remain personal.</w:t>
      </w:r>
    </w:p>
    <w:p>
      <w:pPr>
        <w:widowControl/>
      </w:pPr>
      <w:r>
        <w:rPr>
          <w:i w:val="0"/>
        </w:rPr>
        <w:t>Hope is not poured into an audience.</w:t>
      </w:r>
    </w:p>
    <w:p>
      <w:pPr>
        <w:widowControl/>
      </w:pPr>
      <w:r>
        <w:rPr>
          <w:i w:val="0"/>
        </w:rPr>
        <w:t>It is poured into a person.</w:t>
      </w:r>
    </w:p>
    <w:p>
      <w:pPr>
        <w:widowControl/>
      </w:pPr>
      <w:r>
        <w:rPr>
          <w:i w:val="0"/>
        </w:rPr>
        <w:t>And often the first thing that person can receive is only one drop.</w:t>
      </w:r>
    </w:p>
    <w:p>
      <w:pPr>
        <w:widowControl/>
      </w:pPr>
      <w:r>
        <w:rPr>
          <w:i w:val="0"/>
        </w:rPr>
        <w:t>Warm.</w:t>
      </w:r>
    </w:p>
    <w:p>
      <w:pPr>
        <w:widowControl/>
      </w:pPr>
      <w:r>
        <w:rPr>
          <w:i w:val="0"/>
        </w:rPr>
        <w:t>Honest.</w:t>
      </w:r>
    </w:p>
    <w:p>
      <w:pPr>
        <w:widowControl/>
      </w:pPr>
      <w:r>
        <w:rPr>
          <w:i w:val="0"/>
        </w:rPr>
        <w:t>Practical.</w:t>
      </w:r>
    </w:p>
    <w:p>
      <w:pPr>
        <w:widowControl/>
      </w:pPr>
      <w:r>
        <w:rPr>
          <w:i w:val="0"/>
        </w:rPr>
        <w:t>Gentle.</w:t>
      </w:r>
    </w:p>
    <w:p>
      <w:pPr>
        <w:widowControl/>
      </w:pPr>
      <w:r>
        <w:rPr>
          <w:i w:val="0"/>
        </w:rPr>
        <w:t>Never pretending hardship is simple.</w:t>
      </w:r>
    </w:p>
    <w:p>
      <w:pPr>
        <w:widowControl/>
      </w:pPr>
      <w:r>
        <w:rPr>
          <w:i w:val="0"/>
        </w:rPr>
        <w:t>Never pretending hope is effortless.</w:t>
      </w:r>
    </w:p>
    <w:p>
      <w:pPr>
        <w:widowControl/>
      </w:pPr>
      <w:r>
        <w:rPr>
          <w:i w:val="0"/>
        </w:rPr>
        <w:t>Never using pain as decoration.</w:t>
      </w:r>
    </w:p>
    <w:p>
      <w:pPr>
        <w:widowControl/>
      </w:pPr>
      <w:r>
        <w:rPr>
          <w:i w:val="0"/>
        </w:rPr>
        <w:t>The cup must be trustworthy.</w:t>
      </w:r>
    </w:p>
    <w:p>
      <w:pPr>
        <w:widowControl/>
      </w:pPr>
      <w:r>
        <w:rPr>
          <w:i w:val="0"/>
        </w:rPr>
        <w:t>People should be able to hold it without being burned.</w:t>
      </w:r>
    </w:p>
    <w:p>
      <w:pPr>
        <w:pStyle w:val="Heading1"/>
        <w:keepNext/>
      </w:pPr>
      <w:r>
        <w:t>Chapter Seven — When One Drop Becomes a Ripple</w:t>
      </w:r>
    </w:p>
    <w:p>
      <w:pPr>
        <w:widowControl/>
      </w:pPr>
      <w:r>
        <w:rPr>
          <w:i w:val="0"/>
        </w:rPr>
        <w:t>The most beautiful part of sharing hope is that we rarely see where it ends.</w:t>
      </w:r>
    </w:p>
    <w:p>
      <w:pPr>
        <w:widowControl/>
      </w:pPr>
      <w:r>
        <w:rPr>
          <w:i w:val="0"/>
        </w:rPr>
        <w:t>A person hears a story.</w:t>
      </w:r>
    </w:p>
    <w:p>
      <w:pPr>
        <w:widowControl/>
      </w:pPr>
      <w:r>
        <w:rPr>
          <w:i w:val="0"/>
        </w:rPr>
        <w:t>They remember one sentence.</w:t>
      </w:r>
    </w:p>
    <w:p>
      <w:pPr>
        <w:widowControl/>
      </w:pPr>
      <w:r>
        <w:rPr>
          <w:i w:val="0"/>
        </w:rPr>
        <w:t>That sentence changes the way they speak to themselves.</w:t>
      </w:r>
    </w:p>
    <w:p>
      <w:pPr>
        <w:widowControl/>
      </w:pPr>
      <w:r>
        <w:rPr>
          <w:i w:val="0"/>
        </w:rPr>
        <w:t>Because they speak differently to themselves, they respond differently to someone they love.</w:t>
      </w:r>
    </w:p>
    <w:p>
      <w:pPr>
        <w:widowControl/>
      </w:pPr>
      <w:r>
        <w:rPr>
          <w:i w:val="0"/>
        </w:rPr>
        <w:t>That person carries the kindness into another room.</w:t>
      </w:r>
    </w:p>
    <w:p>
      <w:pPr>
        <w:widowControl/>
      </w:pPr>
      <w:r>
        <w:rPr>
          <w:i w:val="0"/>
        </w:rPr>
        <w:t>The ripple continues.</w:t>
      </w:r>
    </w:p>
    <w:p>
      <w:pPr>
        <w:widowControl/>
      </w:pPr>
      <w:r>
        <w:rPr>
          <w:i w:val="0"/>
        </w:rPr>
        <w:t>The original Brewmaster may never know.</w:t>
      </w:r>
    </w:p>
    <w:p>
      <w:pPr>
        <w:widowControl/>
      </w:pPr>
      <w:r>
        <w:rPr>
          <w:i w:val="0"/>
        </w:rPr>
        <w:t>That is all right.</w:t>
      </w:r>
    </w:p>
    <w:p>
      <w:pPr>
        <w:widowControl/>
      </w:pPr>
      <w:r>
        <w:rPr>
          <w:i w:val="0"/>
        </w:rPr>
        <w:t>Hope does not require credit.</w:t>
      </w:r>
    </w:p>
    <w:p>
      <w:pPr>
        <w:widowControl/>
      </w:pPr>
      <w:r>
        <w:rPr>
          <w:i w:val="0"/>
        </w:rPr>
        <w:t>It requires movement.</w:t>
      </w:r>
    </w:p>
    <w:p>
      <w:pPr>
        <w:widowControl/>
      </w:pPr>
      <w:r>
        <w:rPr>
          <w:i w:val="0"/>
        </w:rPr>
        <w:t>A ripple begins with one drop.</w:t>
      </w:r>
    </w:p>
    <w:p>
      <w:pPr>
        <w:widowControl/>
      </w:pPr>
      <w:r>
        <w:rPr>
          <w:i w:val="0"/>
        </w:rPr>
        <w:t>That is why the title belongs here.</w:t>
      </w:r>
    </w:p>
    <w:p>
      <w:pPr>
        <w:widowControl/>
      </w:pPr>
      <w:r>
        <w:rPr>
          <w:i w:val="0"/>
        </w:rPr>
        <w:t>One Drop at a Time is not only about personal healing.</w:t>
      </w:r>
    </w:p>
    <w:p>
      <w:pPr>
        <w:widowControl/>
      </w:pPr>
      <w:r>
        <w:rPr>
          <w:i w:val="0"/>
        </w:rPr>
        <w:t>It is also about the way hope travels.</w:t>
      </w:r>
    </w:p>
    <w:p>
      <w:pPr>
        <w:widowControl/>
      </w:pPr>
      <w:r>
        <w:rPr>
          <w:i w:val="0"/>
        </w:rPr>
        <w:t>The Estate exists to help that movement continue.</w:t>
      </w:r>
    </w:p>
    <w:p>
      <w:pPr>
        <w:widowControl/>
      </w:pPr>
      <w:r>
        <w:rPr>
          <w:i w:val="0"/>
        </w:rPr>
        <w:t>The transcript preserves the story.</w:t>
      </w:r>
    </w:p>
    <w:p>
      <w:pPr>
        <w:widowControl/>
      </w:pPr>
      <w:r>
        <w:rPr>
          <w:i w:val="0"/>
        </w:rPr>
        <w:t>The handout carries the lesson.</w:t>
      </w:r>
    </w:p>
    <w:p>
      <w:pPr>
        <w:widowControl/>
      </w:pPr>
      <w:r>
        <w:rPr>
          <w:i w:val="0"/>
        </w:rPr>
        <w:t>The framework makes the idea visible.</w:t>
      </w:r>
    </w:p>
    <w:p>
      <w:pPr>
        <w:widowControl/>
      </w:pPr>
      <w:r>
        <w:rPr>
          <w:i w:val="0"/>
        </w:rPr>
        <w:t>The journal prompt invites another person to add their own meaning.</w:t>
      </w:r>
    </w:p>
    <w:p>
      <w:pPr>
        <w:widowControl/>
      </w:pPr>
      <w:r>
        <w:rPr>
          <w:i w:val="0"/>
        </w:rPr>
        <w:t>The social post sends a seed into a place the full story may never reach.</w:t>
      </w:r>
    </w:p>
    <w:p>
      <w:pPr>
        <w:widowControl/>
      </w:pPr>
      <w:r>
        <w:rPr>
          <w:i w:val="0"/>
        </w:rPr>
        <w:t>Each asset becomes another ripple.</w:t>
      </w:r>
    </w:p>
    <w:p>
      <w:pPr>
        <w:widowControl/>
      </w:pPr>
      <w:r>
        <w:rPr>
          <w:i w:val="0"/>
        </w:rPr>
        <w:t>This is why preservation matters.</w:t>
      </w:r>
    </w:p>
    <w:p>
      <w:pPr>
        <w:widowControl/>
      </w:pPr>
      <w:r>
        <w:rPr>
          <w:i w:val="0"/>
        </w:rPr>
        <w:t>The brew cannot ripple if it disappears.</w:t>
      </w:r>
    </w:p>
    <w:p>
      <w:pPr>
        <w:widowControl/>
      </w:pPr>
      <w:r>
        <w:rPr>
          <w:i w:val="0"/>
        </w:rPr>
        <w:t>The work has to be held long enough to be shared again.</w:t>
      </w:r>
    </w:p>
    <w:p>
      <w:pPr>
        <w:widowControl/>
      </w:pPr>
      <w:r>
        <w:rPr>
          <w:i w:val="0"/>
        </w:rPr>
        <w:t>A preserved story can serve people years after the original conversation.</w:t>
      </w:r>
    </w:p>
    <w:p>
      <w:pPr>
        <w:widowControl/>
      </w:pPr>
      <w:r>
        <w:rPr>
          <w:i w:val="0"/>
        </w:rPr>
        <w:t>The Estate gives hope a longer life.</w:t>
      </w:r>
    </w:p>
    <w:p>
      <w:pPr>
        <w:widowControl/>
      </w:pPr>
      <w:r>
        <w:rPr>
          <w:i w:val="0"/>
        </w:rPr>
        <w:t>One drop becomes one cup.</w:t>
      </w:r>
    </w:p>
    <w:p>
      <w:pPr>
        <w:widowControl/>
      </w:pPr>
      <w:r>
        <w:rPr>
          <w:i w:val="0"/>
        </w:rPr>
        <w:t>One cup becomes one table.</w:t>
      </w:r>
    </w:p>
    <w:p>
      <w:pPr>
        <w:widowControl/>
      </w:pPr>
      <w:r>
        <w:rPr>
          <w:i w:val="0"/>
        </w:rPr>
        <w:t>One table becomes a ripple.</w:t>
      </w:r>
    </w:p>
    <w:p>
      <w:pPr>
        <w:widowControl/>
      </w:pPr>
      <w:r>
        <w:rPr>
          <w:i w:val="0"/>
        </w:rPr>
        <w:t>That may be one of the most important things we ever build.</w:t>
      </w:r>
    </w:p>
    <w:p>
      <w:pPr>
        <w:pStyle w:val="Heading1"/>
        <w:keepNext/>
      </w:pPr>
      <w:r>
        <w:t>Brewmaster Insight</w:t>
      </w:r>
    </w:p>
    <w:p>
      <w:pPr>
        <w:widowControl/>
      </w:pPr>
      <w:r>
        <w:rPr>
          <w:i w:val="0"/>
        </w:rPr>
        <w:t>ES-004 is not only the story of why tea became the language of CHIA•TEA.</w:t>
      </w:r>
    </w:p>
    <w:p>
      <w:pPr>
        <w:widowControl/>
      </w:pPr>
      <w:r>
        <w:rPr>
          <w:i w:val="0"/>
        </w:rPr>
        <w:t>It is the story of how hope accumulates.</w:t>
      </w:r>
    </w:p>
    <w:p>
      <w:pPr>
        <w:widowControl/>
      </w:pPr>
      <w:r>
        <w:rPr>
          <w:i w:val="0"/>
        </w:rPr>
        <w:t>A whole pot can look impressive.</w:t>
      </w:r>
    </w:p>
    <w:p>
      <w:pPr>
        <w:widowControl/>
      </w:pPr>
      <w:r>
        <w:rPr>
          <w:i w:val="0"/>
        </w:rPr>
        <w:t>A single drop can look insignificant.</w:t>
      </w:r>
    </w:p>
    <w:p>
      <w:pPr>
        <w:widowControl/>
      </w:pPr>
      <w:r>
        <w:rPr>
          <w:i w:val="0"/>
        </w:rPr>
        <w:t>But the pot is nothing more than drops that stayed.</w:t>
      </w:r>
    </w:p>
    <w:p>
      <w:pPr>
        <w:widowControl/>
      </w:pPr>
      <w:r>
        <w:rPr>
          <w:i w:val="0"/>
        </w:rPr>
        <w:t>That is how healing often works.</w:t>
      </w:r>
    </w:p>
    <w:p>
      <w:pPr>
        <w:widowControl/>
      </w:pPr>
      <w:r>
        <w:rPr>
          <w:i w:val="0"/>
        </w:rPr>
        <w:t>Small choices remain.</w:t>
      </w:r>
    </w:p>
    <w:p>
      <w:pPr>
        <w:widowControl/>
      </w:pPr>
      <w:r>
        <w:rPr>
          <w:i w:val="0"/>
        </w:rPr>
        <w:t>Small practices gather.</w:t>
      </w:r>
    </w:p>
    <w:p>
      <w:pPr>
        <w:widowControl/>
      </w:pPr>
      <w:r>
        <w:rPr>
          <w:i w:val="0"/>
        </w:rPr>
        <w:t>Small acts of care become a climate.</w:t>
      </w:r>
    </w:p>
    <w:p>
      <w:pPr>
        <w:widowControl/>
      </w:pPr>
      <w:r>
        <w:rPr>
          <w:i w:val="0"/>
        </w:rPr>
        <w:t>Small moments of trust become a relationship.</w:t>
      </w:r>
    </w:p>
    <w:p>
      <w:pPr>
        <w:widowControl/>
      </w:pPr>
      <w:r>
        <w:rPr>
          <w:i w:val="0"/>
        </w:rPr>
        <w:t>The title One Drop at a Time brings the manuscript back to its most human truth.</w:t>
      </w:r>
    </w:p>
    <w:p>
      <w:pPr>
        <w:widowControl/>
      </w:pPr>
      <w:r>
        <w:rPr>
          <w:i w:val="0"/>
        </w:rPr>
        <w:t>We do not have to create the whole future today.</w:t>
      </w:r>
    </w:p>
    <w:p>
      <w:pPr>
        <w:widowControl/>
      </w:pPr>
      <w:r>
        <w:rPr>
          <w:i w:val="0"/>
        </w:rPr>
        <w:t>We only have to add one honest drop.</w:t>
      </w:r>
    </w:p>
    <w:p>
      <w:pPr>
        <w:pStyle w:val="Heading1"/>
        <w:keepNext/>
      </w:pPr>
      <w:r>
        <w:t>Tea Leaves</w:t>
      </w:r>
    </w:p>
    <w:p>
      <w:pPr>
        <w:pStyle w:val="ListBullet"/>
        <w:widowControl/>
      </w:pPr>
      <w:r>
        <w:t>Healing cannot be rushed without being misunderstood.</w:t>
      </w:r>
    </w:p>
    <w:p>
      <w:pPr>
        <w:pStyle w:val="ListBullet"/>
        <w:widowControl/>
      </w:pPr>
      <w:r>
        <w:t>Preparation creates the conditions for honesty.</w:t>
      </w:r>
    </w:p>
    <w:p>
      <w:pPr>
        <w:pStyle w:val="ListBullet"/>
        <w:widowControl/>
      </w:pPr>
      <w:r>
        <w:t>Slow does not mean stagnant.</w:t>
      </w:r>
    </w:p>
    <w:p>
      <w:pPr>
        <w:pStyle w:val="ListBullet"/>
        <w:widowControl/>
      </w:pPr>
      <w:r>
        <w:t>Hope often returns in drops before it becomes a cup.</w:t>
      </w:r>
    </w:p>
    <w:p>
      <w:pPr>
        <w:pStyle w:val="ListBullet"/>
        <w:widowControl/>
      </w:pPr>
      <w:r>
        <w:t>The Whole Pot honors different needs and different seasons.</w:t>
      </w:r>
    </w:p>
    <w:p>
      <w:pPr>
        <w:pStyle w:val="ListBullet"/>
        <w:widowControl/>
      </w:pPr>
      <w:r>
        <w:t>A story should be poured in service, not used for attention.</w:t>
      </w:r>
    </w:p>
    <w:p>
      <w:pPr>
        <w:pStyle w:val="ListBullet"/>
        <w:widowControl/>
      </w:pPr>
      <w:r>
        <w:t>The person receiving the work matters more than the size of the audience.</w:t>
      </w:r>
    </w:p>
    <w:p>
      <w:pPr>
        <w:pStyle w:val="ListBullet"/>
        <w:widowControl/>
      </w:pPr>
      <w:r>
        <w:t>Preserved hope can continue rippling long after the original moment.</w:t>
      </w:r>
    </w:p>
    <w:p>
      <w:pPr>
        <w:pStyle w:val="ListBullet"/>
        <w:widowControl/>
      </w:pPr>
      <w:r>
        <w:t>A ripple begins with one drop.</w:t>
      </w:r>
    </w:p>
    <w:p>
      <w:pPr>
        <w:pStyle w:val="ListBullet"/>
        <w:widowControl/>
      </w:pPr>
      <w:r>
        <w:t>Small practices become meaningful change when they are allowed to gather.</w:t>
      </w:r>
    </w:p>
    <w:p>
      <w:pPr>
        <w:pStyle w:val="Heading1"/>
        <w:keepNext/>
      </w:pPr>
      <w:r>
        <w:t>Drops of Hope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Give hope time to steep.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Warmth and patience often reveal what pressure cannot.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The cup changes. The message remains hope.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Hope is not poured into an audience. It is poured into a person.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Preservation gives hope a longer life.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Some of life's deepest work happens while nothing appears to be changing.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A whole pot is simply many drops that stayed.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One drop can become a ripple.</w:t>
      </w:r>
    </w:p>
    <w:p>
      <w:pPr>
        <w:pStyle w:val="Heading1"/>
        <w:keepNext/>
      </w:pPr>
      <w:r>
        <w:t>Brewmaster Reflection</w:t>
      </w:r>
    </w:p>
    <w:p>
      <w:pPr>
        <w:widowControl/>
      </w:pPr>
      <w:r>
        <w:rPr>
          <w:i w:val="0"/>
        </w:rPr>
        <w:t>When I think about tea now, I do not think first about flavor.</w:t>
      </w:r>
    </w:p>
    <w:p>
      <w:pPr>
        <w:widowControl/>
      </w:pPr>
      <w:r>
        <w:rPr>
          <w:i w:val="0"/>
        </w:rPr>
        <w:t>I think about permission.</w:t>
      </w:r>
    </w:p>
    <w:p>
      <w:pPr>
        <w:widowControl/>
      </w:pPr>
      <w:r>
        <w:rPr>
          <w:i w:val="0"/>
        </w:rPr>
        <w:t>Permission to pause.</w:t>
      </w:r>
    </w:p>
    <w:p>
      <w:pPr>
        <w:widowControl/>
      </w:pPr>
      <w:r>
        <w:rPr>
          <w:i w:val="0"/>
        </w:rPr>
        <w:t>To listen.</w:t>
      </w:r>
    </w:p>
    <w:p>
      <w:pPr>
        <w:widowControl/>
      </w:pPr>
      <w:r>
        <w:rPr>
          <w:i w:val="0"/>
        </w:rPr>
        <w:t>To let a story become clear before trying to explain it.</w:t>
      </w:r>
    </w:p>
    <w:p>
      <w:pPr>
        <w:widowControl/>
      </w:pPr>
      <w:r>
        <w:rPr>
          <w:i w:val="0"/>
        </w:rPr>
        <w:t>To serve one person well instead of trying to impress everyone.</w:t>
      </w:r>
    </w:p>
    <w:p>
      <w:pPr>
        <w:widowControl/>
      </w:pPr>
      <w:r>
        <w:rPr>
          <w:i w:val="0"/>
        </w:rPr>
        <w:t>The tea metaphor became powerful because it helped me see that hope is not something we manufacture.</w:t>
      </w:r>
    </w:p>
    <w:p>
      <w:pPr>
        <w:widowControl/>
      </w:pPr>
      <w:r>
        <w:rPr>
          <w:i w:val="0"/>
        </w:rPr>
        <w:t>We create the conditions.</w:t>
      </w:r>
    </w:p>
    <w:p>
      <w:pPr>
        <w:widowControl/>
      </w:pPr>
      <w:r>
        <w:rPr>
          <w:i w:val="0"/>
        </w:rPr>
        <w:t>We prepare the water.</w:t>
      </w:r>
    </w:p>
    <w:p>
      <w:pPr>
        <w:widowControl/>
      </w:pPr>
      <w:r>
        <w:rPr>
          <w:i w:val="0"/>
        </w:rPr>
        <w:t>We add the leaves.</w:t>
      </w:r>
    </w:p>
    <w:p>
      <w:pPr>
        <w:widowControl/>
      </w:pPr>
      <w:r>
        <w:rPr>
          <w:i w:val="0"/>
        </w:rPr>
        <w:t>We offer warmth.</w:t>
      </w:r>
    </w:p>
    <w:p>
      <w:pPr>
        <w:widowControl/>
      </w:pPr>
      <w:r>
        <w:rPr>
          <w:i w:val="0"/>
        </w:rPr>
        <w:t>We wait.</w:t>
      </w:r>
    </w:p>
    <w:p>
      <w:pPr>
        <w:widowControl/>
      </w:pPr>
      <w:r>
        <w:rPr>
          <w:i w:val="0"/>
        </w:rPr>
        <w:t>Then, when the time is right, we pour.</w:t>
      </w:r>
    </w:p>
    <w:p>
      <w:pPr>
        <w:widowControl/>
      </w:pPr>
      <w:r>
        <w:rPr>
          <w:i w:val="0"/>
        </w:rPr>
        <w:t>The new title reminds me that even the pour is not always grand.</w:t>
      </w:r>
    </w:p>
    <w:p>
      <w:pPr>
        <w:widowControl/>
      </w:pPr>
      <w:r>
        <w:rPr>
          <w:i w:val="0"/>
        </w:rPr>
        <w:t>Sometimes it is one sentence.</w:t>
      </w:r>
    </w:p>
    <w:p>
      <w:pPr>
        <w:widowControl/>
      </w:pPr>
      <w:r>
        <w:rPr>
          <w:i w:val="0"/>
        </w:rPr>
        <w:t>One gesture.</w:t>
      </w:r>
    </w:p>
    <w:p>
      <w:pPr>
        <w:widowControl/>
      </w:pPr>
      <w:r>
        <w:rPr>
          <w:i w:val="0"/>
        </w:rPr>
        <w:t>One honest moment.</w:t>
      </w:r>
    </w:p>
    <w:p>
      <w:pPr>
        <w:widowControl/>
      </w:pPr>
      <w:r>
        <w:rPr>
          <w:i w:val="0"/>
        </w:rPr>
        <w:t>One drop.</w:t>
      </w:r>
    </w:p>
    <w:p>
      <w:pPr>
        <w:widowControl/>
      </w:pPr>
      <w:r>
        <w:rPr>
          <w:i w:val="0"/>
        </w:rPr>
        <w:t>That is the work of a Brewmaster.</w:t>
      </w:r>
    </w:p>
    <w:p>
      <w:pPr>
        <w:pStyle w:val="Heading1"/>
        <w:keepNext/>
      </w:pPr>
      <w:r>
        <w:t>Brewmaster Journal</w:t>
      </w:r>
    </w:p>
    <w:p>
      <w:pPr>
        <w:widowControl/>
      </w:pPr>
      <w:r>
        <w:rPr>
          <w:i w:val="0"/>
        </w:rPr>
        <w:t>Where in your life are you demanding a full cup when one drop would be enough for today?</w:t>
      </w:r>
    </w:p>
    <w:p>
      <w:pPr>
        <w:widowControl/>
      </w:pPr>
      <w:r>
        <w:rPr>
          <w:i w:val="0"/>
        </w:rPr>
        <w:t>What needs more warmth?</w:t>
      </w:r>
    </w:p>
    <w:p>
      <w:pPr>
        <w:widowControl/>
      </w:pPr>
      <w:r>
        <w:rPr>
          <w:i w:val="0"/>
        </w:rPr>
        <w:t>What needs more time?</w:t>
      </w:r>
    </w:p>
    <w:p>
      <w:pPr>
        <w:widowControl/>
      </w:pPr>
      <w:r>
        <w:rPr>
          <w:i w:val="0"/>
        </w:rPr>
        <w:t>What are you trying to force?</w:t>
      </w:r>
    </w:p>
    <w:p>
      <w:pPr>
        <w:widowControl/>
      </w:pPr>
      <w:r>
        <w:rPr>
          <w:i w:val="0"/>
        </w:rPr>
        <w:t>What is ready to be shared?</w:t>
      </w:r>
    </w:p>
    <w:p>
      <w:pPr>
        <w:widowControl/>
      </w:pPr>
      <w:r>
        <w:rPr>
          <w:i w:val="0"/>
        </w:rPr>
        <w:t>What one Drop of Hope can you pour into someone else's day?</w:t>
      </w:r>
    </w:p>
    <w:p>
      <w:pPr>
        <w:pStyle w:val="Heading1"/>
        <w:keepNext/>
      </w:pPr>
      <w:r>
        <w:t>Try This Today</w:t>
      </w:r>
    </w:p>
    <w:p>
      <w:pPr>
        <w:widowControl/>
      </w:pPr>
      <w:r>
        <w:rPr>
          <w:i w:val="0"/>
        </w:rPr>
        <w:t>Create one intentional tea moment.</w:t>
      </w:r>
    </w:p>
    <w:p>
      <w:pPr>
        <w:widowControl/>
      </w:pPr>
      <w:r>
        <w:rPr>
          <w:i w:val="0"/>
        </w:rPr>
        <w:t>It does not matter whether the drink is actually tea.</w:t>
      </w:r>
    </w:p>
    <w:p>
      <w:pPr>
        <w:widowControl/>
      </w:pPr>
      <w:r>
        <w:rPr>
          <w:i w:val="0"/>
        </w:rPr>
        <w:t>Choose something warm.</w:t>
      </w:r>
    </w:p>
    <w:p>
      <w:pPr>
        <w:widowControl/>
      </w:pPr>
      <w:r>
        <w:rPr>
          <w:i w:val="0"/>
        </w:rPr>
        <w:t>Sit down.</w:t>
      </w:r>
    </w:p>
    <w:p>
      <w:pPr>
        <w:widowControl/>
      </w:pPr>
      <w:r>
        <w:rPr>
          <w:i w:val="0"/>
        </w:rPr>
        <w:t>Do not multitask.</w:t>
      </w:r>
    </w:p>
    <w:p>
      <w:pPr>
        <w:widowControl/>
      </w:pPr>
      <w:r>
        <w:rPr>
          <w:i w:val="0"/>
        </w:rPr>
        <w:t>For five minutes, ask yourself:</w:t>
      </w:r>
    </w:p>
    <w:p>
      <w:pPr>
        <w:widowControl/>
      </w:pPr>
      <w:r>
        <w:rPr>
          <w:i w:val="0"/>
        </w:rPr>
        <w:t>What am I carrying today?</w:t>
      </w:r>
    </w:p>
    <w:p>
      <w:pPr>
        <w:widowControl/>
      </w:pPr>
      <w:r>
        <w:rPr>
          <w:i w:val="0"/>
        </w:rPr>
        <w:t>What needs more time?</w:t>
      </w:r>
    </w:p>
    <w:p>
      <w:pPr>
        <w:widowControl/>
      </w:pPr>
      <w:r>
        <w:rPr>
          <w:i w:val="0"/>
        </w:rPr>
        <w:t>What am I trying to force?</w:t>
      </w:r>
    </w:p>
    <w:p>
      <w:pPr>
        <w:widowControl/>
      </w:pPr>
      <w:r>
        <w:rPr>
          <w:i w:val="0"/>
        </w:rPr>
        <w:t>What is ready to be shared?</w:t>
      </w:r>
    </w:p>
    <w:p>
      <w:pPr>
        <w:widowControl/>
      </w:pPr>
      <w:r>
        <w:rPr>
          <w:i w:val="0"/>
        </w:rPr>
        <w:t>What one Drop of Hope can I pour into someone else's day?</w:t>
      </w:r>
    </w:p>
    <w:p>
      <w:pPr>
        <w:widowControl/>
      </w:pPr>
      <w:r>
        <w:rPr>
          <w:i w:val="0"/>
        </w:rPr>
        <w:t>Write down whatever rises.</w:t>
      </w:r>
    </w:p>
    <w:p>
      <w:pPr>
        <w:widowControl/>
      </w:pPr>
      <w:r>
        <w:rPr>
          <w:i w:val="0"/>
        </w:rPr>
        <w:t>Do not judge it.</w:t>
      </w:r>
    </w:p>
    <w:p>
      <w:pPr>
        <w:widowControl/>
      </w:pPr>
      <w:r>
        <w:rPr>
          <w:i w:val="0"/>
        </w:rPr>
        <w:t>Let it steep.</w:t>
      </w:r>
    </w:p>
    <w:p>
      <w:r>
        <w:br w:type="page"/>
      </w:r>
    </w:p>
    <w:p>
      <w:pPr>
        <w:pStyle w:val="Heading1"/>
        <w:keepNext/>
      </w:pPr>
      <w:r>
        <w:t>A Letter Before You Leave</w:t>
      </w:r>
    </w:p>
    <w:p>
      <w:pPr>
        <w:widowControl/>
      </w:pPr>
      <w:r>
        <w:rPr>
          <w:i/>
        </w:rPr>
        <w:t>Dear Friend,</w:t>
      </w:r>
    </w:p>
    <w:p>
      <w:pPr>
        <w:widowControl/>
      </w:pPr>
      <w:r>
        <w:rPr>
          <w:i w:val="0"/>
        </w:rPr>
        <w:t>You do not have to rush your becoming.</w:t>
      </w:r>
    </w:p>
    <w:p>
      <w:pPr>
        <w:widowControl/>
      </w:pPr>
      <w:r>
        <w:rPr>
          <w:i w:val="0"/>
        </w:rPr>
        <w:t>There is no prize for forcing a lesson before you are ready to understand it.</w:t>
      </w:r>
    </w:p>
    <w:p>
      <w:pPr>
        <w:widowControl/>
      </w:pPr>
      <w:r>
        <w:rPr>
          <w:i w:val="0"/>
        </w:rPr>
        <w:t>There is no shame in needing more warmth, more time, or a different kind of support.</w:t>
      </w:r>
    </w:p>
    <w:p>
      <w:pPr>
        <w:widowControl/>
      </w:pPr>
      <w:r>
        <w:rPr>
          <w:i w:val="0"/>
        </w:rPr>
        <w:t>You are not behind.</w:t>
      </w:r>
    </w:p>
    <w:p>
      <w:pPr>
        <w:widowControl/>
      </w:pPr>
      <w:r>
        <w:rPr>
          <w:i w:val="0"/>
        </w:rPr>
        <w:t>You are brewing.</w:t>
      </w:r>
    </w:p>
    <w:p>
      <w:pPr>
        <w:widowControl/>
      </w:pPr>
      <w:r>
        <w:rPr>
          <w:i w:val="0"/>
        </w:rPr>
        <w:t>Some seasons will feel strong and clear.</w:t>
      </w:r>
    </w:p>
    <w:p>
      <w:pPr>
        <w:widowControl/>
      </w:pPr>
      <w:r>
        <w:rPr>
          <w:i w:val="0"/>
        </w:rPr>
        <w:t>Others will feel weak, uncertain, or unfinished.</w:t>
      </w:r>
    </w:p>
    <w:p>
      <w:pPr>
        <w:widowControl/>
      </w:pPr>
      <w:r>
        <w:rPr>
          <w:i w:val="0"/>
        </w:rPr>
        <w:t>Stay with the process.</w:t>
      </w:r>
    </w:p>
    <w:p>
      <w:pPr>
        <w:widowControl/>
      </w:pPr>
      <w:r>
        <w:rPr>
          <w:i w:val="0"/>
        </w:rPr>
        <w:t>Prepare the conditions.</w:t>
      </w:r>
    </w:p>
    <w:p>
      <w:pPr>
        <w:widowControl/>
      </w:pPr>
      <w:r>
        <w:rPr>
          <w:i w:val="0"/>
        </w:rPr>
        <w:t>Choose the people who can hold your story carefully.</w:t>
      </w:r>
    </w:p>
    <w:p>
      <w:pPr>
        <w:widowControl/>
      </w:pPr>
      <w:r>
        <w:rPr>
          <w:i w:val="0"/>
        </w:rPr>
        <w:t>Trust that meaning is forming even when you cannot yet taste it.</w:t>
      </w:r>
    </w:p>
    <w:p>
      <w:pPr>
        <w:widowControl/>
      </w:pPr>
      <w:r>
        <w:rPr>
          <w:i w:val="0"/>
        </w:rPr>
        <w:t>And when you are ready, pour what you have learned with gentleness.</w:t>
      </w:r>
    </w:p>
    <w:p>
      <w:pPr>
        <w:widowControl/>
      </w:pPr>
      <w:r>
        <w:rPr>
          <w:i w:val="0"/>
        </w:rPr>
        <w:t>You do not need a whole pot today.</w:t>
      </w:r>
    </w:p>
    <w:p>
      <w:pPr>
        <w:widowControl/>
      </w:pPr>
      <w:r>
        <w:rPr>
          <w:i w:val="0"/>
        </w:rPr>
        <w:t>One honest drop is enough to begin.</w:t>
      </w:r>
    </w:p>
    <w:p>
      <w:pPr>
        <w:widowControl/>
      </w:pPr>
      <w:r>
        <w:rPr>
          <w:i w:val="0"/>
        </w:rPr>
        <w:t>Someone may be waiting for the cup only you can offer.</w:t>
      </w:r>
    </w:p>
    <w:p>
      <w:pPr>
        <w:widowControl/>
      </w:pPr>
      <w:r>
        <w:rPr>
          <w:i w:val="0"/>
        </w:rPr>
        <w:t>Keep brewing.</w:t>
      </w:r>
    </w:p>
    <w:p>
      <w:pPr>
        <w:widowControl/>
      </w:pPr>
      <w:r>
        <w:rPr>
          <w:i/>
        </w:rPr>
        <w:t>— The Brewmaster</w:t>
      </w:r>
    </w:p>
    <w:p>
      <w:pPr>
        <w:pStyle w:val="Heading1"/>
        <w:keepNext/>
      </w:pPr>
      <w:r>
        <w:t>Estate Archive</w:t>
      </w:r>
    </w:p>
    <w:p>
      <w:pPr>
        <w:widowControl/>
      </w:pPr>
      <w:r>
        <w:rPr>
          <w:i w:val="0"/>
        </w:rPr>
        <w:t>Estate Story ID: ES-004</w:t>
      </w:r>
    </w:p>
    <w:p>
      <w:pPr>
        <w:widowControl/>
      </w:pPr>
      <w:r>
        <w:rPr>
          <w:i w:val="0"/>
        </w:rPr>
        <w:t>Title: One Drop at a Time</w:t>
      </w:r>
    </w:p>
    <w:p>
      <w:pPr>
        <w:widowControl/>
      </w:pPr>
      <w:r>
        <w:rPr>
          <w:i w:val="0"/>
        </w:rPr>
        <w:t>Subtitle: Why Brewing Became the Language of Hope</w:t>
      </w:r>
    </w:p>
    <w:p>
      <w:pPr>
        <w:widowControl/>
      </w:pPr>
      <w:r>
        <w:rPr>
          <w:i w:val="0"/>
        </w:rPr>
        <w:t>Collection: CHIA•TEA Estate Stories — Collection 001</w:t>
      </w:r>
    </w:p>
    <w:p>
      <w:pPr>
        <w:widowControl/>
      </w:pPr>
      <w:r>
        <w:rPr>
          <w:i w:val="0"/>
        </w:rPr>
        <w:t>Edition: Reauthored Master Edition</w:t>
      </w:r>
    </w:p>
    <w:p>
      <w:pPr>
        <w:widowControl/>
      </w:pPr>
      <w:r>
        <w:rPr>
          <w:i w:val="0"/>
        </w:rPr>
        <w:t>Status: Ready for Author Review</w:t>
      </w:r>
    </w:p>
    <w:p>
      <w:pPr>
        <w:widowControl/>
      </w:pPr>
      <w:r>
        <w:rPr>
          <w:i w:val="0"/>
        </w:rPr>
        <w:t>Original Source: ES-004 Brewing Tea — Complete Master Publication</w:t>
      </w:r>
    </w:p>
    <w:p>
      <w:pPr>
        <w:widowControl/>
      </w:pPr>
      <w:r>
        <w:rPr>
          <w:i w:val="0"/>
        </w:rPr>
        <w:t>Core Themes: Tea, patience, hope, preparation, reflection, service, preservation, and ripple effects</w:t>
      </w:r>
    </w:p>
    <w:p>
      <w:pPr>
        <w:widowControl/>
      </w:pPr>
      <w:r>
        <w:rPr>
          <w:i w:val="0"/>
        </w:rPr>
        <w:t>Referenced By: Estate Companion — Sections 3, 5, and 6; The Whole Pot Framework; The Brew Cycle; Brewmaster Guide; Visual Framework: The Life Cycle of CHIA•TEA; Companion Handout: Give Hope Time to Steep; Reflection Workbook</w:t>
      </w:r>
    </w:p>
    <w:p>
      <w:pPr>
        <w:widowControl/>
      </w:pPr>
      <w:r>
        <w:rPr>
          <w:i w:val="0"/>
        </w:rPr>
        <w:t>Future Workshop: Brewing Hope with Intention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2A535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2A53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