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2A5356"/>
          <w:sz w:val="56"/>
        </w:rPr>
        <w:t>ES-001 — Welcome Home</w:t>
      </w:r>
    </w:p>
    <w:p>
      <w:pPr>
        <w:jc w:val="center"/>
      </w:pPr>
      <w:r>
        <w:rPr>
          <w:rFonts w:ascii="Georgia" w:hAnsi="Georgia"/>
          <w:i/>
          <w:color w:val="5A5A5A"/>
          <w:sz w:val="26"/>
        </w:rPr>
        <w:t>The First Invitation into the CHIA•TEA Estate</w:t>
      </w:r>
    </w:p>
    <w:p>
      <w:pPr>
        <w:widowControl/>
        <w:jc w:val="center"/>
      </w:pPr>
      <w:r>
        <w:rPr>
          <w:i/>
        </w:rPr>
        <w:t>A CHIA•TEA Estate Story</w:t>
      </w:r>
    </w:p>
    <w:p>
      <w:pPr>
        <w:widowControl/>
        <w:jc w:val="center"/>
      </w:pPr>
      <w:r>
        <w:rPr>
          <w:i/>
        </w:rPr>
        <w:t>Collection 001 • Reauthored Master Edition</w:t>
      </w:r>
    </w:p>
    <w:p>
      <w:r>
        <w:br w:type="page"/>
      </w:r>
    </w:p>
    <w:p>
      <w:pPr>
        <w:pStyle w:val="Heading1"/>
        <w:keepNext/>
      </w:pPr>
      <w:r>
        <w:t>Welcome Home</w:t>
      </w:r>
    </w:p>
    <w:p>
      <w:pPr>
        <w:widowControl/>
      </w:pPr>
      <w:r>
        <w:rPr>
          <w:i w:val="0"/>
        </w:rPr>
        <w:t>Welcome home.</w:t>
      </w:r>
    </w:p>
    <w:p>
      <w:pPr>
        <w:widowControl/>
      </w:pPr>
      <w:r>
        <w:rPr>
          <w:i w:val="0"/>
        </w:rPr>
        <w:t>Come in exactly as you are.</w:t>
      </w:r>
    </w:p>
    <w:p>
      <w:pPr>
        <w:widowControl/>
      </w:pPr>
      <w:r>
        <w:rPr>
          <w:i w:val="0"/>
        </w:rPr>
        <w:t>You do not have to arrive polished.</w:t>
      </w:r>
    </w:p>
    <w:p>
      <w:pPr>
        <w:widowControl/>
      </w:pPr>
      <w:r>
        <w:rPr>
          <w:i w:val="0"/>
        </w:rPr>
        <w:t>You do not have to know where the road is leading.</w:t>
      </w:r>
    </w:p>
    <w:p>
      <w:pPr>
        <w:widowControl/>
      </w:pPr>
      <w:r>
        <w:rPr>
          <w:i w:val="0"/>
        </w:rPr>
        <w:t>You do not have to pretend that uncertainty has already become wisdom.</w:t>
      </w:r>
    </w:p>
    <w:p>
      <w:pPr>
        <w:widowControl/>
      </w:pPr>
      <w:r>
        <w:rPr>
          <w:i w:val="0"/>
        </w:rPr>
        <w:t>This Estate was not built for people who have everything figured out.</w:t>
      </w:r>
    </w:p>
    <w:p>
      <w:pPr>
        <w:widowControl/>
      </w:pPr>
      <w:r>
        <w:rPr>
          <w:i w:val="0"/>
        </w:rPr>
        <w:t>It was built for travelers.</w:t>
      </w:r>
    </w:p>
    <w:p>
      <w:pPr>
        <w:widowControl/>
      </w:pPr>
      <w:r>
        <w:rPr>
          <w:i w:val="0"/>
        </w:rPr>
        <w:t>For people standing at the edge of a decision.</w:t>
      </w:r>
    </w:p>
    <w:p>
      <w:pPr>
        <w:widowControl/>
      </w:pPr>
      <w:r>
        <w:rPr>
          <w:i w:val="0"/>
        </w:rPr>
        <w:t>For people carrying stories that have not yet found language.</w:t>
      </w:r>
    </w:p>
    <w:p>
      <w:pPr>
        <w:widowControl/>
      </w:pPr>
      <w:r>
        <w:rPr>
          <w:i w:val="0"/>
        </w:rPr>
        <w:t>For people who need a chair before advice, a cup before correction, and enough quiet to hear what hope may already be whispering.</w:t>
      </w:r>
    </w:p>
    <w:p>
      <w:pPr>
        <w:widowControl/>
      </w:pPr>
      <w:r>
        <w:rPr>
          <w:i w:val="0"/>
        </w:rPr>
        <w:t>Every estate has a front gate.</w:t>
      </w:r>
    </w:p>
    <w:p>
      <w:pPr>
        <w:widowControl/>
      </w:pPr>
      <w:r>
        <w:rPr>
          <w:i w:val="0"/>
        </w:rPr>
        <w:t>A first path.</w:t>
      </w:r>
    </w:p>
    <w:p>
      <w:pPr>
        <w:widowControl/>
      </w:pPr>
      <w:r>
        <w:rPr>
          <w:i w:val="0"/>
        </w:rPr>
        <w:t>A place where someone decides whether the grounds feel safe enough to enter.</w:t>
      </w:r>
    </w:p>
    <w:p>
      <w:pPr>
        <w:widowControl/>
      </w:pPr>
      <w:r>
        <w:rPr>
          <w:i w:val="0"/>
        </w:rPr>
        <w:t>This story is that gate.</w:t>
      </w:r>
    </w:p>
    <w:p>
      <w:pPr>
        <w:widowControl/>
      </w:pPr>
      <w:r>
        <w:rPr>
          <w:i w:val="0"/>
        </w:rPr>
        <w:t>Before there was a podcast, an app, a Brewmaster, or a shelf of Estate Stories, there was a woman learning that home is not always the place we begin.</w:t>
      </w:r>
    </w:p>
    <w:p>
      <w:pPr>
        <w:widowControl/>
      </w:pPr>
      <w:r>
        <w:rPr>
          <w:i w:val="0"/>
        </w:rPr>
        <w:t>Sometimes home is the place we become.</w:t>
      </w:r>
    </w:p>
    <w:p>
      <w:pPr>
        <w:widowControl/>
      </w:pPr>
      <w:r>
        <w:rPr>
          <w:i w:val="0"/>
        </w:rPr>
        <w:t>Sometimes we have to leave familiar ground before we understand what belonging has been asking of us.</w:t>
      </w:r>
    </w:p>
    <w:p>
      <w:pPr>
        <w:widowControl/>
      </w:pPr>
      <w:r>
        <w:rPr>
          <w:i w:val="0"/>
        </w:rPr>
        <w:t>And sometimes the first invitation home begins with the courage to walk toward a life we cannot yet fully see.</w:t>
      </w:r>
    </w:p>
    <w:p>
      <w:pPr>
        <w:pStyle w:val="Heading1"/>
        <w:keepNext/>
      </w:pPr>
      <w:r>
        <w:t>Why This Story Matters</w:t>
      </w:r>
    </w:p>
    <w:p>
      <w:pPr>
        <w:widowControl/>
      </w:pPr>
      <w:r>
        <w:rPr>
          <w:i w:val="0"/>
        </w:rPr>
        <w:t>Every Estate needs an opening.</w:t>
      </w:r>
    </w:p>
    <w:p>
      <w:pPr>
        <w:widowControl/>
      </w:pPr>
      <w:r>
        <w:rPr>
          <w:i w:val="0"/>
        </w:rPr>
        <w:t>Not an explanation.</w:t>
      </w:r>
    </w:p>
    <w:p>
      <w:pPr>
        <w:widowControl/>
      </w:pPr>
      <w:r>
        <w:rPr>
          <w:i w:val="0"/>
        </w:rPr>
        <w:t>An invitation.</w:t>
      </w:r>
    </w:p>
    <w:p>
      <w:pPr>
        <w:widowControl/>
      </w:pPr>
      <w:r>
        <w:rPr>
          <w:i w:val="0"/>
        </w:rPr>
        <w:t>If someone asked why CHIA•TEA exists, I could talk about podcasts, apps, visual frameworks, manuals, and operating systems.</w:t>
      </w:r>
    </w:p>
    <w:p>
      <w:pPr>
        <w:widowControl/>
      </w:pPr>
      <w:r>
        <w:rPr>
          <w:i w:val="0"/>
        </w:rPr>
        <w:t>All of those things are true.</w:t>
      </w:r>
    </w:p>
    <w:p>
      <w:pPr>
        <w:widowControl/>
      </w:pPr>
      <w:r>
        <w:rPr>
          <w:i w:val="0"/>
        </w:rPr>
        <w:t>None of them are the beginning.</w:t>
      </w:r>
    </w:p>
    <w:p>
      <w:pPr>
        <w:widowControl/>
      </w:pPr>
      <w:r>
        <w:rPr>
          <w:i w:val="0"/>
        </w:rPr>
        <w:t>The beginning was quieter.</w:t>
      </w:r>
    </w:p>
    <w:p>
      <w:pPr>
        <w:widowControl/>
      </w:pPr>
      <w:r>
        <w:rPr>
          <w:i w:val="0"/>
        </w:rPr>
        <w:t>It began with a woman standing at the edge of one of the biggest decisions of her life, knowing that staying comfortable might cost more than stepping into the unknown.</w:t>
      </w:r>
    </w:p>
    <w:p>
      <w:pPr>
        <w:widowControl/>
      </w:pPr>
      <w:r>
        <w:rPr>
          <w:i w:val="0"/>
        </w:rPr>
        <w:t>The original story was called Moving Toward Hope.</w:t>
      </w:r>
    </w:p>
    <w:p>
      <w:pPr>
        <w:widowControl/>
      </w:pPr>
      <w:r>
        <w:rPr>
          <w:i w:val="0"/>
        </w:rPr>
        <w:t>That title still belongs in the Estate, but its home is ES-002.</w:t>
      </w:r>
    </w:p>
    <w:p>
      <w:pPr>
        <w:widowControl/>
      </w:pPr>
      <w:r>
        <w:rPr>
          <w:i w:val="0"/>
        </w:rPr>
        <w:t>ES-001 has a different purpose.</w:t>
      </w:r>
    </w:p>
    <w:p>
      <w:pPr>
        <w:widowControl/>
      </w:pPr>
      <w:r>
        <w:rPr>
          <w:i w:val="0"/>
        </w:rPr>
        <w:t>It is not only the story of a move to Florida.</w:t>
      </w:r>
    </w:p>
    <w:p>
      <w:pPr>
        <w:widowControl/>
      </w:pPr>
      <w:r>
        <w:rPr>
          <w:i w:val="0"/>
        </w:rPr>
        <w:t>It is the first room.</w:t>
      </w:r>
    </w:p>
    <w:p>
      <w:pPr>
        <w:widowControl/>
      </w:pPr>
      <w:r>
        <w:rPr>
          <w:i w:val="0"/>
        </w:rPr>
        <w:t>The first chair.</w:t>
      </w:r>
    </w:p>
    <w:p>
      <w:pPr>
        <w:widowControl/>
      </w:pPr>
      <w:r>
        <w:rPr>
          <w:i w:val="0"/>
        </w:rPr>
        <w:t>The first moment the Estate says: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You are welcome here, even before you know what comes next.</w:t>
      </w:r>
    </w:p>
    <w:p>
      <w:pPr>
        <w:widowControl/>
      </w:pPr>
      <w:r>
        <w:rPr>
          <w:i w:val="0"/>
        </w:rPr>
        <w:t>The Florida journey remains essential.</w:t>
      </w:r>
    </w:p>
    <w:p>
      <w:pPr>
        <w:widowControl/>
      </w:pPr>
      <w:r>
        <w:rPr>
          <w:i w:val="0"/>
        </w:rPr>
        <w:t>It is the origin story inside the welcome.</w:t>
      </w:r>
    </w:p>
    <w:p>
      <w:pPr>
        <w:widowControl/>
      </w:pPr>
      <w:r>
        <w:rPr>
          <w:i w:val="0"/>
        </w:rPr>
        <w:t>It shows what had to be learned before this place could exist.</w:t>
      </w:r>
    </w:p>
    <w:p>
      <w:pPr>
        <w:widowControl/>
      </w:pPr>
      <w:r>
        <w:rPr>
          <w:i w:val="0"/>
        </w:rPr>
        <w:t>Trust.</w:t>
      </w:r>
    </w:p>
    <w:p>
      <w:pPr>
        <w:widowControl/>
      </w:pPr>
      <w:r>
        <w:rPr>
          <w:i w:val="0"/>
        </w:rPr>
        <w:t>Courage.</w:t>
      </w:r>
    </w:p>
    <w:p>
      <w:pPr>
        <w:widowControl/>
      </w:pPr>
      <w:r>
        <w:rPr>
          <w:i w:val="0"/>
        </w:rPr>
        <w:t>Presence.</w:t>
      </w:r>
    </w:p>
    <w:p>
      <w:pPr>
        <w:widowControl/>
      </w:pPr>
      <w:r>
        <w:rPr>
          <w:i w:val="0"/>
        </w:rPr>
        <w:t>Responsibility.</w:t>
      </w:r>
    </w:p>
    <w:p>
      <w:pPr>
        <w:widowControl/>
      </w:pPr>
      <w:r>
        <w:rPr>
          <w:i w:val="0"/>
        </w:rPr>
        <w:t>The difference between being alone and becoming whole.</w:t>
      </w:r>
    </w:p>
    <w:p>
      <w:pPr>
        <w:widowControl/>
      </w:pPr>
      <w:r>
        <w:rPr>
          <w:i w:val="0"/>
        </w:rPr>
        <w:t>Welcome Home belongs at the beginning because every later story grows from that invitation.</w:t>
      </w:r>
    </w:p>
    <w:p>
      <w:pPr>
        <w:pStyle w:val="Heading1"/>
        <w:keepNext/>
      </w:pPr>
      <w:r>
        <w:t>Chapter One — Before the Door Opened</w:t>
      </w:r>
    </w:p>
    <w:p>
      <w:pPr>
        <w:widowControl/>
      </w:pPr>
      <w:r>
        <w:rPr>
          <w:i w:val="0"/>
        </w:rPr>
        <w:t>Looking back now, people often ask what finally convinced me to move.</w:t>
      </w:r>
    </w:p>
    <w:p>
      <w:pPr>
        <w:widowControl/>
      </w:pPr>
      <w:r>
        <w:rPr>
          <w:i w:val="0"/>
        </w:rPr>
        <w:t>They expect one dramatic moment.</w:t>
      </w:r>
    </w:p>
    <w:p>
      <w:pPr>
        <w:widowControl/>
      </w:pPr>
      <w:r>
        <w:rPr>
          <w:i w:val="0"/>
        </w:rPr>
        <w:t>A lightning bolt.</w:t>
      </w:r>
    </w:p>
    <w:p>
      <w:pPr>
        <w:widowControl/>
      </w:pPr>
      <w:r>
        <w:rPr>
          <w:i w:val="0"/>
        </w:rPr>
        <w:t>A life-changing conversation.</w:t>
      </w:r>
    </w:p>
    <w:p>
      <w:pPr>
        <w:widowControl/>
      </w:pPr>
      <w:r>
        <w:rPr>
          <w:i w:val="0"/>
        </w:rPr>
        <w:t>An unmistakable sign.</w:t>
      </w:r>
    </w:p>
    <w:p>
      <w:pPr>
        <w:widowControl/>
      </w:pPr>
      <w:r>
        <w:rPr>
          <w:i w:val="0"/>
        </w:rPr>
        <w:t>Life rarely works that way.</w:t>
      </w:r>
    </w:p>
    <w:p>
      <w:pPr>
        <w:widowControl/>
      </w:pPr>
      <w:r>
        <w:rPr>
          <w:i w:val="0"/>
        </w:rPr>
        <w:t>Decisions of consequence are usually made long before they become visible to anyone else.</w:t>
      </w:r>
    </w:p>
    <w:p>
      <w:pPr>
        <w:widowControl/>
      </w:pPr>
      <w:r>
        <w:rPr>
          <w:i w:val="0"/>
        </w:rPr>
        <w:t>They begin as questions.</w:t>
      </w:r>
    </w:p>
    <w:p>
      <w:pPr>
        <w:widowControl/>
      </w:pPr>
      <w:r>
        <w:rPr>
          <w:i w:val="0"/>
        </w:rPr>
        <w:t>Questions we carry quietly for months.</w:t>
      </w:r>
    </w:p>
    <w:p>
      <w:pPr>
        <w:widowControl/>
      </w:pPr>
      <w:r>
        <w:rPr>
          <w:i w:val="0"/>
        </w:rPr>
        <w:t>Sometimes for years.</w:t>
      </w:r>
    </w:p>
    <w:p>
      <w:pPr>
        <w:widowControl/>
      </w:pPr>
      <w:r>
        <w:rPr>
          <w:i w:val="0"/>
        </w:rPr>
        <w:t>Mine sounded like this: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Is there still another version of me I have not met yet?</w:t>
      </w:r>
    </w:p>
    <w:p>
      <w:pPr>
        <w:widowControl/>
      </w:pPr>
      <w:r>
        <w:rPr>
          <w:i w:val="0"/>
        </w:rPr>
        <w:t>It was not that I was unhappy.</w:t>
      </w:r>
    </w:p>
    <w:p>
      <w:pPr>
        <w:widowControl/>
      </w:pPr>
      <w:r>
        <w:rPr>
          <w:i w:val="0"/>
        </w:rPr>
        <w:t>I loved my husband.</w:t>
      </w:r>
    </w:p>
    <w:p>
      <w:pPr>
        <w:widowControl/>
      </w:pPr>
      <w:r>
        <w:rPr>
          <w:i w:val="0"/>
        </w:rPr>
        <w:t>I loved my family.</w:t>
      </w:r>
    </w:p>
    <w:p>
      <w:pPr>
        <w:widowControl/>
      </w:pPr>
      <w:r>
        <w:rPr>
          <w:i w:val="0"/>
        </w:rPr>
        <w:t>I loved the life we had built.</w:t>
      </w:r>
    </w:p>
    <w:p>
      <w:pPr>
        <w:widowControl/>
      </w:pPr>
      <w:r>
        <w:rPr>
          <w:i w:val="0"/>
        </w:rPr>
        <w:t>None of those things had become less important.</w:t>
      </w:r>
    </w:p>
    <w:p>
      <w:pPr>
        <w:widowControl/>
      </w:pPr>
      <w:r>
        <w:rPr>
          <w:i w:val="0"/>
        </w:rPr>
        <w:t>But beneath the routines of everyday life, another realization had begun taking shape.</w:t>
      </w:r>
    </w:p>
    <w:p>
      <w:pPr>
        <w:widowControl/>
      </w:pPr>
      <w:r>
        <w:rPr>
          <w:i w:val="0"/>
        </w:rPr>
        <w:t>Growth sometimes asks us to leave familiar ground without leaving the people we love.</w:t>
      </w:r>
    </w:p>
    <w:p>
      <w:pPr>
        <w:widowControl/>
      </w:pPr>
      <w:r>
        <w:rPr>
          <w:i w:val="0"/>
        </w:rPr>
        <w:t>That is a difficult truth to explain to someone who has not experienced it.</w:t>
      </w:r>
    </w:p>
    <w:p>
      <w:pPr>
        <w:widowControl/>
      </w:pPr>
      <w:r>
        <w:rPr>
          <w:i w:val="0"/>
        </w:rPr>
        <w:t>Love and calling are not always opponents.</w:t>
      </w:r>
    </w:p>
    <w:p>
      <w:pPr>
        <w:widowControl/>
      </w:pPr>
      <w:r>
        <w:rPr>
          <w:i w:val="0"/>
        </w:rPr>
        <w:t>Sometimes they simply ask different things of us for a season.</w:t>
      </w:r>
    </w:p>
    <w:p>
      <w:pPr>
        <w:widowControl/>
      </w:pPr>
      <w:r>
        <w:rPr>
          <w:i w:val="0"/>
        </w:rPr>
        <w:t>The decision to move was not about running away.</w:t>
      </w:r>
    </w:p>
    <w:p>
      <w:pPr>
        <w:widowControl/>
      </w:pPr>
      <w:r>
        <w:rPr>
          <w:i w:val="0"/>
        </w:rPr>
        <w:t>It was about moving toward something I could not yet fully describe.</w:t>
      </w:r>
    </w:p>
    <w:p>
      <w:pPr>
        <w:widowControl/>
      </w:pPr>
      <w:r>
        <w:rPr>
          <w:i w:val="0"/>
        </w:rPr>
        <w:t>Toward independence.</w:t>
      </w:r>
    </w:p>
    <w:p>
      <w:pPr>
        <w:widowControl/>
      </w:pPr>
      <w:r>
        <w:rPr>
          <w:i w:val="0"/>
        </w:rPr>
        <w:t>Toward discovering whether I was stronger than I believed.</w:t>
      </w:r>
    </w:p>
    <w:p>
      <w:pPr>
        <w:widowControl/>
      </w:pPr>
      <w:r>
        <w:rPr>
          <w:i w:val="0"/>
        </w:rPr>
        <w:t>Toward becoming the Brewmaster long before I knew that title would one day exist.</w:t>
      </w:r>
    </w:p>
    <w:p>
      <w:pPr>
        <w:pStyle w:val="Heading1"/>
        <w:keepNext/>
      </w:pPr>
      <w:r>
        <w:t>Chapter Two — The Gate Called Courage</w:t>
      </w:r>
    </w:p>
    <w:p>
      <w:pPr>
        <w:widowControl/>
      </w:pPr>
      <w:r>
        <w:rPr>
          <w:i w:val="0"/>
        </w:rPr>
        <w:t>I remember wondering whether I was making the biggest mistake of my life.</w:t>
      </w:r>
    </w:p>
    <w:p>
      <w:pPr>
        <w:widowControl/>
      </w:pPr>
      <w:r>
        <w:rPr>
          <w:i w:val="0"/>
        </w:rPr>
        <w:t>Fear has a remarkable ability to disguise itself as wisdom.</w:t>
      </w:r>
    </w:p>
    <w:p>
      <w:pPr>
        <w:widowControl/>
      </w:pPr>
      <w:r>
        <w:rPr>
          <w:i w:val="0"/>
        </w:rPr>
        <w:t>It whispers practical questions.</w:t>
      </w:r>
    </w:p>
    <w:p>
      <w:pPr>
        <w:widowControl/>
      </w:pPr>
      <w:r>
        <w:rPr>
          <w:i w:val="0"/>
        </w:rPr>
        <w:t>What if the finances do not work?</w:t>
      </w:r>
    </w:p>
    <w:p>
      <w:pPr>
        <w:widowControl/>
      </w:pPr>
      <w:r>
        <w:rPr>
          <w:i w:val="0"/>
        </w:rPr>
        <w:t>What if you are lonely?</w:t>
      </w:r>
    </w:p>
    <w:p>
      <w:pPr>
        <w:widowControl/>
      </w:pPr>
      <w:r>
        <w:rPr>
          <w:i w:val="0"/>
        </w:rPr>
        <w:t>What if you fail?</w:t>
      </w:r>
    </w:p>
    <w:p>
      <w:pPr>
        <w:widowControl/>
      </w:pPr>
      <w:r>
        <w:rPr>
          <w:i w:val="0"/>
        </w:rPr>
        <w:t>What if everyone else was right?</w:t>
      </w:r>
    </w:p>
    <w:p>
      <w:pPr>
        <w:widowControl/>
      </w:pPr>
      <w:r>
        <w:rPr>
          <w:i w:val="0"/>
        </w:rPr>
        <w:t>Fear rarely sounds dramatic.</w:t>
      </w:r>
    </w:p>
    <w:p>
      <w:pPr>
        <w:widowControl/>
      </w:pPr>
      <w:r>
        <w:rPr>
          <w:i w:val="0"/>
        </w:rPr>
        <w:t>It often sounds responsible.</w:t>
      </w:r>
    </w:p>
    <w:p>
      <w:pPr>
        <w:widowControl/>
      </w:pPr>
      <w:r>
        <w:rPr>
          <w:i w:val="0"/>
        </w:rPr>
        <w:t>Reasonable.</w:t>
      </w:r>
    </w:p>
    <w:p>
      <w:pPr>
        <w:widowControl/>
      </w:pPr>
      <w:r>
        <w:rPr>
          <w:i w:val="0"/>
        </w:rPr>
        <w:t>Protective.</w:t>
      </w:r>
    </w:p>
    <w:p>
      <w:pPr>
        <w:widowControl/>
      </w:pPr>
      <w:r>
        <w:rPr>
          <w:i w:val="0"/>
        </w:rPr>
        <w:t>Because of that, it becomes difficult to recognize.</w:t>
      </w:r>
    </w:p>
    <w:p>
      <w:pPr>
        <w:widowControl/>
      </w:pPr>
      <w:r>
        <w:rPr>
          <w:i w:val="0"/>
        </w:rPr>
        <w:t>For weeks I argued with myself.</w:t>
      </w:r>
    </w:p>
    <w:p>
      <w:pPr>
        <w:widowControl/>
      </w:pPr>
      <w:r>
        <w:rPr>
          <w:i w:val="0"/>
        </w:rPr>
        <w:t>One day I was convinced.</w:t>
      </w:r>
    </w:p>
    <w:p>
      <w:pPr>
        <w:widowControl/>
      </w:pPr>
      <w:r>
        <w:rPr>
          <w:i w:val="0"/>
        </w:rPr>
        <w:t>The next I was not.</w:t>
      </w:r>
    </w:p>
    <w:p>
      <w:pPr>
        <w:widowControl/>
      </w:pPr>
      <w:r>
        <w:rPr>
          <w:i w:val="0"/>
        </w:rPr>
        <w:t>Then convinced again.</w:t>
      </w:r>
    </w:p>
    <w:p>
      <w:pPr>
        <w:widowControl/>
      </w:pPr>
      <w:r>
        <w:rPr>
          <w:i w:val="0"/>
        </w:rPr>
        <w:t>Then uncertain.</w:t>
      </w:r>
    </w:p>
    <w:p>
      <w:pPr>
        <w:widowControl/>
      </w:pPr>
      <w:r>
        <w:rPr>
          <w:i w:val="0"/>
        </w:rPr>
        <w:t>Eventually I realized something that would later become one of the Tea Leaves preserved throughout the Estate: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Clarity rarely arrives before courage.</w:t>
      </w:r>
    </w:p>
    <w:p>
      <w:pPr>
        <w:widowControl/>
      </w:pPr>
      <w:r>
        <w:rPr>
          <w:i w:val="0"/>
        </w:rPr>
        <w:t>Most of the time, courage comes first.</w:t>
      </w:r>
    </w:p>
    <w:p>
      <w:pPr>
        <w:widowControl/>
      </w:pPr>
      <w:r>
        <w:rPr>
          <w:i w:val="0"/>
        </w:rPr>
        <w:t>Only later do we recognize that clarity had been quietly following us all along.</w:t>
      </w:r>
    </w:p>
    <w:p>
      <w:pPr>
        <w:widowControl/>
      </w:pPr>
      <w:r>
        <w:rPr>
          <w:i w:val="0"/>
        </w:rPr>
        <w:t>So I packed my life into boxes.</w:t>
      </w:r>
    </w:p>
    <w:p>
      <w:pPr>
        <w:widowControl/>
      </w:pPr>
      <w:r>
        <w:rPr>
          <w:i w:val="0"/>
        </w:rPr>
        <w:t>Loaded my car.</w:t>
      </w:r>
    </w:p>
    <w:p>
      <w:pPr>
        <w:widowControl/>
      </w:pPr>
      <w:r>
        <w:rPr>
          <w:i w:val="0"/>
        </w:rPr>
        <w:t>Hugged the people I loved.</w:t>
      </w:r>
    </w:p>
    <w:p>
      <w:pPr>
        <w:widowControl/>
      </w:pPr>
      <w:r>
        <w:rPr>
          <w:i w:val="0"/>
        </w:rPr>
        <w:t>And pointed myself toward a future I could not yet see.</w:t>
      </w:r>
    </w:p>
    <w:p>
      <w:pPr>
        <w:widowControl/>
      </w:pPr>
      <w:r>
        <w:rPr>
          <w:i w:val="0"/>
        </w:rPr>
        <w:t>Not because I was fearless.</w:t>
      </w:r>
    </w:p>
    <w:p>
      <w:pPr>
        <w:widowControl/>
      </w:pPr>
      <w:r>
        <w:rPr>
          <w:i w:val="0"/>
        </w:rPr>
        <w:t>Because uncertainty was no longer a good enough reason to remain unchanged.</w:t>
      </w:r>
    </w:p>
    <w:p>
      <w:pPr>
        <w:widowControl/>
      </w:pPr>
      <w:r>
        <w:rPr>
          <w:i w:val="0"/>
        </w:rPr>
        <w:t>That was the first gate I walked through.</w:t>
      </w:r>
    </w:p>
    <w:p>
      <w:pPr>
        <w:widowControl/>
      </w:pPr>
      <w:r>
        <w:rPr>
          <w:i w:val="0"/>
        </w:rPr>
        <w:t>I did not know then that one day I would build another gate for other people.</w:t>
      </w:r>
    </w:p>
    <w:p>
      <w:pPr>
        <w:widowControl/>
      </w:pPr>
      <w:r>
        <w:rPr>
          <w:i w:val="0"/>
        </w:rPr>
        <w:t>One marked Welcome Home.</w:t>
      </w:r>
    </w:p>
    <w:p>
      <w:pPr>
        <w:pStyle w:val="Heading1"/>
        <w:keepNext/>
      </w:pPr>
      <w:r>
        <w:t>Chapter Three — Arriving Without a Map</w:t>
      </w:r>
    </w:p>
    <w:p>
      <w:pPr>
        <w:widowControl/>
      </w:pPr>
      <w:r>
        <w:rPr>
          <w:i w:val="0"/>
        </w:rPr>
        <w:t>The drive south gave me plenty of time to think.</w:t>
      </w:r>
    </w:p>
    <w:p>
      <w:pPr>
        <w:widowControl/>
      </w:pPr>
      <w:r>
        <w:rPr>
          <w:i w:val="0"/>
        </w:rPr>
        <w:t>Every mile carried me farther from what had been familiar and closer to something I could not yet define.</w:t>
      </w:r>
    </w:p>
    <w:p>
      <w:pPr>
        <w:widowControl/>
      </w:pPr>
      <w:r>
        <w:rPr>
          <w:i w:val="0"/>
        </w:rPr>
        <w:t>People often imagine courageous decisions feel exciting.</w:t>
      </w:r>
    </w:p>
    <w:p>
      <w:pPr>
        <w:widowControl/>
      </w:pPr>
      <w:r>
        <w:rPr>
          <w:i w:val="0"/>
        </w:rPr>
        <w:t>Mine felt heavy.</w:t>
      </w:r>
    </w:p>
    <w:p>
      <w:pPr>
        <w:widowControl/>
      </w:pPr>
      <w:r>
        <w:rPr>
          <w:i w:val="0"/>
        </w:rPr>
        <w:t>There is a strange loneliness that comes with making a decision no one else can fully make for you.</w:t>
      </w:r>
    </w:p>
    <w:p>
      <w:pPr>
        <w:widowControl/>
      </w:pPr>
      <w:r>
        <w:rPr>
          <w:i w:val="0"/>
        </w:rPr>
        <w:t>Everyone can offer advice.</w:t>
      </w:r>
    </w:p>
    <w:p>
      <w:pPr>
        <w:widowControl/>
      </w:pPr>
      <w:r>
        <w:rPr>
          <w:i w:val="0"/>
        </w:rPr>
        <w:t>Everyone can tell you what they would do.</w:t>
      </w:r>
    </w:p>
    <w:p>
      <w:pPr>
        <w:widowControl/>
      </w:pPr>
      <w:r>
        <w:rPr>
          <w:i w:val="0"/>
        </w:rPr>
        <w:t>But eventually every opinion grows quiet and you are left alone with one question: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Who am I becoming?</w:t>
      </w:r>
    </w:p>
    <w:p>
      <w:pPr>
        <w:widowControl/>
      </w:pPr>
      <w:r>
        <w:rPr>
          <w:i w:val="0"/>
        </w:rPr>
        <w:t>That question stayed with me long after I crossed into Florida.</w:t>
      </w:r>
    </w:p>
    <w:p>
      <w:pPr>
        <w:widowControl/>
      </w:pPr>
      <w:r>
        <w:rPr>
          <w:i w:val="0"/>
        </w:rPr>
        <w:t>The first few days felt almost like a vacation.</w:t>
      </w:r>
    </w:p>
    <w:p>
      <w:pPr>
        <w:widowControl/>
      </w:pPr>
      <w:r>
        <w:rPr>
          <w:i w:val="0"/>
        </w:rPr>
        <w:t>New roads.</w:t>
      </w:r>
    </w:p>
    <w:p>
      <w:pPr>
        <w:widowControl/>
      </w:pPr>
      <w:r>
        <w:rPr>
          <w:i w:val="0"/>
        </w:rPr>
        <w:t>New grocery stores.</w:t>
      </w:r>
    </w:p>
    <w:p>
      <w:pPr>
        <w:widowControl/>
      </w:pPr>
      <w:r>
        <w:rPr>
          <w:i w:val="0"/>
        </w:rPr>
        <w:t>New neighbors.</w:t>
      </w:r>
    </w:p>
    <w:p>
      <w:pPr>
        <w:widowControl/>
      </w:pPr>
      <w:r>
        <w:rPr>
          <w:i w:val="0"/>
        </w:rPr>
        <w:t>Palm trees swaying in the breeze.</w:t>
      </w:r>
    </w:p>
    <w:p>
      <w:pPr>
        <w:widowControl/>
      </w:pPr>
      <w:r>
        <w:rPr>
          <w:i w:val="0"/>
        </w:rPr>
        <w:t>The ocean only a short drive away.</w:t>
      </w:r>
    </w:p>
    <w:p>
      <w:pPr>
        <w:widowControl/>
      </w:pPr>
      <w:r>
        <w:rPr>
          <w:i w:val="0"/>
        </w:rPr>
        <w:t>Everything looked beautiful.</w:t>
      </w:r>
    </w:p>
    <w:p>
      <w:pPr>
        <w:widowControl/>
      </w:pPr>
      <w:r>
        <w:rPr>
          <w:i w:val="0"/>
        </w:rPr>
        <w:t>Everything also reminded me that nothing was mine yet.</w:t>
      </w:r>
    </w:p>
    <w:p>
      <w:pPr>
        <w:widowControl/>
      </w:pPr>
      <w:r>
        <w:rPr>
          <w:i w:val="0"/>
        </w:rPr>
        <w:t>A house does not become a home because furniture arrives.</w:t>
      </w:r>
    </w:p>
    <w:p>
      <w:pPr>
        <w:widowControl/>
      </w:pPr>
      <w:r>
        <w:rPr>
          <w:i w:val="0"/>
        </w:rPr>
        <w:t>A new city does not become home because an address changes.</w:t>
      </w:r>
    </w:p>
    <w:p>
      <w:pPr>
        <w:widowControl/>
      </w:pPr>
      <w:r>
        <w:rPr>
          <w:i w:val="0"/>
        </w:rPr>
        <w:t>Home is built through ordinary moments repeated often enough to become familiar.</w:t>
      </w:r>
    </w:p>
    <w:p>
      <w:pPr>
        <w:widowControl/>
      </w:pPr>
      <w:r>
        <w:rPr>
          <w:i w:val="0"/>
        </w:rPr>
        <w:t>I had not built those moments yet.</w:t>
      </w:r>
    </w:p>
    <w:p>
      <w:pPr>
        <w:widowControl/>
      </w:pPr>
      <w:r>
        <w:rPr>
          <w:i w:val="0"/>
        </w:rPr>
        <w:t>So I stood in a place where almost everything around me was beautiful and almost everything inside me was uncertain.</w:t>
      </w:r>
    </w:p>
    <w:p>
      <w:pPr>
        <w:widowControl/>
      </w:pPr>
      <w:r>
        <w:rPr>
          <w:i w:val="0"/>
        </w:rPr>
        <w:t>People often assume beautiful places automatically produce peaceful lives.</w:t>
      </w:r>
    </w:p>
    <w:p>
      <w:pPr>
        <w:widowControl/>
      </w:pPr>
      <w:r>
        <w:rPr>
          <w:i w:val="0"/>
        </w:rPr>
        <w:t>They do not.</w:t>
      </w:r>
    </w:p>
    <w:p>
      <w:pPr>
        <w:widowControl/>
      </w:pPr>
      <w:r>
        <w:rPr>
          <w:i w:val="0"/>
        </w:rPr>
        <w:t>Peace is an inside job.</w:t>
      </w:r>
    </w:p>
    <w:p>
      <w:pPr>
        <w:widowControl/>
      </w:pPr>
      <w:r>
        <w:rPr>
          <w:i w:val="0"/>
        </w:rPr>
        <w:t>And I still had work to do.</w:t>
      </w:r>
    </w:p>
    <w:p>
      <w:pPr>
        <w:pStyle w:val="Heading1"/>
        <w:keepNext/>
      </w:pPr>
      <w:r>
        <w:t>Chapter Four — When Everything Breaks at Once</w:t>
      </w:r>
    </w:p>
    <w:p>
      <w:pPr>
        <w:widowControl/>
      </w:pPr>
      <w:r>
        <w:rPr>
          <w:i w:val="0"/>
        </w:rPr>
        <w:t>If life has a sense of humor, it chose an interesting way to welcome me.</w:t>
      </w:r>
    </w:p>
    <w:p>
      <w:pPr>
        <w:widowControl/>
      </w:pPr>
      <w:r>
        <w:rPr>
          <w:i w:val="0"/>
        </w:rPr>
        <w:t>Not long after arriving, the plans I thought would support my new beginning began falling apart.</w:t>
      </w:r>
    </w:p>
    <w:p>
      <w:pPr>
        <w:widowControl/>
      </w:pPr>
      <w:r>
        <w:rPr>
          <w:i w:val="0"/>
        </w:rPr>
        <w:t>The financial arrangements I had carefully planned no longer worked the way I expected.</w:t>
      </w:r>
    </w:p>
    <w:p>
      <w:pPr>
        <w:widowControl/>
      </w:pPr>
      <w:r>
        <w:rPr>
          <w:i w:val="0"/>
        </w:rPr>
        <w:t>Loans that seemed certain suddenly were not.</w:t>
      </w:r>
    </w:p>
    <w:p>
      <w:pPr>
        <w:widowControl/>
      </w:pPr>
      <w:r>
        <w:rPr>
          <w:i w:val="0"/>
        </w:rPr>
        <w:t>The dependable math I had trusted no longer added up.</w:t>
      </w:r>
    </w:p>
    <w:p>
      <w:pPr>
        <w:widowControl/>
      </w:pPr>
      <w:r>
        <w:rPr>
          <w:i w:val="0"/>
        </w:rPr>
        <w:t>Then came the car.</w:t>
      </w:r>
    </w:p>
    <w:p>
      <w:pPr>
        <w:widowControl/>
      </w:pPr>
      <w:r>
        <w:rPr>
          <w:i w:val="0"/>
        </w:rPr>
        <w:t>Repairs.</w:t>
      </w:r>
    </w:p>
    <w:p>
      <w:pPr>
        <w:widowControl/>
      </w:pPr>
      <w:r>
        <w:rPr>
          <w:i w:val="0"/>
        </w:rPr>
        <w:t>Unexpected expenses.</w:t>
      </w:r>
    </w:p>
    <w:p>
      <w:pPr>
        <w:widowControl/>
      </w:pPr>
      <w:r>
        <w:rPr>
          <w:i w:val="0"/>
        </w:rPr>
        <w:t>More questions than answers.</w:t>
      </w:r>
    </w:p>
    <w:p>
      <w:pPr>
        <w:widowControl/>
      </w:pPr>
      <w:r>
        <w:rPr>
          <w:i w:val="0"/>
        </w:rPr>
        <w:t>Before I had recovered from that surprise, the refrigerator stopped cooling.</w:t>
      </w:r>
    </w:p>
    <w:p>
      <w:pPr>
        <w:widowControl/>
      </w:pPr>
      <w:r>
        <w:rPr>
          <w:i w:val="0"/>
        </w:rPr>
        <w:t>Florida has a way of reminding you refrigeration is not a luxury.</w:t>
      </w:r>
    </w:p>
    <w:p>
      <w:pPr>
        <w:widowControl/>
      </w:pPr>
      <w:r>
        <w:rPr>
          <w:i w:val="0"/>
        </w:rPr>
        <w:t>Then the air conditioner joined the rebellion.</w:t>
      </w:r>
    </w:p>
    <w:p>
      <w:pPr>
        <w:widowControl/>
      </w:pPr>
      <w:r>
        <w:rPr>
          <w:i w:val="0"/>
        </w:rPr>
        <w:t>Each problem by itself could have been managed.</w:t>
      </w:r>
    </w:p>
    <w:p>
      <w:pPr>
        <w:widowControl/>
      </w:pPr>
      <w:r>
        <w:rPr>
          <w:i w:val="0"/>
        </w:rPr>
        <w:t>Together they became overwhelming.</w:t>
      </w:r>
    </w:p>
    <w:p>
      <w:pPr>
        <w:widowControl/>
      </w:pPr>
      <w:r>
        <w:rPr>
          <w:i w:val="0"/>
        </w:rPr>
        <w:t>I remember sitting quietly one evening wondering whether I had completely misread my life.</w:t>
      </w:r>
    </w:p>
    <w:p>
      <w:pPr>
        <w:widowControl/>
      </w:pPr>
      <w:r>
        <w:rPr>
          <w:i w:val="0"/>
        </w:rPr>
        <w:t>Maybe everyone who questioned my decision had been right.</w:t>
      </w:r>
    </w:p>
    <w:p>
      <w:pPr>
        <w:widowControl/>
      </w:pPr>
      <w:r>
        <w:rPr>
          <w:i w:val="0"/>
        </w:rPr>
        <w:t>Maybe courage had been foolishness wearing a nicer outfit.</w:t>
      </w:r>
    </w:p>
    <w:p>
      <w:pPr>
        <w:widowControl/>
      </w:pPr>
      <w:r>
        <w:rPr>
          <w:i w:val="0"/>
        </w:rPr>
        <w:t>Maybe I had confused hope with denial.</w:t>
      </w:r>
    </w:p>
    <w:p>
      <w:pPr>
        <w:widowControl/>
      </w:pPr>
      <w:r>
        <w:rPr>
          <w:i w:val="0"/>
        </w:rPr>
        <w:t>Those thoughts arrive more easily when exhaustion joins the conversation.</w:t>
      </w:r>
    </w:p>
    <w:p>
      <w:pPr>
        <w:widowControl/>
      </w:pPr>
      <w:r>
        <w:rPr>
          <w:i w:val="0"/>
        </w:rPr>
        <w:t>What I did not understand then was that uncertainty has a habit of arriving all at once.</w:t>
      </w:r>
    </w:p>
    <w:p>
      <w:pPr>
        <w:widowControl/>
      </w:pPr>
      <w:r>
        <w:rPr>
          <w:i w:val="0"/>
        </w:rPr>
        <w:t>Not because life is cruel.</w:t>
      </w:r>
    </w:p>
    <w:p>
      <w:pPr>
        <w:widowControl/>
      </w:pPr>
      <w:r>
        <w:rPr>
          <w:i w:val="0"/>
        </w:rPr>
        <w:t>Because transformation often requires us to stop depending on the things we once believed made us secure.</w:t>
      </w:r>
    </w:p>
    <w:p>
      <w:pPr>
        <w:widowControl/>
      </w:pPr>
      <w:r>
        <w:rPr>
          <w:i w:val="0"/>
        </w:rPr>
        <w:t>Money.</w:t>
      </w:r>
    </w:p>
    <w:p>
      <w:pPr>
        <w:widowControl/>
      </w:pPr>
      <w:r>
        <w:rPr>
          <w:i w:val="0"/>
        </w:rPr>
        <w:t>Plans.</w:t>
      </w:r>
    </w:p>
    <w:p>
      <w:pPr>
        <w:widowControl/>
      </w:pPr>
      <w:r>
        <w:rPr>
          <w:i w:val="0"/>
        </w:rPr>
        <w:t>Predictability.</w:t>
      </w:r>
    </w:p>
    <w:p>
      <w:pPr>
        <w:widowControl/>
      </w:pPr>
      <w:r>
        <w:rPr>
          <w:i w:val="0"/>
        </w:rPr>
        <w:t>Approval.</w:t>
      </w:r>
    </w:p>
    <w:p>
      <w:pPr>
        <w:widowControl/>
      </w:pPr>
      <w:r>
        <w:rPr>
          <w:i w:val="0"/>
        </w:rPr>
        <w:t>Even certainty itself.</w:t>
      </w:r>
    </w:p>
    <w:p>
      <w:pPr>
        <w:widowControl/>
      </w:pPr>
      <w:r>
        <w:rPr>
          <w:i w:val="0"/>
        </w:rPr>
        <w:t>One by one those supports disappeared.</w:t>
      </w:r>
    </w:p>
    <w:p>
      <w:pPr>
        <w:widowControl/>
      </w:pPr>
      <w:r>
        <w:rPr>
          <w:i w:val="0"/>
        </w:rPr>
        <w:t>At the time it felt as though everything was falling apart.</w:t>
      </w:r>
    </w:p>
    <w:p>
      <w:pPr>
        <w:widowControl/>
      </w:pPr>
      <w:r>
        <w:rPr>
          <w:i w:val="0"/>
        </w:rPr>
        <w:t>Years later I understood something different.</w:t>
      </w:r>
    </w:p>
    <w:p>
      <w:pPr>
        <w:widowControl/>
      </w:pPr>
      <w:r>
        <w:rPr>
          <w:i w:val="0"/>
        </w:rPr>
        <w:t>Nothing essential was falling apart.</w:t>
      </w:r>
    </w:p>
    <w:p>
      <w:pPr>
        <w:widowControl/>
      </w:pPr>
      <w:r>
        <w:rPr>
          <w:i w:val="0"/>
        </w:rPr>
        <w:t>Something stronger was being built underneath me.</w:t>
      </w:r>
    </w:p>
    <w:p>
      <w:pPr>
        <w:pStyle w:val="Heading1"/>
        <w:keepNext/>
      </w:pPr>
      <w:r>
        <w:t>Chapter Five — The Day I Stopped Looking for Rescue</w:t>
      </w:r>
    </w:p>
    <w:p>
      <w:pPr>
        <w:widowControl/>
      </w:pPr>
      <w:r>
        <w:rPr>
          <w:i w:val="0"/>
        </w:rPr>
        <w:t>There was no dramatic morning when everything suddenly became easier.</w:t>
      </w:r>
    </w:p>
    <w:p>
      <w:pPr>
        <w:widowControl/>
      </w:pPr>
      <w:r>
        <w:rPr>
          <w:i w:val="0"/>
        </w:rPr>
        <w:t>No miracle check arrived.</w:t>
      </w:r>
    </w:p>
    <w:p>
      <w:pPr>
        <w:widowControl/>
      </w:pPr>
      <w:r>
        <w:rPr>
          <w:i w:val="0"/>
        </w:rPr>
        <w:t>No one appeared with all the answers.</w:t>
      </w:r>
    </w:p>
    <w:p>
      <w:pPr>
        <w:widowControl/>
      </w:pPr>
      <w:r>
        <w:rPr>
          <w:i w:val="0"/>
        </w:rPr>
        <w:t>The refrigerator did not magically repair itself.</w:t>
      </w:r>
    </w:p>
    <w:p>
      <w:pPr>
        <w:widowControl/>
      </w:pPr>
      <w:r>
        <w:rPr>
          <w:i w:val="0"/>
        </w:rPr>
        <w:t>The air conditioner did not suddenly decide to cooperate.</w:t>
      </w:r>
    </w:p>
    <w:p>
      <w:pPr>
        <w:widowControl/>
      </w:pPr>
      <w:r>
        <w:rPr>
          <w:i w:val="0"/>
        </w:rPr>
        <w:t>Life continued.</w:t>
      </w:r>
    </w:p>
    <w:p>
      <w:pPr>
        <w:widowControl/>
      </w:pPr>
      <w:r>
        <w:rPr>
          <w:i w:val="0"/>
        </w:rPr>
        <w:t>And so did I.</w:t>
      </w:r>
    </w:p>
    <w:p>
      <w:pPr>
        <w:widowControl/>
      </w:pPr>
      <w:r>
        <w:rPr>
          <w:i w:val="0"/>
        </w:rPr>
        <w:t>Looking back, I realize that was the real miracle.</w:t>
      </w:r>
    </w:p>
    <w:p>
      <w:pPr>
        <w:widowControl/>
      </w:pPr>
      <w:r>
        <w:rPr>
          <w:i w:val="0"/>
        </w:rPr>
        <w:t>Not that my circumstances changed overnight.</w:t>
      </w:r>
    </w:p>
    <w:p>
      <w:pPr>
        <w:widowControl/>
      </w:pPr>
      <w:r>
        <w:rPr>
          <w:i w:val="0"/>
        </w:rPr>
        <w:t>That I did.</w:t>
      </w:r>
    </w:p>
    <w:p>
      <w:pPr>
        <w:widowControl/>
      </w:pPr>
      <w:r>
        <w:rPr>
          <w:i w:val="0"/>
        </w:rPr>
        <w:t>There comes a moment in difficult seasons when we quietly stop waiting for someone else to rescue us.</w:t>
      </w:r>
    </w:p>
    <w:p>
      <w:pPr>
        <w:widowControl/>
      </w:pPr>
      <w:r>
        <w:rPr>
          <w:i w:val="0"/>
        </w:rPr>
        <w:t>Not because people do not care.</w:t>
      </w:r>
    </w:p>
    <w:p>
      <w:pPr>
        <w:widowControl/>
      </w:pPr>
      <w:r>
        <w:rPr>
          <w:i w:val="0"/>
        </w:rPr>
        <w:t>Because we finally discover something we have been carrying all along.</w:t>
      </w:r>
    </w:p>
    <w:p>
      <w:pPr>
        <w:widowControl/>
      </w:pPr>
      <w:r>
        <w:rPr>
          <w:i w:val="0"/>
        </w:rPr>
        <w:t>Our own capability.</w:t>
      </w:r>
    </w:p>
    <w:p>
      <w:pPr>
        <w:widowControl/>
      </w:pPr>
      <w:r>
        <w:rPr>
          <w:i w:val="0"/>
        </w:rPr>
        <w:t>For most of my life I had been part of a partnership.</w:t>
      </w:r>
    </w:p>
    <w:p>
      <w:pPr>
        <w:widowControl/>
      </w:pPr>
      <w:r>
        <w:rPr>
          <w:i w:val="0"/>
        </w:rPr>
        <w:t>My husband and I solved problems together.</w:t>
      </w:r>
    </w:p>
    <w:p>
      <w:pPr>
        <w:widowControl/>
      </w:pPr>
      <w:r>
        <w:rPr>
          <w:i w:val="0"/>
        </w:rPr>
        <w:t>Built together.</w:t>
      </w:r>
    </w:p>
    <w:p>
      <w:pPr>
        <w:widowControl/>
      </w:pPr>
      <w:r>
        <w:rPr>
          <w:i w:val="0"/>
        </w:rPr>
        <w:t>Decided together.</w:t>
      </w:r>
    </w:p>
    <w:p>
      <w:pPr>
        <w:widowControl/>
      </w:pPr>
      <w:r>
        <w:rPr>
          <w:i w:val="0"/>
        </w:rPr>
        <w:t>Now I was standing in front of problems that belonged to me.</w:t>
      </w:r>
    </w:p>
    <w:p>
      <w:pPr>
        <w:widowControl/>
      </w:pPr>
      <w:r>
        <w:rPr>
          <w:i w:val="0"/>
        </w:rPr>
        <w:t>Mine to solve.</w:t>
      </w:r>
    </w:p>
    <w:p>
      <w:pPr>
        <w:widowControl/>
      </w:pPr>
      <w:r>
        <w:rPr>
          <w:i w:val="0"/>
        </w:rPr>
        <w:t>Mine to understand.</w:t>
      </w:r>
    </w:p>
    <w:p>
      <w:pPr>
        <w:widowControl/>
      </w:pPr>
      <w:r>
        <w:rPr>
          <w:i w:val="0"/>
        </w:rPr>
        <w:t>Mine to survive.</w:t>
      </w:r>
    </w:p>
    <w:p>
      <w:pPr>
        <w:widowControl/>
      </w:pPr>
      <w:r>
        <w:rPr>
          <w:i w:val="0"/>
        </w:rPr>
        <w:t>That realization was terrifying until it became liberating.</w:t>
      </w:r>
    </w:p>
    <w:p>
      <w:pPr>
        <w:widowControl/>
      </w:pPr>
      <w:r>
        <w:rPr>
          <w:i w:val="0"/>
        </w:rPr>
        <w:t>One repair at a time.</w:t>
      </w:r>
    </w:p>
    <w:p>
      <w:pPr>
        <w:widowControl/>
      </w:pPr>
      <w:r>
        <w:rPr>
          <w:i w:val="0"/>
        </w:rPr>
        <w:t>One phone call at a time.</w:t>
      </w:r>
    </w:p>
    <w:p>
      <w:pPr>
        <w:widowControl/>
      </w:pPr>
      <w:r>
        <w:rPr>
          <w:i w:val="0"/>
        </w:rPr>
        <w:t>One unexpected bill.</w:t>
      </w:r>
    </w:p>
    <w:p>
      <w:pPr>
        <w:widowControl/>
      </w:pPr>
      <w:r>
        <w:rPr>
          <w:i w:val="0"/>
        </w:rPr>
        <w:t>One unfamiliar decision.</w:t>
      </w:r>
    </w:p>
    <w:p>
      <w:pPr>
        <w:widowControl/>
      </w:pPr>
      <w:r>
        <w:rPr>
          <w:i w:val="0"/>
        </w:rPr>
        <w:t>I stopped asking, Who is going to fix this?</w:t>
      </w:r>
    </w:p>
    <w:p>
      <w:pPr>
        <w:widowControl/>
      </w:pPr>
      <w:r>
        <w:rPr>
          <w:i w:val="0"/>
        </w:rPr>
        <w:t>I started asking: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What is my next step?</w:t>
      </w:r>
    </w:p>
    <w:p>
      <w:pPr>
        <w:widowControl/>
      </w:pPr>
      <w:r>
        <w:rPr>
          <w:i w:val="0"/>
        </w:rPr>
        <w:t>That question changed everything.</w:t>
      </w:r>
    </w:p>
    <w:p>
      <w:pPr>
        <w:widowControl/>
      </w:pPr>
      <w:r>
        <w:rPr>
          <w:i w:val="0"/>
        </w:rPr>
        <w:t>Next steps are manageable.</w:t>
      </w:r>
    </w:p>
    <w:p>
      <w:pPr>
        <w:widowControl/>
      </w:pPr>
      <w:r>
        <w:rPr>
          <w:i w:val="0"/>
        </w:rPr>
        <w:t>Entire futures are overwhelming.</w:t>
      </w:r>
    </w:p>
    <w:p>
      <w:pPr>
        <w:widowControl/>
      </w:pPr>
      <w:r>
        <w:rPr>
          <w:i w:val="0"/>
        </w:rPr>
        <w:t>Hope does not require us to solve our whole life.</w:t>
      </w:r>
    </w:p>
    <w:p>
      <w:pPr>
        <w:widowControl/>
      </w:pPr>
      <w:r>
        <w:rPr>
          <w:i w:val="0"/>
        </w:rPr>
        <w:t>It asks us to solve today's problem well enough to wake up tomorrow.</w:t>
      </w:r>
    </w:p>
    <w:p>
      <w:pPr>
        <w:widowControl/>
      </w:pPr>
      <w:r>
        <w:rPr>
          <w:i w:val="0"/>
        </w:rPr>
        <w:t>Every problem I solved made the next one feel less intimidating.</w:t>
      </w:r>
    </w:p>
    <w:p>
      <w:pPr>
        <w:widowControl/>
      </w:pPr>
      <w:r>
        <w:rPr>
          <w:i w:val="0"/>
        </w:rPr>
        <w:t>Not because the problems became smaller.</w:t>
      </w:r>
    </w:p>
    <w:p>
      <w:pPr>
        <w:widowControl/>
      </w:pPr>
      <w:r>
        <w:rPr>
          <w:i w:val="0"/>
        </w:rPr>
        <w:t>Because I was becoming larger.</w:t>
      </w:r>
    </w:p>
    <w:p>
      <w:pPr>
        <w:widowControl/>
      </w:pPr>
      <w:r>
        <w:rPr>
          <w:i w:val="0"/>
        </w:rPr>
        <w:t>Confidence is not something we are handed.</w:t>
      </w:r>
    </w:p>
    <w:p>
      <w:pPr>
        <w:widowControl/>
      </w:pPr>
      <w:r>
        <w:rPr>
          <w:i w:val="0"/>
        </w:rPr>
        <w:t>It is something earned quietly, repeatedly, usually without anyone noticing except ourselves.</w:t>
      </w:r>
    </w:p>
    <w:p>
      <w:pPr>
        <w:pStyle w:val="Heading1"/>
        <w:keepNext/>
      </w:pPr>
      <w:r>
        <w:t>Chapter Six — Learning What Home Really Means</w:t>
      </w:r>
    </w:p>
    <w:p>
      <w:pPr>
        <w:widowControl/>
      </w:pPr>
      <w:r>
        <w:rPr>
          <w:i w:val="0"/>
        </w:rPr>
        <w:t>Some of my greatest teachers during that season never spoke a word.</w:t>
      </w:r>
    </w:p>
    <w:p>
      <w:pPr>
        <w:widowControl/>
      </w:pPr>
      <w:r>
        <w:rPr>
          <w:i w:val="0"/>
        </w:rPr>
        <w:t>The ocean became one of them.</w:t>
      </w:r>
    </w:p>
    <w:p>
      <w:pPr>
        <w:widowControl/>
      </w:pPr>
      <w:r>
        <w:rPr>
          <w:i w:val="0"/>
        </w:rPr>
        <w:t>There is something remarkable about sitting beside water that was moving long before we arrived and will continue moving long after we are gone.</w:t>
      </w:r>
    </w:p>
    <w:p>
      <w:pPr>
        <w:widowControl/>
      </w:pPr>
      <w:r>
        <w:rPr>
          <w:i w:val="0"/>
        </w:rPr>
        <w:t>It reminds us life does not depend on our ability to control everything.</w:t>
      </w:r>
    </w:p>
    <w:p>
      <w:pPr>
        <w:widowControl/>
      </w:pPr>
      <w:r>
        <w:rPr>
          <w:i w:val="0"/>
        </w:rPr>
        <w:t>The tide comes in.</w:t>
      </w:r>
    </w:p>
    <w:p>
      <w:pPr>
        <w:widowControl/>
      </w:pPr>
      <w:r>
        <w:rPr>
          <w:i w:val="0"/>
        </w:rPr>
        <w:t>The tide goes out.</w:t>
      </w:r>
    </w:p>
    <w:p>
      <w:pPr>
        <w:widowControl/>
      </w:pPr>
      <w:r>
        <w:rPr>
          <w:i w:val="0"/>
        </w:rPr>
        <w:t>Storms pass.</w:t>
      </w:r>
    </w:p>
    <w:p>
      <w:pPr>
        <w:widowControl/>
      </w:pPr>
      <w:r>
        <w:rPr>
          <w:i w:val="0"/>
        </w:rPr>
        <w:t>Morning returns.</w:t>
      </w:r>
    </w:p>
    <w:p>
      <w:pPr>
        <w:widowControl/>
      </w:pPr>
      <w:r>
        <w:rPr>
          <w:i w:val="0"/>
        </w:rPr>
        <w:t>The ocean never seemed to be in a hurry.</w:t>
      </w:r>
    </w:p>
    <w:p>
      <w:pPr>
        <w:widowControl/>
      </w:pPr>
      <w:r>
        <w:rPr>
          <w:i w:val="0"/>
        </w:rPr>
        <w:t>Maybe that is why I kept returning to it.</w:t>
      </w:r>
    </w:p>
    <w:p>
      <w:pPr>
        <w:widowControl/>
      </w:pPr>
      <w:r>
        <w:rPr>
          <w:i w:val="0"/>
        </w:rPr>
        <w:t>It reminded me I did not have to rush my healing.</w:t>
      </w:r>
    </w:p>
    <w:p>
      <w:pPr>
        <w:widowControl/>
      </w:pPr>
      <w:r>
        <w:rPr>
          <w:i w:val="0"/>
        </w:rPr>
        <w:t>Yoga found its way into my life around the same season.</w:t>
      </w:r>
    </w:p>
    <w:p>
      <w:pPr>
        <w:widowControl/>
      </w:pPr>
      <w:r>
        <w:rPr>
          <w:i w:val="0"/>
        </w:rPr>
        <w:t>At first it felt like exercise.</w:t>
      </w:r>
    </w:p>
    <w:p>
      <w:pPr>
        <w:widowControl/>
      </w:pPr>
      <w:r>
        <w:rPr>
          <w:i w:val="0"/>
        </w:rPr>
        <w:t>Later I realized it was something deeper.</w:t>
      </w:r>
    </w:p>
    <w:p>
      <w:pPr>
        <w:widowControl/>
      </w:pPr>
      <w:r>
        <w:rPr>
          <w:i w:val="0"/>
        </w:rPr>
        <w:t>It taught me to notice my breathing.</w:t>
      </w:r>
    </w:p>
    <w:p>
      <w:pPr>
        <w:widowControl/>
      </w:pPr>
      <w:r>
        <w:rPr>
          <w:i w:val="0"/>
        </w:rPr>
        <w:t>To stay present.</w:t>
      </w:r>
    </w:p>
    <w:p>
      <w:pPr>
        <w:widowControl/>
      </w:pPr>
      <w:r>
        <w:rPr>
          <w:i w:val="0"/>
        </w:rPr>
        <w:t>To recognize how often my mind lived in tomorrow instead of today.</w:t>
      </w:r>
    </w:p>
    <w:p>
      <w:pPr>
        <w:widowControl/>
      </w:pPr>
      <w:r>
        <w:rPr>
          <w:i w:val="0"/>
        </w:rPr>
        <w:t>Meditation became another unexpected companion.</w:t>
      </w:r>
    </w:p>
    <w:p>
      <w:pPr>
        <w:widowControl/>
      </w:pPr>
      <w:r>
        <w:rPr>
          <w:i w:val="0"/>
        </w:rPr>
        <w:t>Not because it removed problems.</w:t>
      </w:r>
    </w:p>
    <w:p>
      <w:pPr>
        <w:widowControl/>
      </w:pPr>
      <w:r>
        <w:rPr>
          <w:i w:val="0"/>
        </w:rPr>
        <w:t>Because it created enough silence for me to hear something beneath the worry.</w:t>
      </w:r>
    </w:p>
    <w:p>
      <w:pPr>
        <w:widowControl/>
      </w:pPr>
      <w:r>
        <w:rPr>
          <w:i w:val="0"/>
        </w:rPr>
        <w:t>Peace had been there all along.</w:t>
      </w:r>
    </w:p>
    <w:p>
      <w:pPr>
        <w:widowControl/>
      </w:pPr>
      <w:r>
        <w:rPr>
          <w:i w:val="0"/>
        </w:rPr>
        <w:t>Fear had simply been louder.</w:t>
      </w:r>
    </w:p>
    <w:p>
      <w:pPr>
        <w:widowControl/>
      </w:pPr>
      <w:r>
        <w:rPr>
          <w:i w:val="0"/>
        </w:rPr>
        <w:t>Gratitude began changing what I noticed.</w:t>
      </w:r>
    </w:p>
    <w:p>
      <w:pPr>
        <w:widowControl/>
      </w:pPr>
      <w:r>
        <w:rPr>
          <w:i w:val="0"/>
        </w:rPr>
        <w:t>A stranger's kindness.</w:t>
      </w:r>
    </w:p>
    <w:p>
      <w:pPr>
        <w:widowControl/>
      </w:pPr>
      <w:r>
        <w:rPr>
          <w:i w:val="0"/>
        </w:rPr>
        <w:t>A successful repair.</w:t>
      </w:r>
    </w:p>
    <w:p>
      <w:pPr>
        <w:widowControl/>
      </w:pPr>
      <w:r>
        <w:rPr>
          <w:i w:val="0"/>
        </w:rPr>
        <w:t>A beautiful sunrise.</w:t>
      </w:r>
    </w:p>
    <w:p>
      <w:pPr>
        <w:widowControl/>
      </w:pPr>
      <w:r>
        <w:rPr>
          <w:i w:val="0"/>
        </w:rPr>
        <w:t>A cool breeze after a hot afternoon.</w:t>
      </w:r>
    </w:p>
    <w:p>
      <w:pPr>
        <w:widowControl/>
      </w:pPr>
      <w:r>
        <w:rPr>
          <w:i w:val="0"/>
        </w:rPr>
        <w:t>A phone call from someone I loved.</w:t>
      </w:r>
    </w:p>
    <w:p>
      <w:pPr>
        <w:widowControl/>
      </w:pPr>
      <w:r>
        <w:rPr>
          <w:i w:val="0"/>
        </w:rPr>
        <w:t>One problem solved.</w:t>
      </w:r>
    </w:p>
    <w:p>
      <w:pPr>
        <w:widowControl/>
      </w:pPr>
      <w:r>
        <w:rPr>
          <w:i w:val="0"/>
        </w:rPr>
        <w:t>Then another.</w:t>
      </w:r>
    </w:p>
    <w:p>
      <w:pPr>
        <w:widowControl/>
      </w:pPr>
      <w:r>
        <w:rPr>
          <w:i w:val="0"/>
        </w:rPr>
        <w:t>Hope was not arriving dramatically.</w:t>
      </w:r>
    </w:p>
    <w:p>
      <w:pPr>
        <w:widowControl/>
      </w:pPr>
      <w:r>
        <w:rPr>
          <w:i w:val="0"/>
        </w:rPr>
        <w:t>It was accumulating quietly.</w:t>
      </w:r>
    </w:p>
    <w:p>
      <w:pPr>
        <w:widowControl/>
      </w:pPr>
      <w:r>
        <w:rPr>
          <w:i w:val="0"/>
        </w:rPr>
        <w:t>Like drops of water filling a cup.</w:t>
      </w:r>
    </w:p>
    <w:p>
      <w:pPr>
        <w:widowControl/>
      </w:pPr>
      <w:r>
        <w:rPr>
          <w:i w:val="0"/>
        </w:rPr>
        <w:t>Eventually there was enough to drink from.</w:t>
      </w:r>
    </w:p>
    <w:p>
      <w:pPr>
        <w:widowControl/>
      </w:pPr>
      <w:r>
        <w:rPr>
          <w:i w:val="0"/>
        </w:rPr>
        <w:t>That is when the house began feeling less like an address and more like home.</w:t>
      </w:r>
    </w:p>
    <w:p>
      <w:pPr>
        <w:widowControl/>
      </w:pPr>
      <w:r>
        <w:rPr>
          <w:i w:val="0"/>
        </w:rPr>
        <w:t>Not because everything had become easy.</w:t>
      </w:r>
    </w:p>
    <w:p>
      <w:pPr>
        <w:widowControl/>
      </w:pPr>
      <w:r>
        <w:rPr>
          <w:i w:val="0"/>
        </w:rPr>
        <w:t>Because I had become present inside it.</w:t>
      </w:r>
    </w:p>
    <w:p>
      <w:pPr>
        <w:pStyle w:val="Heading1"/>
        <w:keepNext/>
      </w:pPr>
      <w:r>
        <w:t>Chapter Seven — Worry Just in Time</w:t>
      </w:r>
    </w:p>
    <w:p>
      <w:pPr>
        <w:widowControl/>
      </w:pPr>
      <w:r>
        <w:rPr>
          <w:i w:val="0"/>
        </w:rPr>
        <w:t>Somewhere during that first year, another lesson quietly entered my life.</w:t>
      </w:r>
    </w:p>
    <w:p>
      <w:pPr>
        <w:widowControl/>
      </w:pPr>
      <w:r>
        <w:rPr>
          <w:i w:val="0"/>
        </w:rPr>
        <w:t>It did not come through a book or a seminar.</w:t>
      </w:r>
    </w:p>
    <w:p>
      <w:pPr>
        <w:widowControl/>
      </w:pPr>
      <w:r>
        <w:rPr>
          <w:i w:val="0"/>
        </w:rPr>
        <w:t>It appeared one ordinary afternoon when I caught myself worrying about something that had not happened.</w:t>
      </w:r>
    </w:p>
    <w:p>
      <w:pPr>
        <w:widowControl/>
      </w:pPr>
      <w:r>
        <w:rPr>
          <w:i w:val="0"/>
        </w:rPr>
        <w:t>Then worrying about what might happen if that thing happened.</w:t>
      </w:r>
    </w:p>
    <w:p>
      <w:pPr>
        <w:widowControl/>
      </w:pPr>
      <w:r>
        <w:rPr>
          <w:i w:val="0"/>
        </w:rPr>
        <w:t>Then worrying about how I would handle the problem after that.</w:t>
      </w:r>
    </w:p>
    <w:p>
      <w:pPr>
        <w:widowControl/>
      </w:pPr>
      <w:r>
        <w:rPr>
          <w:i w:val="0"/>
        </w:rPr>
        <w:t>I realized I was exhausting myself solving imaginary problems while today's real opportunities passed by unnoticed.</w:t>
      </w:r>
    </w:p>
    <w:p>
      <w:pPr>
        <w:widowControl/>
      </w:pPr>
      <w:r>
        <w:rPr>
          <w:i w:val="0"/>
        </w:rPr>
        <w:t>That day I made an agreement with myself.</w:t>
      </w:r>
    </w:p>
    <w:p>
      <w:pPr>
        <w:widowControl/>
      </w:pPr>
      <w:r>
        <w:rPr>
          <w:i w:val="0"/>
        </w:rPr>
        <w:t>I would worry just in time.</w:t>
      </w:r>
    </w:p>
    <w:p>
      <w:pPr>
        <w:widowControl/>
      </w:pPr>
      <w:r>
        <w:rPr>
          <w:i w:val="0"/>
        </w:rPr>
        <w:t>Not six months early.</w:t>
      </w:r>
    </w:p>
    <w:p>
      <w:pPr>
        <w:widowControl/>
      </w:pPr>
      <w:r>
        <w:rPr>
          <w:i w:val="0"/>
        </w:rPr>
        <w:t>Not next Tuesday.</w:t>
      </w:r>
    </w:p>
    <w:p>
      <w:pPr>
        <w:widowControl/>
      </w:pPr>
      <w:r>
        <w:rPr>
          <w:i w:val="0"/>
        </w:rPr>
        <w:t>Not after inventing seventeen disasters that might never exist.</w:t>
      </w:r>
    </w:p>
    <w:p>
      <w:pPr>
        <w:widowControl/>
      </w:pPr>
      <w:r>
        <w:rPr>
          <w:i w:val="0"/>
        </w:rPr>
        <w:t>Just when the problem actually arrived.</w:t>
      </w:r>
    </w:p>
    <w:p>
      <w:pPr>
        <w:widowControl/>
      </w:pPr>
      <w:r>
        <w:rPr>
          <w:i w:val="0"/>
        </w:rPr>
        <w:t>It sounds simple.</w:t>
      </w:r>
    </w:p>
    <w:p>
      <w:pPr>
        <w:widowControl/>
      </w:pPr>
      <w:r>
        <w:rPr>
          <w:i w:val="0"/>
        </w:rPr>
        <w:t>It is not.</w:t>
      </w:r>
    </w:p>
    <w:p>
      <w:pPr>
        <w:widowControl/>
      </w:pPr>
      <w:r>
        <w:rPr>
          <w:i w:val="0"/>
        </w:rPr>
        <w:t>Our minds are extraordinary storytellers.</w:t>
      </w:r>
    </w:p>
    <w:p>
      <w:pPr>
        <w:widowControl/>
      </w:pPr>
      <w:r>
        <w:rPr>
          <w:i w:val="0"/>
        </w:rPr>
        <w:t>Fear loves unfinished stories because it gets to invent the ending.</w:t>
      </w:r>
    </w:p>
    <w:p>
      <w:pPr>
        <w:widowControl/>
      </w:pPr>
      <w:r>
        <w:rPr>
          <w:i w:val="0"/>
        </w:rPr>
        <w:t>Hope waits.</w:t>
      </w:r>
    </w:p>
    <w:p>
      <w:pPr>
        <w:widowControl/>
      </w:pPr>
      <w:r>
        <w:rPr>
          <w:i w:val="0"/>
        </w:rPr>
        <w:t>Hope gathers evidence.</w:t>
      </w:r>
    </w:p>
    <w:p>
      <w:pPr>
        <w:widowControl/>
      </w:pPr>
      <w:r>
        <w:rPr>
          <w:i w:val="0"/>
        </w:rPr>
        <w:t>Hope asks better questions.</w:t>
      </w:r>
    </w:p>
    <w:p>
      <w:pPr>
        <w:widowControl/>
      </w:pPr>
      <w:r>
        <w:rPr>
          <w:i w:val="0"/>
        </w:rPr>
        <w:t>Instead of asking, What if everything goes wrong?</w:t>
      </w:r>
    </w:p>
    <w:p>
      <w:pPr>
        <w:widowControl/>
      </w:pPr>
      <w:r>
        <w:rPr>
          <w:i w:val="0"/>
        </w:rPr>
        <w:t>I learned to ask: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What if I become the kind of person who can handle whatever comes?</w:t>
      </w:r>
    </w:p>
    <w:p>
      <w:pPr>
        <w:widowControl/>
      </w:pPr>
      <w:r>
        <w:rPr>
          <w:i w:val="0"/>
        </w:rPr>
        <w:t>Those questions create different lives.</w:t>
      </w:r>
    </w:p>
    <w:p>
      <w:pPr>
        <w:widowControl/>
      </w:pPr>
      <w:r>
        <w:rPr>
          <w:i w:val="0"/>
        </w:rPr>
        <w:t>One assumes weakness.</w:t>
      </w:r>
    </w:p>
    <w:p>
      <w:pPr>
        <w:widowControl/>
      </w:pPr>
      <w:r>
        <w:rPr>
          <w:i w:val="0"/>
        </w:rPr>
        <w:t>The other develops strength.</w:t>
      </w:r>
    </w:p>
    <w:p>
      <w:pPr>
        <w:widowControl/>
      </w:pPr>
      <w:r>
        <w:rPr>
          <w:i w:val="0"/>
        </w:rPr>
        <w:t>One steals today.</w:t>
      </w:r>
    </w:p>
    <w:p>
      <w:pPr>
        <w:widowControl/>
      </w:pPr>
      <w:r>
        <w:rPr>
          <w:i w:val="0"/>
        </w:rPr>
        <w:t>The other prepares for tomorrow.</w:t>
      </w:r>
    </w:p>
    <w:p>
      <w:pPr>
        <w:widowControl/>
      </w:pPr>
      <w:r>
        <w:rPr>
          <w:i w:val="0"/>
        </w:rPr>
        <w:t>I stopped trying to predict every storm.</w:t>
      </w:r>
    </w:p>
    <w:p>
      <w:pPr>
        <w:widowControl/>
      </w:pPr>
      <w:r>
        <w:rPr>
          <w:i w:val="0"/>
        </w:rPr>
        <w:t>I started becoming someone who could walk through storms with greater peace.</w:t>
      </w:r>
    </w:p>
    <w:p>
      <w:pPr>
        <w:pStyle w:val="Heading1"/>
        <w:keepNext/>
      </w:pPr>
      <w:r>
        <w:t>Chapter Eight — Becoming the Brewmaster</w:t>
      </w:r>
    </w:p>
    <w:p>
      <w:pPr>
        <w:widowControl/>
      </w:pPr>
      <w:r>
        <w:rPr>
          <w:i w:val="0"/>
        </w:rPr>
        <w:t>Years later, when CHIA•TEA began taking shape, people assumed it started with tea.</w:t>
      </w:r>
    </w:p>
    <w:p>
      <w:pPr>
        <w:widowControl/>
      </w:pPr>
      <w:r>
        <w:rPr>
          <w:i w:val="0"/>
        </w:rPr>
        <w:t>It did not.</w:t>
      </w:r>
    </w:p>
    <w:p>
      <w:pPr>
        <w:widowControl/>
      </w:pPr>
      <w:r>
        <w:rPr>
          <w:i w:val="0"/>
        </w:rPr>
        <w:t>It started here.</w:t>
      </w:r>
    </w:p>
    <w:p>
      <w:pPr>
        <w:widowControl/>
      </w:pPr>
      <w:r>
        <w:rPr>
          <w:i w:val="0"/>
        </w:rPr>
        <w:t>In the quiet moments when I learned healing rarely happens through one life-changing revelation.</w:t>
      </w:r>
    </w:p>
    <w:p>
      <w:pPr>
        <w:widowControl/>
      </w:pPr>
      <w:r>
        <w:rPr>
          <w:i w:val="0"/>
        </w:rPr>
        <w:t>Healing brews.</w:t>
      </w:r>
    </w:p>
    <w:p>
      <w:pPr>
        <w:widowControl/>
      </w:pPr>
      <w:r>
        <w:rPr>
          <w:i w:val="0"/>
        </w:rPr>
        <w:t>Slowly.</w:t>
      </w:r>
    </w:p>
    <w:p>
      <w:pPr>
        <w:widowControl/>
      </w:pPr>
      <w:r>
        <w:rPr>
          <w:i w:val="0"/>
        </w:rPr>
        <w:t>Patiently.</w:t>
      </w:r>
    </w:p>
    <w:p>
      <w:pPr>
        <w:widowControl/>
      </w:pPr>
      <w:r>
        <w:rPr>
          <w:i w:val="0"/>
        </w:rPr>
        <w:t>Almost invisibly.</w:t>
      </w:r>
    </w:p>
    <w:p>
      <w:pPr>
        <w:widowControl/>
      </w:pPr>
      <w:r>
        <w:rPr>
          <w:i w:val="0"/>
        </w:rPr>
        <w:t>Exactly like a cup of tea.</w:t>
      </w:r>
    </w:p>
    <w:p>
      <w:pPr>
        <w:widowControl/>
      </w:pPr>
      <w:r>
        <w:rPr>
          <w:i w:val="0"/>
        </w:rPr>
        <w:t>You do not rush tea.</w:t>
      </w:r>
    </w:p>
    <w:p>
      <w:pPr>
        <w:widowControl/>
      </w:pPr>
      <w:r>
        <w:rPr>
          <w:i w:val="0"/>
        </w:rPr>
        <w:t>You do not demand that the leaves release everything in the first thirty seconds.</w:t>
      </w:r>
    </w:p>
    <w:p>
      <w:pPr>
        <w:widowControl/>
      </w:pPr>
      <w:r>
        <w:rPr>
          <w:i w:val="0"/>
        </w:rPr>
        <w:t>You allow the water to do its work.</w:t>
      </w:r>
    </w:p>
    <w:p>
      <w:pPr>
        <w:widowControl/>
      </w:pPr>
      <w:r>
        <w:rPr>
          <w:i w:val="0"/>
        </w:rPr>
        <w:t>You wait.</w:t>
      </w:r>
    </w:p>
    <w:p>
      <w:pPr>
        <w:widowControl/>
      </w:pPr>
      <w:r>
        <w:rPr>
          <w:i w:val="0"/>
        </w:rPr>
        <w:t>You trust.</w:t>
      </w:r>
    </w:p>
    <w:p>
      <w:pPr>
        <w:widowControl/>
      </w:pPr>
      <w:r>
        <w:rPr>
          <w:i w:val="0"/>
        </w:rPr>
        <w:t>Some days are stronger than others.</w:t>
      </w:r>
    </w:p>
    <w:p>
      <w:pPr>
        <w:widowControl/>
      </w:pPr>
      <w:r>
        <w:rPr>
          <w:i w:val="0"/>
        </w:rPr>
        <w:t>Some require more time.</w:t>
      </w:r>
    </w:p>
    <w:p>
      <w:pPr>
        <w:widowControl/>
      </w:pPr>
      <w:r>
        <w:rPr>
          <w:i w:val="0"/>
        </w:rPr>
        <w:t>Some need more warmth.</w:t>
      </w:r>
    </w:p>
    <w:p>
      <w:pPr>
        <w:widowControl/>
      </w:pPr>
      <w:r>
        <w:rPr>
          <w:i w:val="0"/>
        </w:rPr>
        <w:t>So do people.</w:t>
      </w:r>
    </w:p>
    <w:p>
      <w:pPr>
        <w:widowControl/>
      </w:pPr>
      <w:r>
        <w:rPr>
          <w:i w:val="0"/>
        </w:rPr>
        <w:t>That realization changed how I looked at everyone around me.</w:t>
      </w:r>
    </w:p>
    <w:p>
      <w:pPr>
        <w:widowControl/>
      </w:pPr>
      <w:r>
        <w:rPr>
          <w:i w:val="0"/>
        </w:rPr>
        <w:t>No longer were people projects to fix.</w:t>
      </w:r>
    </w:p>
    <w:p>
      <w:pPr>
        <w:widowControl/>
      </w:pPr>
      <w:r>
        <w:rPr>
          <w:i w:val="0"/>
        </w:rPr>
        <w:t>They were fellow travelers brewing their own stories.</w:t>
      </w:r>
    </w:p>
    <w:p>
      <w:pPr>
        <w:widowControl/>
      </w:pPr>
      <w:r>
        <w:rPr>
          <w:i w:val="0"/>
        </w:rPr>
        <w:t>Some needed encouragement.</w:t>
      </w:r>
    </w:p>
    <w:p>
      <w:pPr>
        <w:widowControl/>
      </w:pPr>
      <w:r>
        <w:rPr>
          <w:i w:val="0"/>
        </w:rPr>
        <w:t>Some needed silence.</w:t>
      </w:r>
    </w:p>
    <w:p>
      <w:pPr>
        <w:widowControl/>
      </w:pPr>
      <w:r>
        <w:rPr>
          <w:i w:val="0"/>
        </w:rPr>
        <w:t>Some needed practical tools.</w:t>
      </w:r>
    </w:p>
    <w:p>
      <w:pPr>
        <w:widowControl/>
      </w:pPr>
      <w:r>
        <w:rPr>
          <w:i w:val="0"/>
        </w:rPr>
        <w:t>Others simply needed someone willing to sit beside them long enough for hope to steep.</w:t>
      </w:r>
    </w:p>
    <w:p>
      <w:pPr>
        <w:widowControl/>
      </w:pPr>
      <w:r>
        <w:rPr>
          <w:i w:val="0"/>
        </w:rPr>
        <w:t>Without realizing it, those difficult months in Florida were teaching me how to become something I did not yet have a name for.</w:t>
      </w:r>
    </w:p>
    <w:p>
      <w:pPr>
        <w:widowControl/>
      </w:pPr>
      <w:r>
        <w:rPr>
          <w:i w:val="0"/>
        </w:rPr>
        <w:t>A Brewmaster.</w:t>
      </w:r>
    </w:p>
    <w:p>
      <w:pPr>
        <w:widowControl/>
      </w:pPr>
      <w:r>
        <w:rPr>
          <w:i w:val="0"/>
        </w:rPr>
        <w:t>Not someone who had mastered life.</w:t>
      </w:r>
    </w:p>
    <w:p>
      <w:pPr>
        <w:widowControl/>
      </w:pPr>
      <w:r>
        <w:rPr>
          <w:i w:val="0"/>
        </w:rPr>
        <w:t>Someone who had learned to stay beside the pot long enough for wisdom to emerge.</w:t>
      </w:r>
    </w:p>
    <w:p>
      <w:pPr>
        <w:widowControl/>
      </w:pPr>
      <w:r>
        <w:rPr>
          <w:i w:val="0"/>
        </w:rPr>
        <w:t>Mastery was never about perfection.</w:t>
      </w:r>
    </w:p>
    <w:p>
      <w:pPr>
        <w:widowControl/>
      </w:pPr>
      <w:r>
        <w:rPr>
          <w:i w:val="0"/>
        </w:rPr>
        <w:t>It was about presence.</w:t>
      </w:r>
    </w:p>
    <w:p>
      <w:pPr>
        <w:pStyle w:val="Heading1"/>
        <w:keepNext/>
      </w:pPr>
      <w:r>
        <w:t>Chapter Nine — The Home I Was Preparing for Others</w:t>
      </w:r>
    </w:p>
    <w:p>
      <w:pPr>
        <w:widowControl/>
      </w:pPr>
      <w:r>
        <w:rPr>
          <w:i w:val="0"/>
        </w:rPr>
        <w:t>Looking back now, I no longer see Florida as the place where everything went wrong.</w:t>
      </w:r>
    </w:p>
    <w:p>
      <w:pPr>
        <w:widowControl/>
      </w:pPr>
      <w:r>
        <w:rPr>
          <w:i w:val="0"/>
        </w:rPr>
        <w:t>I see it as the place where everything important began.</w:t>
      </w:r>
    </w:p>
    <w:p>
      <w:pPr>
        <w:widowControl/>
      </w:pPr>
      <w:r>
        <w:rPr>
          <w:i w:val="0"/>
        </w:rPr>
        <w:t>Not because it was easy.</w:t>
      </w:r>
    </w:p>
    <w:p>
      <w:pPr>
        <w:widowControl/>
      </w:pPr>
      <w:r>
        <w:rPr>
          <w:i w:val="0"/>
        </w:rPr>
        <w:t>Because it required me to become someone new.</w:t>
      </w:r>
    </w:p>
    <w:p>
      <w:pPr>
        <w:widowControl/>
      </w:pPr>
      <w:r>
        <w:rPr>
          <w:i w:val="0"/>
        </w:rPr>
        <w:t>Someone who could sit with uncertainty without allowing it to decide the whole story.</w:t>
      </w:r>
    </w:p>
    <w:p>
      <w:pPr>
        <w:widowControl/>
      </w:pPr>
      <w:r>
        <w:rPr>
          <w:i w:val="0"/>
        </w:rPr>
        <w:t>Someone who understood the difference between loneliness and solitude.</w:t>
      </w:r>
    </w:p>
    <w:p>
      <w:pPr>
        <w:widowControl/>
      </w:pPr>
      <w:r>
        <w:rPr>
          <w:i w:val="0"/>
        </w:rPr>
        <w:t>Someone who learned that home is not only the place where we are cared for.</w:t>
      </w:r>
    </w:p>
    <w:p>
      <w:pPr>
        <w:widowControl/>
      </w:pPr>
      <w:r>
        <w:rPr>
          <w:i w:val="0"/>
        </w:rPr>
        <w:t>It is also the place where we learn how to care for ourselves.</w:t>
      </w:r>
    </w:p>
    <w:p>
      <w:pPr>
        <w:widowControl/>
      </w:pPr>
      <w:r>
        <w:rPr>
          <w:i w:val="0"/>
        </w:rPr>
        <w:t>Years later, that lesson became architecture.</w:t>
      </w:r>
    </w:p>
    <w:p>
      <w:pPr>
        <w:widowControl/>
      </w:pPr>
      <w:r>
        <w:rPr>
          <w:i w:val="0"/>
        </w:rPr>
        <w:t>A table.</w:t>
      </w:r>
    </w:p>
    <w:p>
      <w:pPr>
        <w:widowControl/>
      </w:pPr>
      <w:r>
        <w:rPr>
          <w:i w:val="0"/>
        </w:rPr>
        <w:t>A pot.</w:t>
      </w:r>
    </w:p>
    <w:p>
      <w:pPr>
        <w:widowControl/>
      </w:pPr>
      <w:r>
        <w:rPr>
          <w:i w:val="0"/>
        </w:rPr>
        <w:t>A shelf.</w:t>
      </w:r>
    </w:p>
    <w:p>
      <w:pPr>
        <w:widowControl/>
      </w:pPr>
      <w:r>
        <w:rPr>
          <w:i w:val="0"/>
        </w:rPr>
        <w:t>An Estate.</w:t>
      </w:r>
    </w:p>
    <w:p>
      <w:pPr>
        <w:widowControl/>
      </w:pPr>
      <w:r>
        <w:rPr>
          <w:i w:val="0"/>
        </w:rPr>
        <w:t>The welcome I needed during that season became the welcome I wanted to extend.</w:t>
      </w:r>
    </w:p>
    <w:p>
      <w:pPr>
        <w:widowControl/>
      </w:pPr>
      <w:r>
        <w:rPr>
          <w:i w:val="0"/>
        </w:rPr>
        <w:t>A place where a person could arrive before the lesson was finished.</w:t>
      </w:r>
    </w:p>
    <w:p>
      <w:pPr>
        <w:widowControl/>
      </w:pPr>
      <w:r>
        <w:rPr>
          <w:i w:val="0"/>
        </w:rPr>
        <w:t>Before confidence returned.</w:t>
      </w:r>
    </w:p>
    <w:p>
      <w:pPr>
        <w:widowControl/>
      </w:pPr>
      <w:r>
        <w:rPr>
          <w:i w:val="0"/>
        </w:rPr>
        <w:t>Before the road made sense.</w:t>
      </w:r>
    </w:p>
    <w:p>
      <w:pPr>
        <w:widowControl/>
      </w:pPr>
      <w:r>
        <w:rPr>
          <w:i w:val="0"/>
        </w:rPr>
        <w:t>A place where someone could hear: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You do not have to have the whole map to belong here.</w:t>
      </w:r>
    </w:p>
    <w:p>
      <w:pPr>
        <w:widowControl/>
      </w:pPr>
      <w:r>
        <w:rPr>
          <w:i w:val="0"/>
        </w:rPr>
        <w:t>That is why ES-001 is Welcome Home.</w:t>
      </w:r>
    </w:p>
    <w:p>
      <w:pPr>
        <w:widowControl/>
      </w:pPr>
      <w:r>
        <w:rPr>
          <w:i w:val="0"/>
        </w:rPr>
        <w:t>The story is not asking the reader to admire a move.</w:t>
      </w:r>
    </w:p>
    <w:p>
      <w:pPr>
        <w:widowControl/>
      </w:pPr>
      <w:r>
        <w:rPr>
          <w:i w:val="0"/>
        </w:rPr>
        <w:t>It is inviting the reader to recognize themselves inside every uncertain beginning.</w:t>
      </w:r>
    </w:p>
    <w:p>
      <w:pPr>
        <w:widowControl/>
      </w:pPr>
      <w:r>
        <w:rPr>
          <w:i w:val="0"/>
        </w:rPr>
        <w:t>The front gate stays open because all of us arrive carrying something unfinished.</w:t>
      </w:r>
    </w:p>
    <w:p>
      <w:pPr>
        <w:pStyle w:val="Heading1"/>
        <w:keepNext/>
      </w:pPr>
      <w:r>
        <w:t>Brewmaster Insight</w:t>
      </w:r>
    </w:p>
    <w:p>
      <w:pPr>
        <w:widowControl/>
      </w:pPr>
      <w:r>
        <w:rPr>
          <w:i w:val="0"/>
        </w:rPr>
        <w:t>ES-001 is the front porch of the Estate.</w:t>
      </w:r>
    </w:p>
    <w:p>
      <w:pPr>
        <w:widowControl/>
      </w:pPr>
      <w:r>
        <w:rPr>
          <w:i w:val="0"/>
        </w:rPr>
        <w:t>Its work is not only to explain where CHIA•TEA began.</w:t>
      </w:r>
    </w:p>
    <w:p>
      <w:pPr>
        <w:widowControl/>
      </w:pPr>
      <w:r>
        <w:rPr>
          <w:i w:val="0"/>
        </w:rPr>
        <w:t>Its work is to establish the emotional promise beneath everything that follows.</w:t>
      </w:r>
    </w:p>
    <w:p>
      <w:pPr>
        <w:widowControl/>
      </w:pPr>
      <w:r>
        <w:rPr>
          <w:i w:val="0"/>
        </w:rPr>
        <w:t>You are welcome before you are certain.</w:t>
      </w:r>
    </w:p>
    <w:p>
      <w:pPr>
        <w:widowControl/>
      </w:pPr>
      <w:r>
        <w:rPr>
          <w:i w:val="0"/>
        </w:rPr>
        <w:t>You belong before the lesson is complete.</w:t>
      </w:r>
    </w:p>
    <w:p>
      <w:pPr>
        <w:widowControl/>
      </w:pPr>
      <w:r>
        <w:rPr>
          <w:i w:val="0"/>
        </w:rPr>
        <w:t>Your story does not have to be polished in order to be worthy of a chair.</w:t>
      </w:r>
    </w:p>
    <w:p>
      <w:pPr>
        <w:widowControl/>
      </w:pPr>
      <w:r>
        <w:rPr>
          <w:i w:val="0"/>
        </w:rPr>
        <w:t>The Florida journey matters because it taught the future Brewmaster how to create that kind of place.</w:t>
      </w:r>
    </w:p>
    <w:p>
      <w:pPr>
        <w:widowControl/>
      </w:pPr>
      <w:r>
        <w:rPr>
          <w:i w:val="0"/>
        </w:rPr>
        <w:t>It taught responsibility without hardness.</w:t>
      </w:r>
    </w:p>
    <w:p>
      <w:pPr>
        <w:widowControl/>
      </w:pPr>
      <w:r>
        <w:rPr>
          <w:i w:val="0"/>
        </w:rPr>
        <w:t>Independence without isolation.</w:t>
      </w:r>
    </w:p>
    <w:p>
      <w:pPr>
        <w:widowControl/>
      </w:pPr>
      <w:r>
        <w:rPr>
          <w:i w:val="0"/>
        </w:rPr>
        <w:t>Presence without perfection.</w:t>
      </w:r>
    </w:p>
    <w:p>
      <w:pPr>
        <w:widowControl/>
      </w:pPr>
      <w:r>
        <w:rPr>
          <w:i w:val="0"/>
        </w:rPr>
        <w:t>Hope without guarantees.</w:t>
      </w:r>
    </w:p>
    <w:p>
      <w:pPr>
        <w:widowControl/>
      </w:pPr>
      <w:r>
        <w:rPr>
          <w:i w:val="0"/>
        </w:rPr>
        <w:t>This story opens the gate and says what every later Estate Story will continue saying in a different form: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Come in. There is room here for your becoming.</w:t>
      </w:r>
    </w:p>
    <w:p>
      <w:pPr>
        <w:pStyle w:val="Heading1"/>
        <w:keepNext/>
      </w:pPr>
      <w:r>
        <w:t>Tea Leaves</w:t>
      </w:r>
    </w:p>
    <w:p>
      <w:pPr>
        <w:pStyle w:val="ListBullet"/>
        <w:widowControl/>
      </w:pPr>
      <w:r>
        <w:t>Every meaningful estate begins with a welcome.</w:t>
      </w:r>
    </w:p>
    <w:p>
      <w:pPr>
        <w:pStyle w:val="ListBullet"/>
        <w:widowControl/>
      </w:pPr>
      <w:r>
        <w:t>Clarity rarely arrives before courage.</w:t>
      </w:r>
    </w:p>
    <w:p>
      <w:pPr>
        <w:pStyle w:val="ListBullet"/>
        <w:widowControl/>
      </w:pPr>
      <w:r>
        <w:t>A house becomes home through presence, not simply through an address.</w:t>
      </w:r>
    </w:p>
    <w:p>
      <w:pPr>
        <w:pStyle w:val="ListBullet"/>
        <w:widowControl/>
      </w:pPr>
      <w:r>
        <w:t>A difficult beginning does not predict a difficult ending.</w:t>
      </w:r>
    </w:p>
    <w:p>
      <w:pPr>
        <w:pStyle w:val="ListBullet"/>
        <w:widowControl/>
      </w:pPr>
      <w:r>
        <w:t>Next steps are manageable even when entire futures are not.</w:t>
      </w:r>
    </w:p>
    <w:p>
      <w:pPr>
        <w:pStyle w:val="ListBullet"/>
        <w:widowControl/>
      </w:pPr>
      <w:r>
        <w:t>Confidence is earned through problems honestly faced.</w:t>
      </w:r>
    </w:p>
    <w:p>
      <w:pPr>
        <w:pStyle w:val="ListBullet"/>
        <w:widowControl/>
      </w:pPr>
      <w:r>
        <w:t>Peace is cultivated before it is experienced.</w:t>
      </w:r>
    </w:p>
    <w:p>
      <w:pPr>
        <w:pStyle w:val="ListBullet"/>
        <w:widowControl/>
      </w:pPr>
      <w:r>
        <w:t>Worry just in time.</w:t>
      </w:r>
    </w:p>
    <w:p>
      <w:pPr>
        <w:pStyle w:val="ListBullet"/>
        <w:widowControl/>
      </w:pPr>
      <w:r>
        <w:t>Home can be the place where we learn to trust ourselves.</w:t>
      </w:r>
    </w:p>
    <w:p>
      <w:pPr>
        <w:pStyle w:val="ListBullet"/>
        <w:widowControl/>
      </w:pPr>
      <w:r>
        <w:t>You do not need the whole map to belong.</w:t>
      </w:r>
    </w:p>
    <w:p>
      <w:pPr>
        <w:pStyle w:val="Heading1"/>
        <w:keepNext/>
      </w:pPr>
      <w:r>
        <w:t>Drops of Hope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You are welcome here before you know what comes next.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Courage often feels like uncertainty while you are living it.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The next faithful step is always enough.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Home is not always where the story begins. Sometimes it is where you become.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Do not borrow tomorrow's worries. Today's work is enough.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A difficult beginning may be the first room of a meaningful life.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You do not have to be polished to pull up a chair.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There is room here for your becoming.</w:t>
      </w:r>
    </w:p>
    <w:p>
      <w:pPr>
        <w:pStyle w:val="Heading1"/>
        <w:keepNext/>
      </w:pPr>
      <w:r>
        <w:t>Brewmaster Reflection</w:t>
      </w:r>
    </w:p>
    <w:p>
      <w:pPr>
        <w:widowControl/>
      </w:pPr>
      <w:r>
        <w:rPr>
          <w:i w:val="0"/>
        </w:rPr>
        <w:t>If you had met me before this journey began, you would have met someone capable, caring, and deeply committed to the people she loved.</w:t>
      </w:r>
    </w:p>
    <w:p>
      <w:pPr>
        <w:widowControl/>
      </w:pPr>
      <w:r>
        <w:rPr>
          <w:i w:val="0"/>
        </w:rPr>
        <w:t>If you met me afterward, you would still meet that same woman.</w:t>
      </w:r>
    </w:p>
    <w:p>
      <w:pPr>
        <w:widowControl/>
      </w:pPr>
      <w:r>
        <w:rPr>
          <w:i w:val="0"/>
        </w:rPr>
        <w:t>But you would also meet someone who trusted herself.</w:t>
      </w:r>
    </w:p>
    <w:p>
      <w:pPr>
        <w:widowControl/>
      </w:pPr>
      <w:r>
        <w:rPr>
          <w:i w:val="0"/>
        </w:rPr>
        <w:t>Someone who understood uncertainty was not something to fear.</w:t>
      </w:r>
    </w:p>
    <w:p>
      <w:pPr>
        <w:widowControl/>
      </w:pPr>
      <w:r>
        <w:rPr>
          <w:i w:val="0"/>
        </w:rPr>
        <w:t>It was something to walk through.</w:t>
      </w:r>
    </w:p>
    <w:p>
      <w:pPr>
        <w:widowControl/>
      </w:pPr>
      <w:r>
        <w:rPr>
          <w:i w:val="0"/>
        </w:rPr>
        <w:t>Florida did not teach me how to be alone.</w:t>
      </w:r>
    </w:p>
    <w:p>
      <w:pPr>
        <w:widowControl/>
      </w:pPr>
      <w:r>
        <w:rPr>
          <w:i w:val="0"/>
        </w:rPr>
        <w:t>It taught me how to become whole.</w:t>
      </w:r>
    </w:p>
    <w:p>
      <w:pPr>
        <w:widowControl/>
      </w:pPr>
      <w:r>
        <w:rPr>
          <w:i w:val="0"/>
        </w:rPr>
        <w:t>And becoming whole changed my understanding of home.</w:t>
      </w:r>
    </w:p>
    <w:p>
      <w:pPr>
        <w:widowControl/>
      </w:pPr>
      <w:r>
        <w:rPr>
          <w:i w:val="0"/>
        </w:rPr>
        <w:t>Home stopped meaning only the place where I was known.</w:t>
      </w:r>
    </w:p>
    <w:p>
      <w:pPr>
        <w:widowControl/>
      </w:pPr>
      <w:r>
        <w:rPr>
          <w:i w:val="0"/>
        </w:rPr>
        <w:t>It became the place where I could be honest.</w:t>
      </w:r>
    </w:p>
    <w:p>
      <w:pPr>
        <w:widowControl/>
      </w:pPr>
      <w:r>
        <w:rPr>
          <w:i w:val="0"/>
        </w:rPr>
        <w:t>The place where unfinished things were still welcome.</w:t>
      </w:r>
    </w:p>
    <w:p>
      <w:pPr>
        <w:widowControl/>
      </w:pPr>
      <w:r>
        <w:rPr>
          <w:i w:val="0"/>
        </w:rPr>
        <w:t>The place where the person I was becoming had room to breathe.</w:t>
      </w:r>
    </w:p>
    <w:p>
      <w:pPr>
        <w:widowControl/>
      </w:pPr>
      <w:r>
        <w:rPr>
          <w:i w:val="0"/>
        </w:rPr>
        <w:t>That is the home I want the Estate to offer.</w:t>
      </w:r>
    </w:p>
    <w:p>
      <w:pPr>
        <w:pStyle w:val="Heading1"/>
        <w:keepNext/>
      </w:pPr>
      <w:r>
        <w:t>Brewmaster Journal</w:t>
      </w:r>
    </w:p>
    <w:p>
      <w:pPr>
        <w:widowControl/>
      </w:pPr>
      <w:r>
        <w:rPr>
          <w:i w:val="0"/>
        </w:rPr>
        <w:t>Where in your life does the familiar no longer feel like home?</w:t>
      </w:r>
    </w:p>
    <w:p>
      <w:pPr>
        <w:widowControl/>
      </w:pPr>
      <w:r>
        <w:rPr>
          <w:i w:val="0"/>
        </w:rPr>
        <w:t>What decision are you waiting to feel certain about?</w:t>
      </w:r>
    </w:p>
    <w:p>
      <w:pPr>
        <w:widowControl/>
      </w:pPr>
      <w:r>
        <w:rPr>
          <w:i w:val="0"/>
        </w:rPr>
        <w:t>What would one faithful next step look like?</w:t>
      </w:r>
    </w:p>
    <w:p>
      <w:pPr>
        <w:widowControl/>
      </w:pPr>
      <w:r>
        <w:rPr>
          <w:i w:val="0"/>
        </w:rPr>
        <w:t>Where have you confused loneliness with becoming whole?</w:t>
      </w:r>
    </w:p>
    <w:p>
      <w:pPr>
        <w:widowControl/>
      </w:pPr>
      <w:r>
        <w:rPr>
          <w:i w:val="0"/>
        </w:rPr>
        <w:t>What conditions help you feel safe enough to be honest?</w:t>
      </w:r>
    </w:p>
    <w:p>
      <w:pPr>
        <w:widowControl/>
      </w:pPr>
      <w:r>
        <w:rPr>
          <w:i w:val="0"/>
        </w:rPr>
        <w:t>What would Welcome Home mean in your life right now?</w:t>
      </w:r>
    </w:p>
    <w:p>
      <w:pPr>
        <w:pStyle w:val="Heading1"/>
        <w:keepNext/>
      </w:pPr>
      <w:r>
        <w:t>Try This Today</w:t>
      </w:r>
    </w:p>
    <w:p>
      <w:pPr>
        <w:widowControl/>
      </w:pPr>
      <w:r>
        <w:rPr>
          <w:i w:val="0"/>
        </w:rPr>
        <w:t>Find one area of your life where you have been waiting for confidence before taking action.</w:t>
      </w:r>
    </w:p>
    <w:p>
      <w:pPr>
        <w:widowControl/>
      </w:pPr>
      <w:r>
        <w:rPr>
          <w:i w:val="0"/>
        </w:rPr>
        <w:t>Reverse the order.</w:t>
      </w:r>
    </w:p>
    <w:p>
      <w:pPr>
        <w:widowControl/>
      </w:pPr>
      <w:r>
        <w:rPr>
          <w:i w:val="0"/>
        </w:rPr>
        <w:t>Take one small action today.</w:t>
      </w:r>
    </w:p>
    <w:p>
      <w:pPr>
        <w:widowControl/>
      </w:pPr>
      <w:r>
        <w:rPr>
          <w:i w:val="0"/>
        </w:rPr>
        <w:t>Write it down.</w:t>
      </w:r>
    </w:p>
    <w:p>
      <w:pPr>
        <w:widowControl/>
      </w:pPr>
      <w:r>
        <w:rPr>
          <w:i w:val="0"/>
        </w:rPr>
        <w:t>Honor it.</w:t>
      </w:r>
    </w:p>
    <w:p>
      <w:pPr>
        <w:widowControl/>
      </w:pPr>
      <w:r>
        <w:rPr>
          <w:i w:val="0"/>
        </w:rPr>
        <w:t>Celebrate it.</w:t>
      </w:r>
    </w:p>
    <w:p>
      <w:pPr>
        <w:widowControl/>
      </w:pPr>
      <w:r>
        <w:rPr>
          <w:i w:val="0"/>
        </w:rPr>
        <w:t>Then create one small act of welcome for yourself.</w:t>
      </w:r>
    </w:p>
    <w:p>
      <w:pPr>
        <w:widowControl/>
      </w:pPr>
      <w:r>
        <w:rPr>
          <w:i w:val="0"/>
        </w:rPr>
        <w:t>Make the tea.</w:t>
      </w:r>
    </w:p>
    <w:p>
      <w:pPr>
        <w:widowControl/>
      </w:pPr>
      <w:r>
        <w:rPr>
          <w:i w:val="0"/>
        </w:rPr>
        <w:t>Clear the chair.</w:t>
      </w:r>
    </w:p>
    <w:p>
      <w:pPr>
        <w:widowControl/>
      </w:pPr>
      <w:r>
        <w:rPr>
          <w:i w:val="0"/>
        </w:rPr>
        <w:t>Turn off the noise.</w:t>
      </w:r>
    </w:p>
    <w:p>
      <w:pPr>
        <w:widowControl/>
      </w:pPr>
      <w:r>
        <w:rPr>
          <w:i w:val="0"/>
        </w:rPr>
        <w:t>Sit long enough to ask:</w:t>
      </w:r>
    </w:p>
    <w:p>
      <w:pPr>
        <w:spacing w:before="200" w:after="200"/>
        <w:ind w:left="936" w:right="936"/>
        <w:jc w:val="center"/>
      </w:pPr>
      <w:r>
        <w:rPr>
          <w:i/>
          <w:color w:val="3A4E50"/>
          <w:sz w:val="24"/>
        </w:rPr>
        <w:t>What part of me is trying to come home?</w:t>
      </w:r>
    </w:p>
    <w:p>
      <w:pPr>
        <w:widowControl/>
      </w:pPr>
      <w:r>
        <w:rPr>
          <w:i w:val="0"/>
        </w:rPr>
        <w:t>Tomorrow, take one more step.</w:t>
      </w:r>
    </w:p>
    <w:p>
      <w:pPr>
        <w:pStyle w:val="Heading1"/>
        <w:keepNext/>
      </w:pPr>
      <w:r>
        <w:t>A Letter Before You Leave</w:t>
      </w:r>
    </w:p>
    <w:p>
      <w:pPr>
        <w:widowControl/>
      </w:pPr>
      <w:r>
        <w:rPr>
          <w:i/>
        </w:rPr>
        <w:t>Dear Friend,</w:t>
      </w:r>
    </w:p>
    <w:p>
      <w:pPr>
        <w:widowControl/>
      </w:pPr>
      <w:r>
        <w:rPr>
          <w:i w:val="0"/>
        </w:rPr>
        <w:t>If you are reading this while standing at the edge of a decision that scares you, I hope you will remember something.</w:t>
      </w:r>
    </w:p>
    <w:p>
      <w:pPr>
        <w:widowControl/>
      </w:pPr>
      <w:r>
        <w:rPr>
          <w:i w:val="0"/>
        </w:rPr>
        <w:t>You do not have to know how the entire story ends before beginning the next chapter.</w:t>
      </w:r>
    </w:p>
    <w:p>
      <w:pPr>
        <w:widowControl/>
      </w:pPr>
      <w:r>
        <w:rPr>
          <w:i w:val="0"/>
        </w:rPr>
        <w:t>You need enough courage for today.</w:t>
      </w:r>
    </w:p>
    <w:p>
      <w:pPr>
        <w:widowControl/>
      </w:pPr>
      <w:r>
        <w:rPr>
          <w:i w:val="0"/>
        </w:rPr>
        <w:t>Life has a remarkable way of introducing us to stronger versions of ourselves, but it rarely does so while everything feels comfortable.</w:t>
      </w:r>
    </w:p>
    <w:p>
      <w:pPr>
        <w:widowControl/>
      </w:pPr>
      <w:r>
        <w:rPr>
          <w:i w:val="0"/>
        </w:rPr>
        <w:t>Growth usually arrives disguised as uncertainty.</w:t>
      </w:r>
    </w:p>
    <w:p>
      <w:pPr>
        <w:widowControl/>
      </w:pPr>
      <w:r>
        <w:rPr>
          <w:i w:val="0"/>
        </w:rPr>
        <w:t>If your road feels lonely, know that someone else has stood where you are standing.</w:t>
      </w:r>
    </w:p>
    <w:p>
      <w:pPr>
        <w:widowControl/>
      </w:pPr>
      <w:r>
        <w:rPr>
          <w:i w:val="0"/>
        </w:rPr>
        <w:t>I have asked the same questions.</w:t>
      </w:r>
    </w:p>
    <w:p>
      <w:pPr>
        <w:widowControl/>
      </w:pPr>
      <w:r>
        <w:rPr>
          <w:i w:val="0"/>
        </w:rPr>
        <w:t>Doubted myself.</w:t>
      </w:r>
    </w:p>
    <w:p>
      <w:pPr>
        <w:widowControl/>
      </w:pPr>
      <w:r>
        <w:rPr>
          <w:i w:val="0"/>
        </w:rPr>
        <w:t>Stared at broken plans wondering whether I had misunderstood everything.</w:t>
      </w:r>
    </w:p>
    <w:p>
      <w:pPr>
        <w:widowControl/>
      </w:pPr>
      <w:r>
        <w:rPr>
          <w:i w:val="0"/>
        </w:rPr>
        <w:t>And yet, here I am.</w:t>
      </w:r>
    </w:p>
    <w:p>
      <w:pPr>
        <w:widowControl/>
      </w:pPr>
      <w:r>
        <w:rPr>
          <w:i w:val="0"/>
        </w:rPr>
        <w:t>Not because I never struggled.</w:t>
      </w:r>
    </w:p>
    <w:p>
      <w:pPr>
        <w:widowControl/>
      </w:pPr>
      <w:r>
        <w:rPr>
          <w:i w:val="0"/>
        </w:rPr>
        <w:t>Because I kept taking the next faithful step.</w:t>
      </w:r>
    </w:p>
    <w:p>
      <w:pPr>
        <w:widowControl/>
      </w:pPr>
      <w:r>
        <w:rPr>
          <w:i w:val="0"/>
        </w:rPr>
        <w:t>One day you may look back at this season differently.</w:t>
      </w:r>
    </w:p>
    <w:p>
      <w:pPr>
        <w:widowControl/>
      </w:pPr>
      <w:r>
        <w:rPr>
          <w:i w:val="0"/>
        </w:rPr>
        <w:t>Not as the chapter where everything fell apart.</w:t>
      </w:r>
    </w:p>
    <w:p>
      <w:pPr>
        <w:widowControl/>
      </w:pPr>
      <w:r>
        <w:rPr>
          <w:i w:val="0"/>
        </w:rPr>
        <w:t>As the chapter where everything important quietly began.</w:t>
      </w:r>
    </w:p>
    <w:p>
      <w:pPr>
        <w:widowControl/>
      </w:pPr>
      <w:r>
        <w:rPr>
          <w:i w:val="0"/>
        </w:rPr>
        <w:t>Until then, you do not have to pretend you are already certain.</w:t>
      </w:r>
    </w:p>
    <w:p>
      <w:pPr>
        <w:widowControl/>
      </w:pPr>
      <w:r>
        <w:rPr>
          <w:i w:val="0"/>
        </w:rPr>
        <w:t>You do not have to carry the whole map.</w:t>
      </w:r>
    </w:p>
    <w:p>
      <w:pPr>
        <w:widowControl/>
      </w:pPr>
      <w:r>
        <w:rPr>
          <w:i w:val="0"/>
        </w:rPr>
        <w:t>Pull up a chair.</w:t>
      </w:r>
    </w:p>
    <w:p>
      <w:pPr>
        <w:widowControl/>
      </w:pPr>
      <w:r>
        <w:rPr>
          <w:i w:val="0"/>
        </w:rPr>
        <w:t>We have been saving one for you.</w:t>
      </w:r>
    </w:p>
    <w:p>
      <w:pPr>
        <w:widowControl/>
      </w:pPr>
      <w:r>
        <w:rPr>
          <w:i w:val="0"/>
        </w:rPr>
        <w:t>Welcome home.</w:t>
      </w:r>
    </w:p>
    <w:p>
      <w:pPr>
        <w:widowControl/>
      </w:pPr>
      <w:r>
        <w:rPr>
          <w:i w:val="0"/>
        </w:rPr>
        <w:t>Keep brewing.</w:t>
      </w:r>
    </w:p>
    <w:p>
      <w:pPr>
        <w:widowControl/>
      </w:pPr>
      <w:r>
        <w:rPr>
          <w:i/>
        </w:rPr>
        <w:t>— The Brewmaster</w:t>
      </w:r>
    </w:p>
    <w:p>
      <w:pPr>
        <w:pStyle w:val="Heading1"/>
        <w:keepNext/>
      </w:pPr>
      <w:r>
        <w:t>Estate Archive</w:t>
      </w:r>
    </w:p>
    <w:p>
      <w:pPr>
        <w:widowControl/>
      </w:pPr>
      <w:r>
        <w:rPr>
          <w:i w:val="0"/>
        </w:rPr>
        <w:t>Estate Story ID: ES-001</w:t>
      </w:r>
    </w:p>
    <w:p>
      <w:pPr>
        <w:widowControl/>
      </w:pPr>
      <w:r>
        <w:rPr>
          <w:i w:val="0"/>
        </w:rPr>
        <w:t>Title: Welcome Home</w:t>
      </w:r>
    </w:p>
    <w:p>
      <w:pPr>
        <w:widowControl/>
      </w:pPr>
      <w:r>
        <w:rPr>
          <w:i w:val="0"/>
        </w:rPr>
        <w:t>Subtitle: The First Invitation into the CHIA•TEA Estate</w:t>
      </w:r>
    </w:p>
    <w:p>
      <w:pPr>
        <w:widowControl/>
      </w:pPr>
      <w:r>
        <w:rPr>
          <w:i w:val="0"/>
        </w:rPr>
        <w:t>Collection: CHIA•TEA Estate Stories — Collection 001</w:t>
      </w:r>
    </w:p>
    <w:p>
      <w:pPr>
        <w:widowControl/>
      </w:pPr>
      <w:r>
        <w:rPr>
          <w:i w:val="0"/>
        </w:rPr>
        <w:t>Edition: Reauthored Master Edition</w:t>
      </w:r>
    </w:p>
    <w:p>
      <w:pPr>
        <w:widowControl/>
      </w:pPr>
      <w:r>
        <w:rPr>
          <w:i w:val="0"/>
        </w:rPr>
        <w:t>Status: Ready for Author Review</w:t>
      </w:r>
    </w:p>
    <w:p>
      <w:pPr>
        <w:widowControl/>
      </w:pPr>
      <w:r>
        <w:rPr>
          <w:i w:val="0"/>
        </w:rPr>
        <w:t>Original Source: ES-001 Moving Toward Hope — Master Manuscript</w:t>
      </w:r>
    </w:p>
    <w:p>
      <w:pPr>
        <w:widowControl/>
      </w:pPr>
      <w:r>
        <w:rPr>
          <w:i w:val="0"/>
        </w:rPr>
        <w:t>Core Themes: Welcome, home, courage, uncertainty, independence, presence, belonging, and the origin of the Brewmaster</w:t>
      </w:r>
    </w:p>
    <w:p>
      <w:pPr>
        <w:widowControl/>
      </w:pPr>
      <w:r>
        <w:rPr>
          <w:i w:val="0"/>
        </w:rPr>
        <w:t>Connected Stories: ES-002 Moving Toward Hope; ES-014 Why CHIA•TEA Had to Exist; ES-015 Why Belonging Really Matters; ES-016 When You Stop Pretending You're Fine</w:t>
      </w:r>
    </w:p>
    <w:p>
      <w:pPr>
        <w:widowControl/>
      </w:pPr>
      <w:r>
        <w:rPr>
          <w:i w:val="0"/>
        </w:rPr>
        <w:t>Referenced By: Estate Companion — Section 1; Hope Companion Series; Brewmaster Guide; Visual Framework: Hope Compass; Season One Story Compilation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2A535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2A53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